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81103" w14:textId="77777777" w:rsidR="003B64CE" w:rsidRDefault="00000000">
      <w:pPr>
        <w:spacing w:after="0"/>
        <w:jc w:val="center"/>
      </w:pPr>
      <w:r>
        <w:rPr>
          <w:noProof/>
        </w:rPr>
        <w:drawing>
          <wp:inline distT="0" distB="0" distL="0" distR="0" wp14:anchorId="30005492" wp14:editId="17B926E7">
            <wp:extent cx="7560000" cy="106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final.png"/>
                    <pic:cNvPicPr/>
                  </pic:nvPicPr>
                  <pic:blipFill>
                    <a:blip r:embed="rId8"/>
                    <a:stretch>
                      <a:fillRect/>
                    </a:stretch>
                  </pic:blipFill>
                  <pic:spPr>
                    <a:xfrm>
                      <a:off x="0" y="0"/>
                      <a:ext cx="7560000" cy="10692000"/>
                    </a:xfrm>
                    <a:prstGeom prst="rect">
                      <a:avLst/>
                    </a:prstGeom>
                  </pic:spPr>
                </pic:pic>
              </a:graphicData>
            </a:graphic>
          </wp:inline>
        </w:drawing>
      </w:r>
    </w:p>
    <w:p w14:paraId="4B417941" w14:textId="77777777" w:rsidR="003B64CE" w:rsidRDefault="003B64CE">
      <w:pPr>
        <w:sectPr w:rsidR="003B64CE">
          <w:headerReference w:type="default" r:id="rId9"/>
          <w:footerReference w:type="default" r:id="rId10"/>
          <w:pgSz w:w="11906" w:h="16838"/>
          <w:pgMar w:top="0" w:right="0" w:bottom="0" w:left="0" w:header="0" w:footer="0" w:gutter="0"/>
          <w:cols w:space="720"/>
          <w:titlePg/>
          <w:docGrid w:linePitch="360"/>
        </w:sectPr>
      </w:pPr>
    </w:p>
    <w:p w14:paraId="29D5924C" w14:textId="77777777" w:rsidR="003B64CE" w:rsidRDefault="00000000">
      <w:pPr>
        <w:keepNext/>
        <w:spacing w:after="60"/>
      </w:pPr>
      <w:r>
        <w:rPr>
          <w:b/>
          <w:color w:val="0FA27A"/>
          <w:sz w:val="17"/>
        </w:rPr>
        <w:lastRenderedPageBreak/>
        <w:t>KATALOG PROGRAM PUSDITEK YANKES 2027</w:t>
      </w:r>
    </w:p>
    <w:p w14:paraId="015A45BB" w14:textId="77777777" w:rsidR="003B64CE" w:rsidRDefault="00000000">
      <w:pPr>
        <w:pStyle w:val="Heading1"/>
      </w:pPr>
      <w:r>
        <w:t>Program Pengembangan Kompetensi untuk Fasilitas Pelayanan Kesehatan</w:t>
      </w:r>
    </w:p>
    <w:p w14:paraId="7F31BB6C" w14:textId="77777777" w:rsidR="003B64CE" w:rsidRDefault="00000000">
      <w:pPr>
        <w:spacing w:after="100" w:line="259" w:lineRule="auto"/>
      </w:pPr>
      <w:r>
        <w:t>PUSDITEK YANKES (Pusat Pendidikan Teknik dan Manajemen Pelayanan Kesehatan) menghadirkan program pendidikan dan pelatihan yang dapat disesuaikan untuk rumah sakit, puskesmas, Dinas Kesehatan/Pemerintah Daerah, konsultan, industri, akademisi, dan pemangku kepentingan lainnya. Program disusun untuk memperkuat kompetensi teknik, manajemen, implementasi Smart Hospital, serta kesiapan transformasi pelayanan kesehatan.</w:t>
      </w:r>
    </w:p>
    <w:tbl>
      <w:tblPr>
        <w:tblW w:w="0" w:type="auto"/>
        <w:jc w:val="center"/>
        <w:tblLayout w:type="fixed"/>
        <w:tblLook w:val="04A0" w:firstRow="1" w:lastRow="0" w:firstColumn="1" w:lastColumn="0" w:noHBand="0" w:noVBand="1"/>
      </w:tblPr>
      <w:tblGrid>
        <w:gridCol w:w="4989"/>
        <w:gridCol w:w="4989"/>
      </w:tblGrid>
      <w:tr w:rsidR="003B64CE" w14:paraId="577B6E26" w14:textId="77777777">
        <w:trPr>
          <w:jc w:val="center"/>
        </w:trPr>
        <w:tc>
          <w:tcPr>
            <w:tcW w:w="4989" w:type="dxa"/>
            <w:tcBorders>
              <w:top w:val="single" w:sz="3" w:space="0" w:color="D7E2EA"/>
              <w:left w:val="single" w:sz="3" w:space="0" w:color="D7E2EA"/>
              <w:bottom w:val="single" w:sz="3" w:space="0" w:color="D7E2EA"/>
              <w:right w:val="single" w:sz="3" w:space="0" w:color="D7E2EA"/>
            </w:tcBorders>
            <w:shd w:val="clear" w:color="auto" w:fill="EAF3FA"/>
            <w:tcMar>
              <w:top w:w="100" w:type="dxa"/>
              <w:left w:w="110" w:type="dxa"/>
              <w:bottom w:w="100" w:type="dxa"/>
              <w:right w:w="110" w:type="dxa"/>
            </w:tcMar>
          </w:tcPr>
          <w:p w14:paraId="31F009AF" w14:textId="77777777" w:rsidR="003B64CE" w:rsidRDefault="00000000">
            <w:r>
              <w:rPr>
                <w:b/>
                <w:color w:val="1B75BB"/>
                <w:sz w:val="22"/>
              </w:rPr>
              <w:t>01  Pelatihan ATPK</w:t>
            </w:r>
          </w:p>
          <w:p w14:paraId="60B04FB8" w14:textId="77777777" w:rsidR="003B64CE" w:rsidRDefault="00000000">
            <w:pPr>
              <w:spacing w:after="0"/>
            </w:pPr>
            <w:r>
              <w:rPr>
                <w:sz w:val="17"/>
              </w:rPr>
              <w:t>Program kompetensi lintas bidang untuk pengelola dan ahli yang berperan dalam perencanaan, pengembangan, pengoperasian, dan pengelolaan fasilitas pelayanan kesehatan.</w:t>
            </w:r>
          </w:p>
        </w:tc>
        <w:tc>
          <w:tcPr>
            <w:tcW w:w="4989" w:type="dxa"/>
            <w:tcBorders>
              <w:top w:val="single" w:sz="3" w:space="0" w:color="D7E2EA"/>
              <w:left w:val="single" w:sz="3" w:space="0" w:color="D7E2EA"/>
              <w:bottom w:val="single" w:sz="3" w:space="0" w:color="D7E2EA"/>
              <w:right w:val="single" w:sz="3" w:space="0" w:color="D7E2EA"/>
            </w:tcBorders>
            <w:shd w:val="clear" w:color="auto" w:fill="EAF6F1"/>
            <w:tcMar>
              <w:top w:w="100" w:type="dxa"/>
              <w:left w:w="110" w:type="dxa"/>
              <w:bottom w:w="100" w:type="dxa"/>
              <w:right w:w="110" w:type="dxa"/>
            </w:tcMar>
          </w:tcPr>
          <w:p w14:paraId="66EF3B2E" w14:textId="77777777" w:rsidR="003B64CE" w:rsidRDefault="00000000">
            <w:r>
              <w:rPr>
                <w:b/>
                <w:color w:val="0FA27A"/>
                <w:sz w:val="22"/>
              </w:rPr>
              <w:t>02  SNI Smart Hospital</w:t>
            </w:r>
          </w:p>
          <w:p w14:paraId="02BE3ECA" w14:textId="77777777" w:rsidR="003B64CE" w:rsidRDefault="00000000">
            <w:pPr>
              <w:spacing w:after="0"/>
            </w:pPr>
            <w:r>
              <w:rPr>
                <w:sz w:val="17"/>
              </w:rPr>
              <w:t>Seminar, workshop, dan pelatihan berbasis kebutuhan implementasi SNI Smart Hospital serta Komponen/Juknis yang relevan.</w:t>
            </w:r>
          </w:p>
        </w:tc>
      </w:tr>
    </w:tbl>
    <w:p w14:paraId="353D8C70" w14:textId="77777777" w:rsidR="003B64CE" w:rsidRDefault="003B64CE">
      <w:pPr>
        <w:spacing w:after="40"/>
      </w:pPr>
    </w:p>
    <w:tbl>
      <w:tblPr>
        <w:tblW w:w="0" w:type="auto"/>
        <w:jc w:val="center"/>
        <w:tblLayout w:type="fixed"/>
        <w:tblLook w:val="04A0" w:firstRow="1" w:lastRow="0" w:firstColumn="1" w:lastColumn="0" w:noHBand="0" w:noVBand="1"/>
      </w:tblPr>
      <w:tblGrid>
        <w:gridCol w:w="4989"/>
        <w:gridCol w:w="5387"/>
        <w:gridCol w:w="171"/>
      </w:tblGrid>
      <w:tr w:rsidR="003B64CE" w14:paraId="02100F92" w14:textId="77777777">
        <w:trPr>
          <w:jc w:val="center"/>
        </w:trPr>
        <w:tc>
          <w:tcPr>
            <w:tcW w:w="4989" w:type="dxa"/>
            <w:tcBorders>
              <w:top w:val="single" w:sz="3" w:space="0" w:color="D7E2EA"/>
              <w:left w:val="single" w:sz="3" w:space="0" w:color="D7E2EA"/>
              <w:bottom w:val="single" w:sz="3" w:space="0" w:color="D7E2EA"/>
              <w:right w:val="single" w:sz="3" w:space="0" w:color="D7E2EA"/>
            </w:tcBorders>
            <w:shd w:val="clear" w:color="auto" w:fill="EAF3FA"/>
            <w:tcMar>
              <w:top w:w="100" w:type="dxa"/>
              <w:left w:w="110" w:type="dxa"/>
              <w:bottom w:w="100" w:type="dxa"/>
              <w:right w:w="110" w:type="dxa"/>
            </w:tcMar>
          </w:tcPr>
          <w:p w14:paraId="15416CFF" w14:textId="77777777" w:rsidR="003B64CE" w:rsidRDefault="00000000">
            <w:r>
              <w:rPr>
                <w:b/>
                <w:color w:val="1B75BB"/>
                <w:sz w:val="22"/>
              </w:rPr>
              <w:t>03  Topik Spesial</w:t>
            </w:r>
          </w:p>
          <w:p w14:paraId="09FF30FB" w14:textId="77777777" w:rsidR="003B64CE" w:rsidRDefault="00000000">
            <w:pPr>
              <w:spacing w:after="0"/>
            </w:pPr>
            <w:r>
              <w:rPr>
                <w:sz w:val="17"/>
              </w:rPr>
              <w:t>Seminar, workshop, dan pelatihan topik teknik/manajemen pelayanan kesehatan yang membutuhkan pembahasan khusus atau belum tersedia dalam Juknis.</w:t>
            </w:r>
          </w:p>
        </w:tc>
        <w:tc>
          <w:tcPr>
            <w:tcW w:w="4989" w:type="dxa"/>
            <w:gridSpan w:val="2"/>
            <w:tcBorders>
              <w:top w:val="single" w:sz="3" w:space="0" w:color="D7E2EA"/>
              <w:left w:val="single" w:sz="3" w:space="0" w:color="D7E2EA"/>
              <w:bottom w:val="single" w:sz="3" w:space="0" w:color="D7E2EA"/>
              <w:right w:val="single" w:sz="3" w:space="0" w:color="D7E2EA"/>
            </w:tcBorders>
            <w:shd w:val="clear" w:color="auto" w:fill="EAF6F1"/>
            <w:tcMar>
              <w:top w:w="100" w:type="dxa"/>
              <w:left w:w="110" w:type="dxa"/>
              <w:bottom w:w="100" w:type="dxa"/>
              <w:right w:w="110" w:type="dxa"/>
            </w:tcMar>
          </w:tcPr>
          <w:p w14:paraId="1E06C575" w14:textId="77777777" w:rsidR="003B64CE" w:rsidRDefault="00000000">
            <w:r>
              <w:rPr>
                <w:b/>
                <w:color w:val="0FA27A"/>
                <w:sz w:val="22"/>
              </w:rPr>
              <w:t>04  International Certification Training Program</w:t>
            </w:r>
          </w:p>
          <w:p w14:paraId="04D1DCCB" w14:textId="77777777" w:rsidR="003B64CE" w:rsidRDefault="00000000">
            <w:pPr>
              <w:spacing w:after="0"/>
            </w:pPr>
            <w:r>
              <w:rPr>
                <w:sz w:val="17"/>
              </w:rPr>
              <w:t>Pelatihan/certification, expert session, hospital or site visit, technology exposure, dan benchmarking internasional.</w:t>
            </w:r>
          </w:p>
        </w:tc>
      </w:tr>
      <w:tr w:rsidR="003B64CE" w14:paraId="14873E7B" w14:textId="77777777">
        <w:trPr>
          <w:gridAfter w:val="1"/>
          <w:wAfter w:w="171" w:type="dxa"/>
          <w:jc w:val="center"/>
        </w:trPr>
        <w:tc>
          <w:tcPr>
            <w:tcW w:w="10376" w:type="dxa"/>
            <w:gridSpan w:val="2"/>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3D3213E1" w14:textId="77777777" w:rsidR="003B64CE" w:rsidRDefault="00000000">
            <w:pPr>
              <w:spacing w:after="60"/>
            </w:pPr>
            <w:r>
              <w:rPr>
                <w:b/>
                <w:color w:val="0FA27A"/>
                <w:sz w:val="21"/>
              </w:rPr>
              <w:t>Definisi JPL</w:t>
            </w:r>
          </w:p>
          <w:p w14:paraId="45316F4A" w14:textId="77777777" w:rsidR="003B64CE" w:rsidRDefault="00000000">
            <w:pPr>
              <w:spacing w:after="0"/>
            </w:pPr>
            <w:r>
              <w:t>1 Jam Pelajaran (JPL) = 45 menit pembelajaran efektif. Waktu rehat, ISHOMA, perjalanan, dan kegiatan non-pembelajaran tidak dihitung sebagai JPL.</w:t>
            </w:r>
          </w:p>
        </w:tc>
      </w:tr>
    </w:tbl>
    <w:p w14:paraId="2374AAEF" w14:textId="77777777" w:rsidR="003B64CE" w:rsidRDefault="003B64CE">
      <w:pPr>
        <w:spacing w:after="0"/>
      </w:pPr>
    </w:p>
    <w:p w14:paraId="4DCE59C8" w14:textId="77777777" w:rsidR="003B64CE" w:rsidRDefault="00000000">
      <w:pPr>
        <w:pStyle w:val="Heading2"/>
      </w:pPr>
      <w:r>
        <w:t>Sasaran Umum</w:t>
      </w:r>
    </w:p>
    <w:p w14:paraId="00572806" w14:textId="77777777" w:rsidR="003B64CE" w:rsidRDefault="00000000">
      <w:pPr>
        <w:pStyle w:val="ListBullet"/>
        <w:spacing w:after="50"/>
        <w:ind w:left="198" w:hanging="102"/>
      </w:pPr>
      <w:r>
        <w:t>Direksi dan manajemen rumah sakit/puskesmas serta unit pendidikan dan pelatihan.</w:t>
      </w:r>
    </w:p>
    <w:p w14:paraId="2AA723E8" w14:textId="77777777" w:rsidR="003B64CE" w:rsidRDefault="00000000">
      <w:pPr>
        <w:pStyle w:val="ListBullet"/>
        <w:spacing w:after="50"/>
        <w:ind w:left="198" w:hanging="102"/>
      </w:pPr>
      <w:r>
        <w:t>Pengelola fasilitas, IPSRS, IT/SIMRS, lingkungan, bangunan, listrik, mekanikal, alat kesehatan, perencanaan dan pengadaan.</w:t>
      </w:r>
    </w:p>
    <w:p w14:paraId="691937D3" w14:textId="77777777" w:rsidR="003B64CE" w:rsidRPr="003D05DA" w:rsidRDefault="00000000">
      <w:pPr>
        <w:pStyle w:val="ListBullet"/>
        <w:spacing w:after="50"/>
        <w:ind w:left="198" w:hanging="102"/>
        <w:rPr>
          <w:lang w:val="it-IT"/>
        </w:rPr>
      </w:pPr>
      <w:r w:rsidRPr="003D05DA">
        <w:rPr>
          <w:lang w:val="it-IT"/>
        </w:rPr>
        <w:t>Konsultan, kontraktor, arsitek, ahli MEP, akademisi, industri, asosiasi, dan instansi pemerintah terkait.</w:t>
      </w:r>
    </w:p>
    <w:p w14:paraId="077F78E4" w14:textId="77777777" w:rsidR="003B64CE" w:rsidRPr="003D05DA" w:rsidRDefault="00000000">
      <w:pPr>
        <w:rPr>
          <w:lang w:val="it-IT"/>
        </w:rPr>
      </w:pPr>
      <w:r w:rsidRPr="003D05DA">
        <w:rPr>
          <w:lang w:val="it-IT"/>
        </w:rPr>
        <w:br w:type="page"/>
      </w:r>
    </w:p>
    <w:p w14:paraId="404D7122" w14:textId="77777777" w:rsidR="003B64CE" w:rsidRDefault="00000000">
      <w:pPr>
        <w:keepNext/>
        <w:spacing w:after="60"/>
      </w:pPr>
      <w:r>
        <w:rPr>
          <w:b/>
          <w:color w:val="0FA27A"/>
          <w:sz w:val="17"/>
        </w:rPr>
        <w:lastRenderedPageBreak/>
        <w:t>RINGKASAN PENAWARAN</w:t>
      </w:r>
    </w:p>
    <w:p w14:paraId="75FA08EE" w14:textId="77777777" w:rsidR="003B64CE" w:rsidRDefault="00000000">
      <w:pPr>
        <w:pStyle w:val="Heading1"/>
      </w:pPr>
      <w:r>
        <w:t>Program, Durasi &amp; Investasi</w:t>
      </w:r>
    </w:p>
    <w:tbl>
      <w:tblPr>
        <w:tblW w:w="0" w:type="auto"/>
        <w:jc w:val="center"/>
        <w:tblLayout w:type="fixed"/>
        <w:tblLook w:val="04A0" w:firstRow="1" w:lastRow="0" w:firstColumn="1" w:lastColumn="0" w:noHBand="0" w:noVBand="1"/>
      </w:tblPr>
      <w:tblGrid>
        <w:gridCol w:w="3402"/>
        <w:gridCol w:w="2324"/>
        <w:gridCol w:w="2494"/>
        <w:gridCol w:w="2156"/>
        <w:gridCol w:w="211"/>
      </w:tblGrid>
      <w:tr w:rsidR="003B64CE" w14:paraId="55712B34" w14:textId="77777777">
        <w:trPr>
          <w:cantSplit/>
          <w:tblHeader/>
          <w:jc w:val="center"/>
        </w:trPr>
        <w:tc>
          <w:tcPr>
            <w:tcW w:w="3402"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14357BAA" w14:textId="77777777" w:rsidR="003B64CE" w:rsidRDefault="00000000">
            <w:pPr>
              <w:spacing w:after="0"/>
              <w:jc w:val="center"/>
            </w:pPr>
            <w:r>
              <w:rPr>
                <w:b/>
                <w:color w:val="FFFFFF"/>
                <w:sz w:val="16"/>
              </w:rPr>
              <w:t>Program</w:t>
            </w:r>
          </w:p>
        </w:tc>
        <w:tc>
          <w:tcPr>
            <w:tcW w:w="232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2D5DD22" w14:textId="77777777" w:rsidR="003B64CE" w:rsidRDefault="00000000">
            <w:pPr>
              <w:spacing w:after="0"/>
              <w:jc w:val="center"/>
            </w:pPr>
            <w:r>
              <w:rPr>
                <w:b/>
                <w:color w:val="FFFFFF"/>
                <w:sz w:val="16"/>
              </w:rPr>
              <w:t>Investasi</w:t>
            </w:r>
          </w:p>
        </w:tc>
        <w:tc>
          <w:tcPr>
            <w:tcW w:w="249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19139EB" w14:textId="77777777" w:rsidR="003B64CE" w:rsidRDefault="00000000">
            <w:pPr>
              <w:spacing w:after="0"/>
              <w:jc w:val="center"/>
            </w:pPr>
            <w:r>
              <w:rPr>
                <w:b/>
                <w:color w:val="FFFFFF"/>
                <w:sz w:val="16"/>
              </w:rPr>
              <w:t>Durasi</w:t>
            </w:r>
          </w:p>
        </w:tc>
        <w:tc>
          <w:tcPr>
            <w:tcW w:w="1814" w:type="dxa"/>
            <w:gridSpan w:val="2"/>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B67BAAB" w14:textId="77777777" w:rsidR="003B64CE" w:rsidRDefault="00000000">
            <w:pPr>
              <w:spacing w:after="0"/>
              <w:jc w:val="center"/>
            </w:pPr>
            <w:r>
              <w:rPr>
                <w:b/>
                <w:color w:val="FFFFFF"/>
                <w:sz w:val="16"/>
              </w:rPr>
              <w:t>Catatan</w:t>
            </w:r>
          </w:p>
        </w:tc>
      </w:tr>
      <w:tr w:rsidR="003B64CE" w14:paraId="5E207F83"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193581C" w14:textId="77777777" w:rsidR="003B64CE" w:rsidRDefault="00000000">
            <w:pPr>
              <w:spacing w:after="0"/>
            </w:pPr>
            <w:r>
              <w:rPr>
                <w:sz w:val="16"/>
              </w:rPr>
              <w:t>Pelatihan ATPK</w:t>
            </w:r>
          </w:p>
        </w:tc>
        <w:tc>
          <w:tcPr>
            <w:tcW w:w="23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CA80B6E" w14:textId="77777777" w:rsidR="003B64CE" w:rsidRDefault="00000000">
            <w:pPr>
              <w:spacing w:after="0"/>
            </w:pPr>
            <w:r>
              <w:rPr>
                <w:sz w:val="16"/>
              </w:rPr>
              <w:t>Rp6.000.000/peserta</w:t>
            </w:r>
          </w:p>
        </w:tc>
        <w:tc>
          <w:tcPr>
            <w:tcW w:w="24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5CB4C1C" w14:textId="77777777" w:rsidR="003B64CE" w:rsidRDefault="00000000">
            <w:pPr>
              <w:spacing w:after="0"/>
            </w:pPr>
            <w:r>
              <w:rPr>
                <w:sz w:val="16"/>
              </w:rPr>
              <w:t>10 modul x 1,5 JPL = 15 JPL</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339D26" w14:textId="77777777" w:rsidR="003B64CE" w:rsidRDefault="00000000">
            <w:pPr>
              <w:spacing w:after="0"/>
            </w:pPr>
            <w:r>
              <w:rPr>
                <w:sz w:val="16"/>
              </w:rPr>
              <w:t>Min. 20 peserta</w:t>
            </w:r>
          </w:p>
        </w:tc>
      </w:tr>
      <w:tr w:rsidR="003B64CE" w14:paraId="1B34C9E3"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FC8B416" w14:textId="77777777" w:rsidR="003B64CE" w:rsidRDefault="00000000">
            <w:pPr>
              <w:spacing w:after="0"/>
            </w:pPr>
            <w:r>
              <w:rPr>
                <w:sz w:val="16"/>
              </w:rPr>
              <w:t>ATPK + Sertifikasi ATPK</w:t>
            </w:r>
          </w:p>
        </w:tc>
        <w:tc>
          <w:tcPr>
            <w:tcW w:w="23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1B16E41" w14:textId="77777777" w:rsidR="003B64CE" w:rsidRDefault="00000000">
            <w:pPr>
              <w:spacing w:after="0"/>
            </w:pPr>
            <w:r>
              <w:rPr>
                <w:sz w:val="16"/>
              </w:rPr>
              <w:t>Rp10.000.000/peserta</w:t>
            </w:r>
          </w:p>
        </w:tc>
        <w:tc>
          <w:tcPr>
            <w:tcW w:w="24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EDFB1A5" w14:textId="77777777" w:rsidR="003B64CE" w:rsidRDefault="00000000">
            <w:pPr>
              <w:spacing w:after="0"/>
            </w:pPr>
            <w:r>
              <w:rPr>
                <w:sz w:val="16"/>
              </w:rPr>
              <w:t>ATPK 15 JPL + skema sertifikasi</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6AECE80" w14:textId="77777777" w:rsidR="003B64CE" w:rsidRDefault="00000000">
            <w:pPr>
              <w:spacing w:after="0"/>
            </w:pPr>
            <w:r>
              <w:rPr>
                <w:sz w:val="16"/>
              </w:rPr>
              <w:t>Min. 15 peserta</w:t>
            </w:r>
          </w:p>
        </w:tc>
      </w:tr>
      <w:tr w:rsidR="003B64CE" w14:paraId="61AA563D"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331C495" w14:textId="77777777" w:rsidR="003B64CE" w:rsidRDefault="00000000">
            <w:pPr>
              <w:spacing w:after="0"/>
            </w:pPr>
            <w:r>
              <w:rPr>
                <w:sz w:val="16"/>
              </w:rPr>
              <w:t>Seminar SNI Smart Hospital</w:t>
            </w:r>
          </w:p>
        </w:tc>
        <w:tc>
          <w:tcPr>
            <w:tcW w:w="23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74F6E08" w14:textId="77777777" w:rsidR="003B64CE" w:rsidRDefault="00000000">
            <w:pPr>
              <w:spacing w:after="0"/>
            </w:pPr>
            <w:r>
              <w:rPr>
                <w:sz w:val="16"/>
              </w:rPr>
              <w:t>Gratis / kontribusi min. Rp15.000</w:t>
            </w:r>
          </w:p>
        </w:tc>
        <w:tc>
          <w:tcPr>
            <w:tcW w:w="24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D3D03F1" w14:textId="77777777" w:rsidR="003B64CE" w:rsidRDefault="00000000">
            <w:pPr>
              <w:spacing w:after="0"/>
            </w:pPr>
            <w:r>
              <w:rPr>
                <w:sz w:val="16"/>
              </w:rPr>
              <w:t>4 JPL/sesi</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8CD28FE" w14:textId="77777777" w:rsidR="003B64CE" w:rsidRDefault="00000000">
            <w:pPr>
              <w:spacing w:after="0"/>
            </w:pPr>
            <w:r>
              <w:rPr>
                <w:sz w:val="16"/>
              </w:rPr>
              <w:t>Kuitansi dapat diterbitkan</w:t>
            </w:r>
          </w:p>
        </w:tc>
      </w:tr>
      <w:tr w:rsidR="003B64CE" w14:paraId="2C11ACA8"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EBB4451" w14:textId="77777777" w:rsidR="003B64CE" w:rsidRDefault="00000000">
            <w:pPr>
              <w:spacing w:after="0"/>
            </w:pPr>
            <w:r>
              <w:rPr>
                <w:sz w:val="16"/>
              </w:rPr>
              <w:t>Workshop/Pelatihan SNI Smart Hospital</w:t>
            </w:r>
          </w:p>
        </w:tc>
        <w:tc>
          <w:tcPr>
            <w:tcW w:w="23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138AF51" w14:textId="77777777" w:rsidR="003B64CE" w:rsidRDefault="00000000">
            <w:pPr>
              <w:spacing w:after="0"/>
            </w:pPr>
            <w:r>
              <w:rPr>
                <w:sz w:val="16"/>
              </w:rPr>
              <w:t>Mulai Rp100.000.000/batch*</w:t>
            </w:r>
          </w:p>
        </w:tc>
        <w:tc>
          <w:tcPr>
            <w:tcW w:w="24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6AA92BE" w14:textId="77777777" w:rsidR="003B64CE" w:rsidRDefault="00000000">
            <w:pPr>
              <w:spacing w:after="0"/>
            </w:pPr>
            <w:r>
              <w:rPr>
                <w:sz w:val="16"/>
              </w:rPr>
              <w:t>Umumnya 1 hari / sesuai kebutuhan</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8CC2E1B" w14:textId="77777777" w:rsidR="003B64CE" w:rsidRDefault="00000000">
            <w:pPr>
              <w:spacing w:after="0"/>
            </w:pPr>
            <w:r>
              <w:rPr>
                <w:sz w:val="16"/>
              </w:rPr>
              <w:t>Materi mengikuti Juknis</w:t>
            </w:r>
          </w:p>
        </w:tc>
      </w:tr>
      <w:tr w:rsidR="003B64CE" w14:paraId="3B784999"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D19839F" w14:textId="54A2D841" w:rsidR="003B64CE" w:rsidRDefault="00000000">
            <w:pPr>
              <w:spacing w:after="0"/>
            </w:pPr>
            <w:proofErr w:type="spellStart"/>
            <w:r>
              <w:rPr>
                <w:sz w:val="16"/>
              </w:rPr>
              <w:t>Komponen</w:t>
            </w:r>
            <w:proofErr w:type="spellEnd"/>
            <w:r>
              <w:rPr>
                <w:sz w:val="16"/>
              </w:rPr>
              <w:t xml:space="preserve"> SNI/</w:t>
            </w:r>
            <w:proofErr w:type="spellStart"/>
            <w:r>
              <w:rPr>
                <w:sz w:val="16"/>
              </w:rPr>
              <w:t>Juknis</w:t>
            </w:r>
            <w:proofErr w:type="spellEnd"/>
          </w:p>
        </w:tc>
        <w:tc>
          <w:tcPr>
            <w:tcW w:w="23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6DB3565" w14:textId="3AD691C4" w:rsidR="003B64CE" w:rsidRDefault="00000000">
            <w:pPr>
              <w:spacing w:after="0"/>
            </w:pPr>
            <w:proofErr w:type="spellStart"/>
            <w:r>
              <w:rPr>
                <w:sz w:val="16"/>
              </w:rPr>
              <w:t>Mulai</w:t>
            </w:r>
            <w:proofErr w:type="spellEnd"/>
            <w:r>
              <w:rPr>
                <w:sz w:val="16"/>
              </w:rPr>
              <w:t xml:space="preserve"> Rp1</w:t>
            </w:r>
            <w:r w:rsidR="003D05DA">
              <w:rPr>
                <w:sz w:val="16"/>
              </w:rPr>
              <w:t>0</w:t>
            </w:r>
            <w:r>
              <w:rPr>
                <w:sz w:val="16"/>
              </w:rPr>
              <w:t>0.000.000/batch*</w:t>
            </w:r>
          </w:p>
        </w:tc>
        <w:tc>
          <w:tcPr>
            <w:tcW w:w="24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29C13DE" w14:textId="77777777" w:rsidR="003B64CE" w:rsidRDefault="00000000">
            <w:pPr>
              <w:spacing w:after="0"/>
            </w:pPr>
            <w:r>
              <w:rPr>
                <w:sz w:val="16"/>
              </w:rPr>
              <w:t>8 modul x 1 JPL = 8 JPL (6 jam)</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8B323FB" w14:textId="77777777" w:rsidR="003B64CE" w:rsidRDefault="00000000">
            <w:pPr>
              <w:spacing w:after="0"/>
            </w:pPr>
            <w:r>
              <w:rPr>
                <w:sz w:val="16"/>
              </w:rPr>
              <w:t>Paket pendalaman</w:t>
            </w:r>
          </w:p>
        </w:tc>
      </w:tr>
      <w:tr w:rsidR="003B64CE" w14:paraId="0E7F2622"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0AC3E43" w14:textId="77777777" w:rsidR="003B64CE" w:rsidRDefault="00000000">
            <w:pPr>
              <w:spacing w:after="0"/>
            </w:pPr>
            <w:r>
              <w:rPr>
                <w:sz w:val="16"/>
              </w:rPr>
              <w:t>Topik Spesial</w:t>
            </w:r>
          </w:p>
        </w:tc>
        <w:tc>
          <w:tcPr>
            <w:tcW w:w="23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ADD5559" w14:textId="77777777" w:rsidR="003B64CE" w:rsidRDefault="00000000">
            <w:pPr>
              <w:spacing w:after="0"/>
            </w:pPr>
            <w:r>
              <w:rPr>
                <w:sz w:val="16"/>
              </w:rPr>
              <w:t>Mulai Rp100.000.000/program*</w:t>
            </w:r>
          </w:p>
        </w:tc>
        <w:tc>
          <w:tcPr>
            <w:tcW w:w="24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8201C56" w14:textId="77777777" w:rsidR="003B64CE" w:rsidRDefault="00000000">
            <w:pPr>
              <w:spacing w:after="0"/>
            </w:pPr>
            <w:r>
              <w:rPr>
                <w:sz w:val="16"/>
              </w:rPr>
              <w:t>Umumnya 1 hari / by request</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2EBE363" w14:textId="77777777" w:rsidR="003B64CE" w:rsidRDefault="00000000">
            <w:pPr>
              <w:spacing w:after="0"/>
            </w:pPr>
            <w:r>
              <w:rPr>
                <w:sz w:val="16"/>
              </w:rPr>
              <w:t>Di luar / lintas Juknis</w:t>
            </w:r>
          </w:p>
        </w:tc>
      </w:tr>
      <w:tr w:rsidR="003B64CE" w14:paraId="4BFDCFB5" w14:textId="77777777">
        <w:trPr>
          <w:cantSplit/>
          <w:jc w:val="center"/>
        </w:trPr>
        <w:tc>
          <w:tcPr>
            <w:tcW w:w="34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EE69FAC" w14:textId="77777777" w:rsidR="003B64CE" w:rsidRDefault="00000000">
            <w:pPr>
              <w:spacing w:after="0"/>
            </w:pPr>
            <w:r>
              <w:rPr>
                <w:sz w:val="16"/>
              </w:rPr>
              <w:t>International Certification Training Program</w:t>
            </w:r>
          </w:p>
        </w:tc>
        <w:tc>
          <w:tcPr>
            <w:tcW w:w="23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088619A" w14:textId="77777777" w:rsidR="003B64CE" w:rsidRDefault="00000000">
            <w:pPr>
              <w:spacing w:after="0"/>
            </w:pPr>
            <w:r>
              <w:rPr>
                <w:sz w:val="16"/>
              </w:rPr>
              <w:t>By quotation</w:t>
            </w:r>
          </w:p>
        </w:tc>
        <w:tc>
          <w:tcPr>
            <w:tcW w:w="24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B151BCC" w14:textId="77777777" w:rsidR="003B64CE" w:rsidRDefault="00000000">
            <w:pPr>
              <w:spacing w:after="0"/>
            </w:pPr>
            <w:r>
              <w:rPr>
                <w:sz w:val="16"/>
              </w:rPr>
              <w:t>3-5 hari / menyesuaikan program</w:t>
            </w:r>
          </w:p>
        </w:tc>
        <w:tc>
          <w:tcPr>
            <w:tcW w:w="1814"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3D84C8E" w14:textId="77777777" w:rsidR="003B64CE" w:rsidRDefault="00000000">
            <w:pPr>
              <w:spacing w:after="0"/>
            </w:pPr>
            <w:r>
              <w:rPr>
                <w:sz w:val="16"/>
              </w:rPr>
              <w:t>Negara &amp; partner menyesuaikan</w:t>
            </w:r>
          </w:p>
        </w:tc>
      </w:tr>
      <w:tr w:rsidR="003B64CE" w14:paraId="5DF8F218" w14:textId="77777777">
        <w:trPr>
          <w:gridAfter w:val="1"/>
          <w:wAfter w:w="211" w:type="dxa"/>
          <w:jc w:val="center"/>
        </w:trPr>
        <w:tc>
          <w:tcPr>
            <w:tcW w:w="10376" w:type="dxa"/>
            <w:gridSpan w:val="4"/>
            <w:tcBorders>
              <w:top w:val="single" w:sz="0" w:space="0" w:color="EAF3FA"/>
              <w:left w:val="single" w:sz="0" w:space="0" w:color="EAF3FA"/>
              <w:bottom w:val="single" w:sz="0" w:space="0" w:color="EAF3FA"/>
              <w:right w:val="single" w:sz="0" w:space="0" w:color="EAF3FA"/>
            </w:tcBorders>
            <w:shd w:val="clear" w:color="auto" w:fill="EAF3FA"/>
            <w:tcMar>
              <w:top w:w="100" w:type="dxa"/>
              <w:left w:w="110" w:type="dxa"/>
              <w:bottom w:w="100" w:type="dxa"/>
              <w:right w:w="110" w:type="dxa"/>
            </w:tcMar>
          </w:tcPr>
          <w:p w14:paraId="631630C9" w14:textId="77777777" w:rsidR="003B64CE" w:rsidRDefault="00000000">
            <w:pPr>
              <w:spacing w:after="60"/>
            </w:pPr>
            <w:r>
              <w:rPr>
                <w:b/>
                <w:color w:val="1B75BB"/>
                <w:sz w:val="21"/>
              </w:rPr>
              <w:t>Learning Path</w:t>
            </w:r>
          </w:p>
          <w:p w14:paraId="655A8DA5" w14:textId="77777777" w:rsidR="003B64CE" w:rsidRDefault="00000000">
            <w:pPr>
              <w:spacing w:after="0"/>
            </w:pPr>
            <w:r>
              <w:t>Seminar/awareness -&gt; ATPK atau kelas kompetensi -&gt; SNI Smart Hospital sesuai komponen/Juknis -&gt; Topik Spesial sesuai kebutuhan -&gt; International Certification Training Program -&gt; implementasi dan tindak lanjut.</w:t>
            </w:r>
          </w:p>
        </w:tc>
      </w:tr>
    </w:tbl>
    <w:p w14:paraId="326C65ED" w14:textId="77777777" w:rsidR="003B64CE" w:rsidRDefault="003B64CE">
      <w:pPr>
        <w:spacing w:after="0"/>
      </w:pPr>
    </w:p>
    <w:p w14:paraId="038EFB76" w14:textId="77777777" w:rsidR="003B64CE" w:rsidRDefault="00000000">
      <w:pPr>
        <w:spacing w:after="100" w:line="259" w:lineRule="auto"/>
      </w:pPr>
      <w:r>
        <w:rPr>
          <w:i/>
          <w:sz w:val="16"/>
        </w:rPr>
        <w:t>*Harga katalog bersifat indikatif. Harga final mengikuti ruang lingkup, lokasi/venue, jumlah peserta, narasumber, perjalanan, pajak, sertifikasi, dan kebutuhan kegiatan.</w:t>
      </w:r>
    </w:p>
    <w:p w14:paraId="1F51807D" w14:textId="77777777" w:rsidR="003B64CE" w:rsidRDefault="00000000">
      <w:r>
        <w:br w:type="page"/>
      </w:r>
    </w:p>
    <w:p w14:paraId="14BAEBBE" w14:textId="77777777" w:rsidR="003B64CE" w:rsidRPr="003D05DA" w:rsidRDefault="00000000">
      <w:pPr>
        <w:keepNext/>
        <w:spacing w:after="60"/>
        <w:rPr>
          <w:lang w:val="it-IT"/>
        </w:rPr>
      </w:pPr>
      <w:r w:rsidRPr="003D05DA">
        <w:rPr>
          <w:b/>
          <w:color w:val="0FA27A"/>
          <w:sz w:val="17"/>
          <w:lang w:val="it-IT"/>
        </w:rPr>
        <w:lastRenderedPageBreak/>
        <w:t>PELAKSANAAN</w:t>
      </w:r>
    </w:p>
    <w:p w14:paraId="61F29191" w14:textId="77777777" w:rsidR="003B64CE" w:rsidRPr="003D05DA" w:rsidRDefault="00000000">
      <w:pPr>
        <w:pStyle w:val="Heading1"/>
        <w:rPr>
          <w:lang w:val="it-IT"/>
        </w:rPr>
      </w:pPr>
      <w:r w:rsidRPr="003D05DA">
        <w:rPr>
          <w:lang w:val="it-IT"/>
        </w:rPr>
        <w:t>Model Kelas, Metode Pembelajaran &amp; Evaluasi</w:t>
      </w:r>
    </w:p>
    <w:tbl>
      <w:tblPr>
        <w:tblW w:w="0" w:type="auto"/>
        <w:jc w:val="center"/>
        <w:tblLayout w:type="fixed"/>
        <w:tblLook w:val="04A0" w:firstRow="1" w:lastRow="0" w:firstColumn="1" w:lastColumn="0" w:noHBand="0" w:noVBand="1"/>
      </w:tblPr>
      <w:tblGrid>
        <w:gridCol w:w="1701"/>
        <w:gridCol w:w="2381"/>
        <w:gridCol w:w="1814"/>
        <w:gridCol w:w="3969"/>
      </w:tblGrid>
      <w:tr w:rsidR="003B64CE" w14:paraId="62B445ED" w14:textId="77777777">
        <w:trPr>
          <w:cantSplit/>
          <w:tblHeader/>
          <w:jc w:val="center"/>
        </w:trPr>
        <w:tc>
          <w:tcPr>
            <w:tcW w:w="170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1C754B3" w14:textId="77777777" w:rsidR="003B64CE" w:rsidRDefault="00000000">
            <w:pPr>
              <w:spacing w:after="0"/>
              <w:jc w:val="center"/>
            </w:pPr>
            <w:r>
              <w:rPr>
                <w:b/>
                <w:color w:val="FFFFFF"/>
                <w:sz w:val="16"/>
              </w:rPr>
              <w:t>Model</w:t>
            </w:r>
          </w:p>
        </w:tc>
        <w:tc>
          <w:tcPr>
            <w:tcW w:w="238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7091584" w14:textId="77777777" w:rsidR="003B64CE" w:rsidRDefault="00000000">
            <w:pPr>
              <w:spacing w:after="0"/>
              <w:jc w:val="center"/>
            </w:pPr>
            <w:r>
              <w:rPr>
                <w:b/>
                <w:color w:val="FFFFFF"/>
                <w:sz w:val="16"/>
              </w:rPr>
              <w:t>Lokasi</w:t>
            </w:r>
          </w:p>
        </w:tc>
        <w:tc>
          <w:tcPr>
            <w:tcW w:w="181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28B5586" w14:textId="77777777" w:rsidR="003B64CE" w:rsidRDefault="00000000">
            <w:pPr>
              <w:spacing w:after="0"/>
              <w:jc w:val="center"/>
            </w:pPr>
            <w:r>
              <w:rPr>
                <w:b/>
                <w:color w:val="FFFFFF"/>
                <w:sz w:val="16"/>
              </w:rPr>
              <w:t>Kapasitas</w:t>
            </w:r>
          </w:p>
        </w:tc>
        <w:tc>
          <w:tcPr>
            <w:tcW w:w="3969"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65CD715" w14:textId="77777777" w:rsidR="003B64CE" w:rsidRDefault="00000000">
            <w:pPr>
              <w:spacing w:after="0"/>
              <w:jc w:val="center"/>
            </w:pPr>
            <w:r>
              <w:rPr>
                <w:b/>
                <w:color w:val="FFFFFF"/>
                <w:sz w:val="16"/>
              </w:rPr>
              <w:t>Keterangan</w:t>
            </w:r>
          </w:p>
        </w:tc>
      </w:tr>
      <w:tr w:rsidR="003B64CE" w14:paraId="05690335"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8EB7455" w14:textId="77777777" w:rsidR="003B64CE" w:rsidRDefault="00000000">
            <w:pPr>
              <w:spacing w:after="0"/>
            </w:pPr>
            <w:r>
              <w:rPr>
                <w:sz w:val="16"/>
              </w:rPr>
              <w:t>Online</w:t>
            </w:r>
          </w:p>
        </w:tc>
        <w:tc>
          <w:tcPr>
            <w:tcW w:w="238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BDAB58C" w14:textId="77777777" w:rsidR="003B64CE" w:rsidRDefault="00000000">
            <w:pPr>
              <w:spacing w:after="0"/>
            </w:pPr>
            <w:r>
              <w:rPr>
                <w:sz w:val="16"/>
              </w:rPr>
              <w:t>Platform digital</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0739F70" w14:textId="77777777" w:rsidR="003B64CE" w:rsidRDefault="00000000">
            <w:pPr>
              <w:spacing w:after="0"/>
            </w:pPr>
            <w:r>
              <w:rPr>
                <w:sz w:val="16"/>
              </w:rPr>
              <w:t>50-300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EB874E2" w14:textId="77777777" w:rsidR="003B64CE" w:rsidRDefault="00000000">
            <w:pPr>
              <w:spacing w:after="0"/>
            </w:pPr>
            <w:r>
              <w:rPr>
                <w:sz w:val="16"/>
              </w:rPr>
              <w:t>Seminar, modular, expert session</w:t>
            </w:r>
          </w:p>
        </w:tc>
      </w:tr>
      <w:tr w:rsidR="003B64CE" w14:paraId="47B45976"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8ACBA88" w14:textId="77777777" w:rsidR="003B64CE" w:rsidRDefault="00000000">
            <w:pPr>
              <w:spacing w:after="0"/>
            </w:pPr>
            <w:r>
              <w:rPr>
                <w:sz w:val="16"/>
              </w:rPr>
              <w:t>Hybrid</w:t>
            </w:r>
          </w:p>
        </w:tc>
        <w:tc>
          <w:tcPr>
            <w:tcW w:w="238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57CC8AE" w14:textId="77777777" w:rsidR="003B64CE" w:rsidRDefault="00000000">
            <w:pPr>
              <w:spacing w:after="0"/>
            </w:pPr>
            <w:r>
              <w:rPr>
                <w:sz w:val="16"/>
              </w:rPr>
              <w:t>RS/Jakarta + online</w:t>
            </w:r>
          </w:p>
        </w:tc>
        <w:tc>
          <w:tcPr>
            <w:tcW w:w="181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F2B6373" w14:textId="77777777" w:rsidR="003B64CE" w:rsidRDefault="00000000">
            <w:pPr>
              <w:spacing w:after="0"/>
            </w:pPr>
            <w:r>
              <w:rPr>
                <w:sz w:val="16"/>
              </w:rPr>
              <w:t>30-100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E92FB02" w14:textId="77777777" w:rsidR="003B64CE" w:rsidRDefault="00000000">
            <w:pPr>
              <w:spacing w:after="0"/>
            </w:pPr>
            <w:r>
              <w:rPr>
                <w:sz w:val="16"/>
              </w:rPr>
              <w:t>Fleksibel lintas daerah</w:t>
            </w:r>
          </w:p>
        </w:tc>
      </w:tr>
      <w:tr w:rsidR="003B64CE" w14:paraId="4ABFA945"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CD8E69F" w14:textId="77777777" w:rsidR="003B64CE" w:rsidRDefault="00000000">
            <w:pPr>
              <w:spacing w:after="0"/>
            </w:pPr>
            <w:r>
              <w:rPr>
                <w:sz w:val="16"/>
              </w:rPr>
              <w:t>In-House</w:t>
            </w:r>
          </w:p>
        </w:tc>
        <w:tc>
          <w:tcPr>
            <w:tcW w:w="238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8144B09" w14:textId="77777777" w:rsidR="003B64CE" w:rsidRDefault="00000000">
            <w:pPr>
              <w:spacing w:after="0"/>
            </w:pPr>
            <w:r>
              <w:rPr>
                <w:sz w:val="16"/>
              </w:rPr>
              <w:t>RS/puskesmas/instansi</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D8F7A0E" w14:textId="77777777" w:rsidR="003B64CE" w:rsidRDefault="00000000">
            <w:pPr>
              <w:spacing w:after="0"/>
            </w:pPr>
            <w:r>
              <w:rPr>
                <w:sz w:val="16"/>
              </w:rPr>
              <w:t>15-40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44A2023" w14:textId="77777777" w:rsidR="003B64CE" w:rsidRDefault="00000000">
            <w:pPr>
              <w:spacing w:after="0"/>
            </w:pPr>
            <w:r>
              <w:rPr>
                <w:sz w:val="16"/>
              </w:rPr>
              <w:t>Materi sesuai kebutuhan host</w:t>
            </w:r>
          </w:p>
        </w:tc>
      </w:tr>
      <w:tr w:rsidR="003B64CE" w14:paraId="2968C78E"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5CD8BA4" w14:textId="77777777" w:rsidR="003B64CE" w:rsidRDefault="00000000">
            <w:pPr>
              <w:spacing w:after="0"/>
            </w:pPr>
            <w:r>
              <w:rPr>
                <w:sz w:val="16"/>
              </w:rPr>
              <w:t>Open Class Jakarta</w:t>
            </w:r>
          </w:p>
        </w:tc>
        <w:tc>
          <w:tcPr>
            <w:tcW w:w="238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972E8AC" w14:textId="77777777" w:rsidR="003B64CE" w:rsidRDefault="00000000">
            <w:pPr>
              <w:spacing w:after="0"/>
            </w:pPr>
            <w:r>
              <w:rPr>
                <w:sz w:val="16"/>
              </w:rPr>
              <w:t>Jakarta</w:t>
            </w:r>
          </w:p>
        </w:tc>
        <w:tc>
          <w:tcPr>
            <w:tcW w:w="181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854DD03" w14:textId="77777777" w:rsidR="003B64CE" w:rsidRDefault="00000000">
            <w:pPr>
              <w:spacing w:after="0"/>
            </w:pPr>
            <w:r>
              <w:rPr>
                <w:sz w:val="16"/>
              </w:rPr>
              <w:t>15-40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AAF7D5B" w14:textId="77777777" w:rsidR="003B64CE" w:rsidRDefault="00000000">
            <w:pPr>
              <w:spacing w:after="0"/>
            </w:pPr>
            <w:r>
              <w:rPr>
                <w:sz w:val="16"/>
              </w:rPr>
              <w:t>Kelas lintas institusi</w:t>
            </w:r>
          </w:p>
        </w:tc>
      </w:tr>
      <w:tr w:rsidR="003B64CE" w14:paraId="5AD9D9D3"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BC4E9B" w14:textId="77777777" w:rsidR="003B64CE" w:rsidRDefault="00000000">
            <w:pPr>
              <w:spacing w:after="0"/>
            </w:pPr>
            <w:r>
              <w:rPr>
                <w:sz w:val="16"/>
              </w:rPr>
              <w:t>Regional / Provinsi</w:t>
            </w:r>
          </w:p>
        </w:tc>
        <w:tc>
          <w:tcPr>
            <w:tcW w:w="238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A2056BD" w14:textId="77777777" w:rsidR="003B64CE" w:rsidRDefault="00000000">
            <w:pPr>
              <w:spacing w:after="0"/>
            </w:pPr>
            <w:r>
              <w:rPr>
                <w:sz w:val="16"/>
              </w:rPr>
              <w:t>Provinsi terpilih</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5AC86F9" w14:textId="77777777" w:rsidR="003B64CE" w:rsidRDefault="00000000">
            <w:pPr>
              <w:spacing w:after="0"/>
            </w:pPr>
            <w:r>
              <w:rPr>
                <w:sz w:val="16"/>
              </w:rPr>
              <w:t>20-100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6C2D107" w14:textId="77777777" w:rsidR="003B64CE" w:rsidRDefault="00000000">
            <w:pPr>
              <w:spacing w:after="0"/>
            </w:pPr>
            <w:r>
              <w:rPr>
                <w:sz w:val="16"/>
              </w:rPr>
              <w:t>Dapat melibatkan Dinkes, asosiasi, industri</w:t>
            </w:r>
          </w:p>
        </w:tc>
      </w:tr>
      <w:tr w:rsidR="003B64CE" w14:paraId="3F7D8293"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2865D26" w14:textId="77777777" w:rsidR="003B64CE" w:rsidRDefault="00000000">
            <w:pPr>
              <w:spacing w:after="0"/>
            </w:pPr>
            <w:r>
              <w:rPr>
                <w:sz w:val="16"/>
              </w:rPr>
              <w:t>International</w:t>
            </w:r>
          </w:p>
        </w:tc>
        <w:tc>
          <w:tcPr>
            <w:tcW w:w="238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7B0716B" w14:textId="77777777" w:rsidR="003B64CE" w:rsidRDefault="00000000">
            <w:pPr>
              <w:spacing w:after="0"/>
            </w:pPr>
            <w:r>
              <w:rPr>
                <w:sz w:val="16"/>
              </w:rPr>
              <w:t>Negara tujuan</w:t>
            </w:r>
          </w:p>
        </w:tc>
        <w:tc>
          <w:tcPr>
            <w:tcW w:w="181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6FBDE07" w14:textId="77777777" w:rsidR="003B64CE" w:rsidRDefault="00000000">
            <w:pPr>
              <w:spacing w:after="0"/>
            </w:pPr>
            <w:r>
              <w:rPr>
                <w:sz w:val="16"/>
              </w:rPr>
              <w:t>15-25 peserta</w:t>
            </w:r>
          </w:p>
        </w:tc>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781894F" w14:textId="77777777" w:rsidR="003B64CE" w:rsidRDefault="00000000">
            <w:pPr>
              <w:spacing w:after="0"/>
            </w:pPr>
            <w:r>
              <w:rPr>
                <w:sz w:val="16"/>
              </w:rPr>
              <w:t>Training + certification/benchmarking</w:t>
            </w:r>
          </w:p>
        </w:tc>
      </w:tr>
    </w:tbl>
    <w:p w14:paraId="4D072A60" w14:textId="77777777" w:rsidR="003B64CE" w:rsidRDefault="00000000">
      <w:pPr>
        <w:pStyle w:val="Heading2"/>
      </w:pPr>
      <w:r>
        <w:t>Metode Pembelajaran</w:t>
      </w:r>
    </w:p>
    <w:p w14:paraId="26F19113" w14:textId="77777777" w:rsidR="003B64CE" w:rsidRDefault="00000000">
      <w:pPr>
        <w:pStyle w:val="ListBullet"/>
        <w:spacing w:after="50"/>
        <w:ind w:left="198" w:hanging="102"/>
      </w:pPr>
      <w:r>
        <w:t>Seminar: pemaparan, diskusi/tanya jawab, dan post-test tertulis.</w:t>
      </w:r>
    </w:p>
    <w:p w14:paraId="1C574478" w14:textId="77777777" w:rsidR="003B64CE" w:rsidRDefault="00000000">
      <w:pPr>
        <w:pStyle w:val="ListBullet"/>
        <w:spacing w:after="50"/>
        <w:ind w:left="198" w:hanging="102"/>
      </w:pPr>
      <w:r>
        <w:t>Workshop: pre-test dan post-test, praktik, presentasi, studi kasus, observasi/pengukuran sesuai topik.</w:t>
      </w:r>
    </w:p>
    <w:p w14:paraId="5AEA7CC5" w14:textId="77777777" w:rsidR="003B64CE" w:rsidRDefault="00000000">
      <w:pPr>
        <w:pStyle w:val="ListBullet"/>
        <w:spacing w:after="50"/>
        <w:ind w:left="198" w:hanging="102"/>
      </w:pPr>
      <w:r>
        <w:t>Kursus intensif: pembelajaran terstruktur, penugasan/proyek, uji praktik/lisan sesuai kebutuhan.</w:t>
      </w:r>
    </w:p>
    <w:p w14:paraId="70C16ED9" w14:textId="77777777" w:rsidR="003B64CE" w:rsidRDefault="00000000">
      <w:pPr>
        <w:pStyle w:val="ListBullet"/>
        <w:spacing w:after="50"/>
        <w:ind w:left="198" w:hanging="102"/>
      </w:pPr>
      <w:r>
        <w:t>Training &amp; benchmarking: observasi lapangan, expert discussion, reflection session, dan action plan.</w:t>
      </w:r>
    </w:p>
    <w:p w14:paraId="47C68081" w14:textId="77777777" w:rsidR="003B64CE" w:rsidRDefault="00000000">
      <w:pPr>
        <w:pStyle w:val="Heading2"/>
      </w:pPr>
      <w:r>
        <w:t>Sertifikat, SKP &amp; Mutu Pelaksanaan</w:t>
      </w:r>
    </w:p>
    <w:p w14:paraId="253CB081" w14:textId="77777777" w:rsidR="003B64CE" w:rsidRDefault="00000000">
      <w:pPr>
        <w:pStyle w:val="ListBullet"/>
        <w:spacing w:after="50"/>
        <w:ind w:left="198" w:hanging="102"/>
      </w:pPr>
      <w:r>
        <w:t>Sertifikat kehadiran/kelulusan mengikuti ketentuan program dan evaluasi.</w:t>
      </w:r>
    </w:p>
    <w:p w14:paraId="244BFDF6" w14:textId="77777777" w:rsidR="003B64CE" w:rsidRDefault="00000000">
      <w:pPr>
        <w:pStyle w:val="ListBullet"/>
        <w:spacing w:after="50"/>
        <w:ind w:left="198" w:hanging="102"/>
      </w:pPr>
      <w:r>
        <w:t>SKP dicantumkan apabila telah memenuhi persyaratan dan ditetapkan oleh pihak berwenang.</w:t>
      </w:r>
    </w:p>
    <w:p w14:paraId="125A8995" w14:textId="77777777" w:rsidR="003B64CE" w:rsidRDefault="00000000">
      <w:pPr>
        <w:pStyle w:val="ListBullet"/>
        <w:spacing w:after="50"/>
        <w:ind w:left="198" w:hanging="102"/>
      </w:pPr>
      <w:r>
        <w:t>Sertifikasi kompetensi/sertifikasi eksternal tidak otomatis diperoleh hanya dengan mengikuti pelatihan; mekanisme asesmen mengikuti skema lembaga yang berwenang.</w:t>
      </w:r>
    </w:p>
    <w:p w14:paraId="365CC9FC" w14:textId="77777777" w:rsidR="003B64CE" w:rsidRDefault="00000000">
      <w:r>
        <w:br w:type="page"/>
      </w:r>
    </w:p>
    <w:p w14:paraId="20BD8C82" w14:textId="77777777" w:rsidR="003B64CE" w:rsidRDefault="00000000">
      <w:pPr>
        <w:keepNext/>
        <w:spacing w:after="60"/>
      </w:pPr>
      <w:r>
        <w:rPr>
          <w:b/>
          <w:color w:val="0FA27A"/>
          <w:sz w:val="17"/>
        </w:rPr>
        <w:lastRenderedPageBreak/>
        <w:t>PROGRAM 01</w:t>
      </w:r>
    </w:p>
    <w:p w14:paraId="22C42767" w14:textId="77777777" w:rsidR="003B64CE" w:rsidRDefault="00000000">
      <w:pPr>
        <w:pStyle w:val="Heading1"/>
      </w:pPr>
      <w:r>
        <w:t>Pelatihan ATPK - Ahli Teknik Pelayanan Kesehatan</w:t>
      </w:r>
    </w:p>
    <w:p w14:paraId="5A285B88" w14:textId="77777777" w:rsidR="003B64CE" w:rsidRDefault="00000000">
      <w:pPr>
        <w:spacing w:after="100" w:line="259" w:lineRule="auto"/>
      </w:pPr>
      <w:r>
        <w:t>Pelatihan ATPK - Ahli Teknik Pelayanan Kesehatan merupakan program pengembangan kompetensi bagi para profesional yang terlibat dalam pengelolaan, perencanaan, pengembangan, dan pemeliharaan fasilitas pelayanan kesehatan. Program ini dirancang untuk memperkuat pemahaman lintas bidang teknik dan manajemen agar peserta mampu mengambil keputusan yang tepat, mengelola fasilitas secara terintegrasi, serta mendukung peningkatan mutu dan keberlanjutan pelayanan kesehatan.</w:t>
      </w:r>
    </w:p>
    <w:tbl>
      <w:tblPr>
        <w:tblW w:w="0" w:type="auto"/>
        <w:jc w:val="center"/>
        <w:tblLayout w:type="fixed"/>
        <w:tblLook w:val="04A0" w:firstRow="1" w:lastRow="0" w:firstColumn="1" w:lastColumn="0" w:noHBand="0" w:noVBand="1"/>
      </w:tblPr>
      <w:tblGrid>
        <w:gridCol w:w="10376"/>
      </w:tblGrid>
      <w:tr w:rsidR="003B64CE" w14:paraId="5DD1ADFA" w14:textId="77777777">
        <w:trPr>
          <w:jc w:val="center"/>
        </w:trPr>
        <w:tc>
          <w:tcPr>
            <w:tcW w:w="10376" w:type="dxa"/>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594C4453" w14:textId="77777777" w:rsidR="003B64CE" w:rsidRDefault="00000000">
            <w:pPr>
              <w:spacing w:after="60"/>
            </w:pPr>
            <w:r>
              <w:rPr>
                <w:b/>
                <w:color w:val="0FA27A"/>
                <w:sz w:val="21"/>
              </w:rPr>
              <w:t>Tujuan ATPK</w:t>
            </w:r>
          </w:p>
          <w:p w14:paraId="5DE60EC6" w14:textId="77777777" w:rsidR="003B64CE" w:rsidRDefault="00000000">
            <w:pPr>
              <w:spacing w:after="0"/>
            </w:pPr>
            <w:r>
              <w:t>Membangun kompetensi ahli teknik agar memahami pengelolaan fasilitas pelayanan kesehatan secara lintas bidang, mampu mengambil keputusan teknis-manajerial, serta mengawal pengembangan fasilitas kesehatan secara terstruktur.</w:t>
            </w:r>
          </w:p>
        </w:tc>
      </w:tr>
    </w:tbl>
    <w:p w14:paraId="500C26D0" w14:textId="77777777" w:rsidR="003B64CE" w:rsidRDefault="003B64CE">
      <w:pPr>
        <w:spacing w:after="0"/>
      </w:pPr>
    </w:p>
    <w:p w14:paraId="7D39CEFA" w14:textId="77777777" w:rsidR="003B64CE" w:rsidRDefault="00000000">
      <w:pPr>
        <w:pStyle w:val="Heading2"/>
      </w:pPr>
      <w:r>
        <w:t>Sasaran Peserta</w:t>
      </w:r>
    </w:p>
    <w:p w14:paraId="2DC64FB9" w14:textId="77777777" w:rsidR="003B64CE" w:rsidRDefault="00000000">
      <w:pPr>
        <w:pStyle w:val="ListBullet"/>
        <w:spacing w:after="50"/>
        <w:ind w:left="198" w:hanging="102"/>
      </w:pPr>
      <w:r>
        <w:t>Rumah sakit: Manager IPSRS, Manager IT, Manager Lingkungan, Manager Bangunan, Manager Listrik, Manager Pemeliharaan, Kepala Bagian Umum, Direktur Teknis, Direktur Operasional, serta staf senior/ahli teknik di rumah sakit.</w:t>
      </w:r>
    </w:p>
    <w:p w14:paraId="2BED2C46" w14:textId="77777777" w:rsidR="003B64CE" w:rsidRDefault="00000000">
      <w:pPr>
        <w:pStyle w:val="ListBullet"/>
        <w:spacing w:after="50"/>
        <w:ind w:left="198" w:hanging="102"/>
      </w:pPr>
      <w:r>
        <w:t>Industri: ahli teknik, engineer, dan manager pada perusahaan penyedia peralatan, teknologi, atau sistem penunjang fasilitas kesehatan.</w:t>
      </w:r>
    </w:p>
    <w:p w14:paraId="44C83885" w14:textId="77777777" w:rsidR="003B64CE" w:rsidRDefault="00000000">
      <w:pPr>
        <w:pStyle w:val="ListBullet"/>
        <w:spacing w:after="50"/>
        <w:ind w:left="198" w:hanging="102"/>
      </w:pPr>
      <w:r>
        <w:t>Konsultan &amp; akademisi: ahli teknik/konsultan ahli, arsitek, ahli MEP, ahli kesehatan lingkungan, dosen atau tenaga pengajar bidang perumahsakitan.</w:t>
      </w:r>
    </w:p>
    <w:p w14:paraId="502D1DE8" w14:textId="77777777" w:rsidR="003B64CE" w:rsidRDefault="00000000">
      <w:pPr>
        <w:pStyle w:val="ListBullet"/>
        <w:spacing w:after="50"/>
        <w:ind w:left="198" w:hanging="102"/>
      </w:pPr>
      <w:r>
        <w:t>Kementerian/instansi: staf ahli dan ketua tim teknis terkait fasilitas pelayanan kesehatan.</w:t>
      </w:r>
    </w:p>
    <w:tbl>
      <w:tblPr>
        <w:tblW w:w="0" w:type="auto"/>
        <w:jc w:val="center"/>
        <w:tblLayout w:type="fixed"/>
        <w:tblLook w:val="04A0" w:firstRow="1" w:lastRow="0" w:firstColumn="1" w:lastColumn="0" w:noHBand="0" w:noVBand="1"/>
      </w:tblPr>
      <w:tblGrid>
        <w:gridCol w:w="4989"/>
        <w:gridCol w:w="4989"/>
      </w:tblGrid>
      <w:tr w:rsidR="003B64CE" w:rsidRPr="003D05DA" w14:paraId="303D8C9B" w14:textId="77777777">
        <w:trPr>
          <w:jc w:val="center"/>
        </w:trPr>
        <w:tc>
          <w:tcPr>
            <w:tcW w:w="4989" w:type="dxa"/>
            <w:tcBorders>
              <w:top w:val="single" w:sz="3" w:space="0" w:color="D7E2EA"/>
              <w:left w:val="single" w:sz="3" w:space="0" w:color="D7E2EA"/>
              <w:bottom w:val="single" w:sz="3" w:space="0" w:color="D7E2EA"/>
              <w:right w:val="single" w:sz="3" w:space="0" w:color="D7E2EA"/>
            </w:tcBorders>
            <w:shd w:val="clear" w:color="auto" w:fill="EAF3FA"/>
            <w:tcMar>
              <w:top w:w="100" w:type="dxa"/>
              <w:left w:w="110" w:type="dxa"/>
              <w:bottom w:w="100" w:type="dxa"/>
              <w:right w:w="110" w:type="dxa"/>
            </w:tcMar>
          </w:tcPr>
          <w:p w14:paraId="6DE13415" w14:textId="77777777" w:rsidR="003B64CE" w:rsidRPr="003D05DA" w:rsidRDefault="00000000">
            <w:pPr>
              <w:rPr>
                <w:lang w:val="it-IT"/>
              </w:rPr>
            </w:pPr>
            <w:r w:rsidRPr="003D05DA">
              <w:rPr>
                <w:b/>
                <w:color w:val="1B75BB"/>
                <w:sz w:val="22"/>
                <w:lang w:val="it-IT"/>
              </w:rPr>
              <w:t>ATPK</w:t>
            </w:r>
          </w:p>
          <w:p w14:paraId="7397EB8F" w14:textId="77777777" w:rsidR="003B64CE" w:rsidRPr="003D05DA" w:rsidRDefault="00000000">
            <w:pPr>
              <w:spacing w:after="0"/>
              <w:rPr>
                <w:lang w:val="it-IT"/>
              </w:rPr>
            </w:pPr>
            <w:r w:rsidRPr="003D05DA">
              <w:rPr>
                <w:sz w:val="17"/>
                <w:lang w:val="it-IT"/>
              </w:rPr>
              <w:t>Rp6.000.000/peserta</w:t>
            </w:r>
            <w:r w:rsidRPr="003D05DA">
              <w:rPr>
                <w:sz w:val="17"/>
                <w:lang w:val="it-IT"/>
              </w:rPr>
              <w:br/>
              <w:t>Minimum 20 peserta</w:t>
            </w:r>
            <w:r w:rsidRPr="003D05DA">
              <w:rPr>
                <w:sz w:val="17"/>
                <w:lang w:val="it-IT"/>
              </w:rPr>
              <w:br/>
              <w:t>2 hari / 15 JPL</w:t>
            </w:r>
          </w:p>
        </w:tc>
        <w:tc>
          <w:tcPr>
            <w:tcW w:w="4989" w:type="dxa"/>
            <w:tcBorders>
              <w:top w:val="single" w:sz="3" w:space="0" w:color="D7E2EA"/>
              <w:left w:val="single" w:sz="3" w:space="0" w:color="D7E2EA"/>
              <w:bottom w:val="single" w:sz="3" w:space="0" w:color="D7E2EA"/>
              <w:right w:val="single" w:sz="3" w:space="0" w:color="D7E2EA"/>
            </w:tcBorders>
            <w:shd w:val="clear" w:color="auto" w:fill="EAF6F1"/>
            <w:tcMar>
              <w:top w:w="100" w:type="dxa"/>
              <w:left w:w="110" w:type="dxa"/>
              <w:bottom w:w="100" w:type="dxa"/>
              <w:right w:w="110" w:type="dxa"/>
            </w:tcMar>
          </w:tcPr>
          <w:p w14:paraId="2634B660" w14:textId="77777777" w:rsidR="003B64CE" w:rsidRPr="003D05DA" w:rsidRDefault="00000000">
            <w:pPr>
              <w:rPr>
                <w:lang w:val="it-IT"/>
              </w:rPr>
            </w:pPr>
            <w:r w:rsidRPr="003D05DA">
              <w:rPr>
                <w:b/>
                <w:color w:val="0FA27A"/>
                <w:sz w:val="22"/>
                <w:lang w:val="it-IT"/>
              </w:rPr>
              <w:t>ATPK + Sertifikasi ATPK</w:t>
            </w:r>
          </w:p>
          <w:p w14:paraId="4F454A3B" w14:textId="77777777" w:rsidR="003B64CE" w:rsidRPr="003D05DA" w:rsidRDefault="00000000">
            <w:pPr>
              <w:spacing w:after="0"/>
              <w:rPr>
                <w:lang w:val="it-IT"/>
              </w:rPr>
            </w:pPr>
            <w:r w:rsidRPr="003D05DA">
              <w:rPr>
                <w:sz w:val="17"/>
                <w:lang w:val="it-IT"/>
              </w:rPr>
              <w:t>Rp10.000.000/peserta</w:t>
            </w:r>
            <w:r w:rsidRPr="003D05DA">
              <w:rPr>
                <w:sz w:val="17"/>
                <w:lang w:val="it-IT"/>
              </w:rPr>
              <w:br/>
              <w:t>Minimum 15 peserta</w:t>
            </w:r>
            <w:r w:rsidRPr="003D05DA">
              <w:rPr>
                <w:sz w:val="17"/>
                <w:lang w:val="it-IT"/>
              </w:rPr>
              <w:br/>
              <w:t>ATPK 15 JPL + proses sertifikasi sesuai skema</w:t>
            </w:r>
          </w:p>
        </w:tc>
      </w:tr>
    </w:tbl>
    <w:p w14:paraId="4447E19D" w14:textId="77777777" w:rsidR="003B64CE" w:rsidRPr="003D05DA" w:rsidRDefault="00000000">
      <w:pPr>
        <w:rPr>
          <w:lang w:val="it-IT"/>
        </w:rPr>
      </w:pPr>
      <w:r w:rsidRPr="003D05DA">
        <w:rPr>
          <w:lang w:val="it-IT"/>
        </w:rPr>
        <w:br w:type="page"/>
      </w:r>
    </w:p>
    <w:p w14:paraId="14A70C92" w14:textId="77777777" w:rsidR="003B64CE" w:rsidRDefault="00000000">
      <w:pPr>
        <w:keepNext/>
        <w:spacing w:after="60"/>
      </w:pPr>
      <w:r>
        <w:rPr>
          <w:b/>
          <w:color w:val="0FA27A"/>
          <w:sz w:val="17"/>
        </w:rPr>
        <w:lastRenderedPageBreak/>
        <w:t>PELATIHAN ATPK</w:t>
      </w:r>
    </w:p>
    <w:p w14:paraId="6799E9EB" w14:textId="77777777" w:rsidR="003B64CE" w:rsidRDefault="00000000">
      <w:pPr>
        <w:pStyle w:val="Heading1"/>
      </w:pPr>
      <w:r>
        <w:t>Kurikulum 10 Modul / 15 JPL</w:t>
      </w:r>
    </w:p>
    <w:tbl>
      <w:tblPr>
        <w:tblW w:w="0" w:type="auto"/>
        <w:jc w:val="center"/>
        <w:tblLayout w:type="fixed"/>
        <w:tblLook w:val="04A0" w:firstRow="1" w:lastRow="0" w:firstColumn="1" w:lastColumn="0" w:noHBand="0" w:noVBand="1"/>
      </w:tblPr>
      <w:tblGrid>
        <w:gridCol w:w="737"/>
        <w:gridCol w:w="7824"/>
        <w:gridCol w:w="1474"/>
      </w:tblGrid>
      <w:tr w:rsidR="003B64CE" w14:paraId="0FFCBDFF" w14:textId="77777777">
        <w:trPr>
          <w:cantSplit/>
          <w:tblHeader/>
          <w:jc w:val="center"/>
        </w:trPr>
        <w:tc>
          <w:tcPr>
            <w:tcW w:w="73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16AFD502" w14:textId="77777777" w:rsidR="003B64CE" w:rsidRDefault="00000000">
            <w:pPr>
              <w:spacing w:after="0"/>
              <w:jc w:val="center"/>
            </w:pPr>
            <w:r>
              <w:rPr>
                <w:b/>
                <w:color w:val="FFFFFF"/>
                <w:sz w:val="17"/>
              </w:rPr>
              <w:t>No.</w:t>
            </w:r>
          </w:p>
        </w:tc>
        <w:tc>
          <w:tcPr>
            <w:tcW w:w="782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28B7222" w14:textId="77777777" w:rsidR="003B64CE" w:rsidRDefault="00000000">
            <w:pPr>
              <w:spacing w:after="0"/>
              <w:jc w:val="center"/>
            </w:pPr>
            <w:r>
              <w:rPr>
                <w:b/>
                <w:color w:val="FFFFFF"/>
                <w:sz w:val="17"/>
              </w:rPr>
              <w:t>Modul</w:t>
            </w:r>
          </w:p>
        </w:tc>
        <w:tc>
          <w:tcPr>
            <w:tcW w:w="147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AA67C55" w14:textId="77777777" w:rsidR="003B64CE" w:rsidRDefault="00000000">
            <w:pPr>
              <w:spacing w:after="0"/>
              <w:jc w:val="center"/>
            </w:pPr>
            <w:r>
              <w:rPr>
                <w:b/>
                <w:color w:val="FFFFFF"/>
                <w:sz w:val="17"/>
              </w:rPr>
              <w:t>Durasi</w:t>
            </w:r>
          </w:p>
        </w:tc>
      </w:tr>
      <w:tr w:rsidR="003B64CE" w14:paraId="32C2491A"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E118F70" w14:textId="77777777" w:rsidR="003B64CE" w:rsidRDefault="00000000">
            <w:pPr>
              <w:spacing w:after="0"/>
              <w:jc w:val="center"/>
            </w:pPr>
            <w:r>
              <w:rPr>
                <w:sz w:val="17"/>
              </w:rPr>
              <w:t>1</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2B8B78C" w14:textId="77777777" w:rsidR="003B64CE" w:rsidRDefault="00000000">
            <w:pPr>
              <w:spacing w:after="0"/>
            </w:pPr>
            <w:r>
              <w:rPr>
                <w:sz w:val="17"/>
              </w:rPr>
              <w:t>Manajemen Fasilitas Pelayanan Kesehatan</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3663313" w14:textId="77777777" w:rsidR="003B64CE" w:rsidRDefault="00000000">
            <w:pPr>
              <w:spacing w:after="0"/>
              <w:jc w:val="center"/>
            </w:pPr>
            <w:r>
              <w:rPr>
                <w:sz w:val="17"/>
              </w:rPr>
              <w:t>1,5 JPL</w:t>
            </w:r>
          </w:p>
        </w:tc>
      </w:tr>
      <w:tr w:rsidR="003B64CE" w14:paraId="6BAD5B75"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27B452F" w14:textId="77777777" w:rsidR="003B64CE" w:rsidRDefault="00000000">
            <w:pPr>
              <w:spacing w:after="0"/>
              <w:jc w:val="center"/>
            </w:pPr>
            <w:r>
              <w:rPr>
                <w:sz w:val="17"/>
              </w:rPr>
              <w:t>2</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E19F4A4" w14:textId="77777777" w:rsidR="003B64CE" w:rsidRDefault="00000000">
            <w:pPr>
              <w:spacing w:after="0"/>
            </w:pPr>
            <w:r>
              <w:rPr>
                <w:sz w:val="17"/>
              </w:rPr>
              <w:t>Bangunan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4CB05E1" w14:textId="77777777" w:rsidR="003B64CE" w:rsidRDefault="00000000">
            <w:pPr>
              <w:spacing w:after="0"/>
              <w:jc w:val="center"/>
            </w:pPr>
            <w:r>
              <w:rPr>
                <w:sz w:val="17"/>
              </w:rPr>
              <w:t>1,5 JPL</w:t>
            </w:r>
          </w:p>
        </w:tc>
      </w:tr>
      <w:tr w:rsidR="003B64CE" w14:paraId="40A4B33C"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49A85B8" w14:textId="77777777" w:rsidR="003B64CE" w:rsidRDefault="00000000">
            <w:pPr>
              <w:spacing w:after="0"/>
              <w:jc w:val="center"/>
            </w:pPr>
            <w:r>
              <w:rPr>
                <w:sz w:val="17"/>
              </w:rPr>
              <w:t>3</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708EB89" w14:textId="77777777" w:rsidR="003B64CE" w:rsidRDefault="00000000">
            <w:pPr>
              <w:spacing w:after="0"/>
            </w:pPr>
            <w:r>
              <w:rPr>
                <w:sz w:val="17"/>
              </w:rPr>
              <w:t>Mekanikal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C40E52C" w14:textId="77777777" w:rsidR="003B64CE" w:rsidRDefault="00000000">
            <w:pPr>
              <w:spacing w:after="0"/>
              <w:jc w:val="center"/>
            </w:pPr>
            <w:r>
              <w:rPr>
                <w:sz w:val="17"/>
              </w:rPr>
              <w:t>1,5 JPL</w:t>
            </w:r>
          </w:p>
        </w:tc>
      </w:tr>
      <w:tr w:rsidR="003B64CE" w14:paraId="5BB85FC5"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97CCE01" w14:textId="77777777" w:rsidR="003B64CE" w:rsidRDefault="00000000">
            <w:pPr>
              <w:spacing w:after="0"/>
              <w:jc w:val="center"/>
            </w:pPr>
            <w:r>
              <w:rPr>
                <w:sz w:val="17"/>
              </w:rPr>
              <w:t>4</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3F7C19A" w14:textId="77777777" w:rsidR="003B64CE" w:rsidRDefault="00000000">
            <w:pPr>
              <w:spacing w:after="0"/>
            </w:pPr>
            <w:r>
              <w:rPr>
                <w:sz w:val="17"/>
              </w:rPr>
              <w:t>Elektrikal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2CADE21" w14:textId="77777777" w:rsidR="003B64CE" w:rsidRDefault="00000000">
            <w:pPr>
              <w:spacing w:after="0"/>
              <w:jc w:val="center"/>
            </w:pPr>
            <w:r>
              <w:rPr>
                <w:sz w:val="17"/>
              </w:rPr>
              <w:t>1,5 JPL</w:t>
            </w:r>
          </w:p>
        </w:tc>
      </w:tr>
      <w:tr w:rsidR="003B64CE" w14:paraId="7ECAC8D8"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B3EE2DB" w14:textId="77777777" w:rsidR="003B64CE" w:rsidRDefault="00000000">
            <w:pPr>
              <w:spacing w:after="0"/>
              <w:jc w:val="center"/>
            </w:pPr>
            <w:r>
              <w:rPr>
                <w:sz w:val="17"/>
              </w:rPr>
              <w:t>5</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691C0AD" w14:textId="77777777" w:rsidR="003B64CE" w:rsidRDefault="00000000">
            <w:pPr>
              <w:spacing w:after="0"/>
            </w:pPr>
            <w:r>
              <w:rPr>
                <w:sz w:val="17"/>
              </w:rPr>
              <w:t>Ekologi atau Lingkungan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09993DF" w14:textId="77777777" w:rsidR="003B64CE" w:rsidRDefault="00000000">
            <w:pPr>
              <w:spacing w:after="0"/>
              <w:jc w:val="center"/>
            </w:pPr>
            <w:r>
              <w:rPr>
                <w:sz w:val="17"/>
              </w:rPr>
              <w:t>1,5 JPL</w:t>
            </w:r>
          </w:p>
        </w:tc>
      </w:tr>
      <w:tr w:rsidR="003B64CE" w14:paraId="7A9B4F5D"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48809D1" w14:textId="77777777" w:rsidR="003B64CE" w:rsidRDefault="00000000">
            <w:pPr>
              <w:spacing w:after="0"/>
              <w:jc w:val="center"/>
            </w:pPr>
            <w:r>
              <w:rPr>
                <w:sz w:val="17"/>
              </w:rPr>
              <w:t>6</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1ED80CD" w14:textId="77777777" w:rsidR="003B64CE" w:rsidRDefault="00000000">
            <w:pPr>
              <w:spacing w:after="0"/>
            </w:pPr>
            <w:r>
              <w:rPr>
                <w:sz w:val="17"/>
              </w:rPr>
              <w:t>Informasi dan Komunikasi Kesehatan</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F730532" w14:textId="77777777" w:rsidR="003B64CE" w:rsidRDefault="00000000">
            <w:pPr>
              <w:spacing w:after="0"/>
              <w:jc w:val="center"/>
            </w:pPr>
            <w:r>
              <w:rPr>
                <w:sz w:val="17"/>
              </w:rPr>
              <w:t>1,5 JPL</w:t>
            </w:r>
          </w:p>
        </w:tc>
      </w:tr>
      <w:tr w:rsidR="003B64CE" w14:paraId="1261A689"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409AE5" w14:textId="77777777" w:rsidR="003B64CE" w:rsidRDefault="00000000">
            <w:pPr>
              <w:spacing w:after="0"/>
              <w:jc w:val="center"/>
            </w:pPr>
            <w:r>
              <w:rPr>
                <w:sz w:val="17"/>
              </w:rPr>
              <w:t>7</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08323A0" w14:textId="77777777" w:rsidR="003B64CE" w:rsidRDefault="00000000">
            <w:pPr>
              <w:spacing w:after="0"/>
            </w:pPr>
            <w:r>
              <w:rPr>
                <w:sz w:val="17"/>
              </w:rPr>
              <w:t>Bidang Alat Kesehatan</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1FA8232" w14:textId="77777777" w:rsidR="003B64CE" w:rsidRDefault="00000000">
            <w:pPr>
              <w:spacing w:after="0"/>
              <w:jc w:val="center"/>
            </w:pPr>
            <w:r>
              <w:rPr>
                <w:sz w:val="17"/>
              </w:rPr>
              <w:t>1,5 JPL</w:t>
            </w:r>
          </w:p>
        </w:tc>
      </w:tr>
      <w:tr w:rsidR="003B64CE" w14:paraId="54816B9E"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73E9E9A" w14:textId="77777777" w:rsidR="003B64CE" w:rsidRDefault="00000000">
            <w:pPr>
              <w:spacing w:after="0"/>
              <w:jc w:val="center"/>
            </w:pPr>
            <w:r>
              <w:rPr>
                <w:sz w:val="17"/>
              </w:rPr>
              <w:t>8</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85742B3" w14:textId="77777777" w:rsidR="003B64CE" w:rsidRDefault="00000000">
            <w:pPr>
              <w:spacing w:after="0"/>
            </w:pPr>
            <w:r>
              <w:rPr>
                <w:sz w:val="17"/>
              </w:rPr>
              <w:t>Manajemen Projek dan Pengambilan Keputusan</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6A6B52D" w14:textId="77777777" w:rsidR="003B64CE" w:rsidRDefault="00000000">
            <w:pPr>
              <w:spacing w:after="0"/>
              <w:jc w:val="center"/>
            </w:pPr>
            <w:r>
              <w:rPr>
                <w:sz w:val="17"/>
              </w:rPr>
              <w:t>1,5 JPL</w:t>
            </w:r>
          </w:p>
        </w:tc>
      </w:tr>
      <w:tr w:rsidR="003B64CE" w14:paraId="455F63A9"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40A784D" w14:textId="77777777" w:rsidR="003B64CE" w:rsidRDefault="00000000">
            <w:pPr>
              <w:spacing w:after="0"/>
              <w:jc w:val="center"/>
            </w:pPr>
            <w:r>
              <w:rPr>
                <w:sz w:val="17"/>
              </w:rPr>
              <w:t>9</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0B5C4AB" w14:textId="77777777" w:rsidR="003B64CE" w:rsidRDefault="00000000">
            <w:pPr>
              <w:spacing w:after="0"/>
            </w:pPr>
            <w:r>
              <w:rPr>
                <w:sz w:val="17"/>
              </w:rPr>
              <w:t>Manajemen Organisasi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8468B6A" w14:textId="77777777" w:rsidR="003B64CE" w:rsidRDefault="00000000">
            <w:pPr>
              <w:spacing w:after="0"/>
              <w:jc w:val="center"/>
            </w:pPr>
            <w:r>
              <w:rPr>
                <w:sz w:val="17"/>
              </w:rPr>
              <w:t>1,5 JPL</w:t>
            </w:r>
          </w:p>
        </w:tc>
      </w:tr>
      <w:tr w:rsidR="003B64CE" w14:paraId="74E57E14"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77F1180" w14:textId="77777777" w:rsidR="003B64CE" w:rsidRDefault="00000000">
            <w:pPr>
              <w:spacing w:after="0"/>
              <w:jc w:val="center"/>
            </w:pPr>
            <w:r>
              <w:rPr>
                <w:sz w:val="17"/>
              </w:rPr>
              <w:t>10</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0CF43CC" w14:textId="77777777" w:rsidR="003B64CE" w:rsidRDefault="00000000">
            <w:pPr>
              <w:spacing w:after="0"/>
            </w:pPr>
            <w:r>
              <w:rPr>
                <w:sz w:val="17"/>
              </w:rPr>
              <w:t>Manajemen SDM Rumah Sakit</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A68E352" w14:textId="77777777" w:rsidR="003B64CE" w:rsidRDefault="00000000">
            <w:pPr>
              <w:spacing w:after="0"/>
              <w:jc w:val="center"/>
            </w:pPr>
            <w:r>
              <w:rPr>
                <w:sz w:val="17"/>
              </w:rPr>
              <w:t>1,5 JPL</w:t>
            </w:r>
          </w:p>
        </w:tc>
      </w:tr>
    </w:tbl>
    <w:p w14:paraId="2322B56F" w14:textId="77777777" w:rsidR="003B64CE" w:rsidRDefault="00000000">
      <w:pPr>
        <w:pStyle w:val="Heading2"/>
      </w:pPr>
      <w:r>
        <w:t>Contoh Pembagian 2 Hari</w:t>
      </w:r>
    </w:p>
    <w:tbl>
      <w:tblPr>
        <w:tblW w:w="0" w:type="auto"/>
        <w:jc w:val="center"/>
        <w:tblLayout w:type="fixed"/>
        <w:tblLook w:val="04A0" w:firstRow="1" w:lastRow="0" w:firstColumn="1" w:lastColumn="0" w:noHBand="0" w:noVBand="1"/>
      </w:tblPr>
      <w:tblGrid>
        <w:gridCol w:w="1247"/>
        <w:gridCol w:w="1247"/>
        <w:gridCol w:w="6236"/>
        <w:gridCol w:w="1646"/>
        <w:gridCol w:w="211"/>
      </w:tblGrid>
      <w:tr w:rsidR="003B64CE" w14:paraId="1E45CE7E" w14:textId="77777777">
        <w:trPr>
          <w:cantSplit/>
          <w:tblHeader/>
          <w:jc w:val="center"/>
        </w:trPr>
        <w:tc>
          <w:tcPr>
            <w:tcW w:w="124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05973A05" w14:textId="77777777" w:rsidR="003B64CE" w:rsidRDefault="00000000">
            <w:pPr>
              <w:spacing w:after="0"/>
              <w:jc w:val="center"/>
            </w:pPr>
            <w:r>
              <w:rPr>
                <w:b/>
                <w:color w:val="FFFFFF"/>
                <w:sz w:val="15"/>
              </w:rPr>
              <w:t>Hari</w:t>
            </w:r>
          </w:p>
        </w:tc>
        <w:tc>
          <w:tcPr>
            <w:tcW w:w="124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15998B5D" w14:textId="77777777" w:rsidR="003B64CE" w:rsidRDefault="00000000">
            <w:pPr>
              <w:spacing w:after="0"/>
              <w:jc w:val="center"/>
            </w:pPr>
            <w:r>
              <w:rPr>
                <w:b/>
                <w:color w:val="FFFFFF"/>
                <w:sz w:val="15"/>
              </w:rPr>
              <w:t>Sesi</w:t>
            </w:r>
          </w:p>
        </w:tc>
        <w:tc>
          <w:tcPr>
            <w:tcW w:w="6236"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E843571" w14:textId="77777777" w:rsidR="003B64CE" w:rsidRDefault="00000000">
            <w:pPr>
              <w:spacing w:after="0"/>
              <w:jc w:val="center"/>
            </w:pPr>
            <w:r>
              <w:rPr>
                <w:b/>
                <w:color w:val="FFFFFF"/>
                <w:sz w:val="15"/>
              </w:rPr>
              <w:t>Materi</w:t>
            </w:r>
          </w:p>
        </w:tc>
        <w:tc>
          <w:tcPr>
            <w:tcW w:w="1247" w:type="dxa"/>
            <w:gridSpan w:val="2"/>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10314E7" w14:textId="77777777" w:rsidR="003B64CE" w:rsidRDefault="00000000">
            <w:pPr>
              <w:spacing w:after="0"/>
              <w:jc w:val="center"/>
            </w:pPr>
            <w:r>
              <w:rPr>
                <w:b/>
                <w:color w:val="FFFFFF"/>
                <w:sz w:val="15"/>
              </w:rPr>
              <w:t>JPL</w:t>
            </w:r>
          </w:p>
        </w:tc>
      </w:tr>
      <w:tr w:rsidR="003B64CE" w14:paraId="34276D96"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70F72E4" w14:textId="77777777" w:rsidR="003B64CE" w:rsidRDefault="00000000">
            <w:pPr>
              <w:spacing w:after="0"/>
              <w:jc w:val="center"/>
            </w:pPr>
            <w:r>
              <w:rPr>
                <w:sz w:val="15"/>
              </w:rPr>
              <w:t>Hari 1</w:t>
            </w:r>
          </w:p>
        </w:tc>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6B77ABC" w14:textId="77777777" w:rsidR="003B64CE" w:rsidRDefault="00000000">
            <w:pPr>
              <w:spacing w:after="0"/>
              <w:jc w:val="center"/>
            </w:pPr>
            <w:r>
              <w:rPr>
                <w:sz w:val="15"/>
              </w:rPr>
              <w:t>Modul 1</w:t>
            </w:r>
          </w:p>
        </w:tc>
        <w:tc>
          <w:tcPr>
            <w:tcW w:w="6236"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7EC32F8" w14:textId="77777777" w:rsidR="003B64CE" w:rsidRDefault="00000000">
            <w:pPr>
              <w:spacing w:after="0"/>
            </w:pPr>
            <w:r>
              <w:rPr>
                <w:sz w:val="15"/>
              </w:rPr>
              <w:t>Manajemen Fasilitas Pelayanan Kesehatan</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B6C4888" w14:textId="77777777" w:rsidR="003B64CE" w:rsidRDefault="00000000">
            <w:pPr>
              <w:spacing w:after="0"/>
              <w:jc w:val="center"/>
            </w:pPr>
            <w:r>
              <w:rPr>
                <w:sz w:val="15"/>
              </w:rPr>
              <w:t>1,5 JPL</w:t>
            </w:r>
          </w:p>
        </w:tc>
      </w:tr>
      <w:tr w:rsidR="003B64CE" w14:paraId="144802CA"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7A3E7C9" w14:textId="77777777" w:rsidR="003B64CE" w:rsidRDefault="00000000">
            <w:pPr>
              <w:spacing w:after="0"/>
              <w:jc w:val="center"/>
            </w:pPr>
            <w:r>
              <w:rPr>
                <w:sz w:val="15"/>
              </w:rPr>
              <w:t>Hari 1</w:t>
            </w:r>
          </w:p>
        </w:tc>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5FFF120" w14:textId="77777777" w:rsidR="003B64CE" w:rsidRDefault="00000000">
            <w:pPr>
              <w:spacing w:after="0"/>
              <w:jc w:val="center"/>
            </w:pPr>
            <w:r>
              <w:rPr>
                <w:sz w:val="15"/>
              </w:rPr>
              <w:t>Modul 2</w:t>
            </w:r>
          </w:p>
        </w:tc>
        <w:tc>
          <w:tcPr>
            <w:tcW w:w="6236"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6D209B5" w14:textId="77777777" w:rsidR="003B64CE" w:rsidRDefault="00000000">
            <w:pPr>
              <w:spacing w:after="0"/>
            </w:pPr>
            <w:r>
              <w:rPr>
                <w:sz w:val="15"/>
              </w:rPr>
              <w:t>Bangunan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2CB1742" w14:textId="77777777" w:rsidR="003B64CE" w:rsidRDefault="00000000">
            <w:pPr>
              <w:spacing w:after="0"/>
              <w:jc w:val="center"/>
            </w:pPr>
            <w:r>
              <w:rPr>
                <w:sz w:val="15"/>
              </w:rPr>
              <w:t>1,5 JPL</w:t>
            </w:r>
          </w:p>
        </w:tc>
      </w:tr>
      <w:tr w:rsidR="003B64CE" w14:paraId="5FF753BD"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99FC19F" w14:textId="77777777" w:rsidR="003B64CE" w:rsidRDefault="00000000">
            <w:pPr>
              <w:spacing w:after="0"/>
              <w:jc w:val="center"/>
            </w:pPr>
            <w:r>
              <w:rPr>
                <w:sz w:val="15"/>
              </w:rPr>
              <w:t>Hari 1</w:t>
            </w:r>
          </w:p>
        </w:tc>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0D3BA1D" w14:textId="77777777" w:rsidR="003B64CE" w:rsidRDefault="00000000">
            <w:pPr>
              <w:spacing w:after="0"/>
              <w:jc w:val="center"/>
            </w:pPr>
            <w:r>
              <w:rPr>
                <w:sz w:val="15"/>
              </w:rPr>
              <w:t>Modul 3</w:t>
            </w:r>
          </w:p>
        </w:tc>
        <w:tc>
          <w:tcPr>
            <w:tcW w:w="6236"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597E413" w14:textId="77777777" w:rsidR="003B64CE" w:rsidRDefault="00000000">
            <w:pPr>
              <w:spacing w:after="0"/>
            </w:pPr>
            <w:r>
              <w:rPr>
                <w:sz w:val="15"/>
              </w:rPr>
              <w:t>Mekanikal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F1551FE" w14:textId="77777777" w:rsidR="003B64CE" w:rsidRDefault="00000000">
            <w:pPr>
              <w:spacing w:after="0"/>
              <w:jc w:val="center"/>
            </w:pPr>
            <w:r>
              <w:rPr>
                <w:sz w:val="15"/>
              </w:rPr>
              <w:t>1,5 JPL</w:t>
            </w:r>
          </w:p>
        </w:tc>
      </w:tr>
      <w:tr w:rsidR="003B64CE" w14:paraId="321003EF"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E546B07" w14:textId="77777777" w:rsidR="003B64CE" w:rsidRDefault="00000000">
            <w:pPr>
              <w:spacing w:after="0"/>
              <w:jc w:val="center"/>
            </w:pPr>
            <w:r>
              <w:rPr>
                <w:sz w:val="15"/>
              </w:rPr>
              <w:t>Hari 1</w:t>
            </w:r>
          </w:p>
        </w:tc>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79ABE8F" w14:textId="77777777" w:rsidR="003B64CE" w:rsidRDefault="00000000">
            <w:pPr>
              <w:spacing w:after="0"/>
              <w:jc w:val="center"/>
            </w:pPr>
            <w:r>
              <w:rPr>
                <w:sz w:val="15"/>
              </w:rPr>
              <w:t>Modul 4</w:t>
            </w:r>
          </w:p>
        </w:tc>
        <w:tc>
          <w:tcPr>
            <w:tcW w:w="6236"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68D7E0C" w14:textId="77777777" w:rsidR="003B64CE" w:rsidRDefault="00000000">
            <w:pPr>
              <w:spacing w:after="0"/>
            </w:pPr>
            <w:r>
              <w:rPr>
                <w:sz w:val="15"/>
              </w:rPr>
              <w:t>Elektrikal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D293CD7" w14:textId="77777777" w:rsidR="003B64CE" w:rsidRDefault="00000000">
            <w:pPr>
              <w:spacing w:after="0"/>
              <w:jc w:val="center"/>
            </w:pPr>
            <w:r>
              <w:rPr>
                <w:sz w:val="15"/>
              </w:rPr>
              <w:t>1,5 JPL</w:t>
            </w:r>
          </w:p>
        </w:tc>
      </w:tr>
      <w:tr w:rsidR="003B64CE" w14:paraId="194E565A"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B73BD2B" w14:textId="77777777" w:rsidR="003B64CE" w:rsidRDefault="00000000">
            <w:pPr>
              <w:spacing w:after="0"/>
              <w:jc w:val="center"/>
            </w:pPr>
            <w:r>
              <w:rPr>
                <w:sz w:val="15"/>
              </w:rPr>
              <w:t>Hari 1</w:t>
            </w:r>
          </w:p>
        </w:tc>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22CF031" w14:textId="77777777" w:rsidR="003B64CE" w:rsidRDefault="00000000">
            <w:pPr>
              <w:spacing w:after="0"/>
              <w:jc w:val="center"/>
            </w:pPr>
            <w:r>
              <w:rPr>
                <w:sz w:val="15"/>
              </w:rPr>
              <w:t>Modul 5</w:t>
            </w:r>
          </w:p>
        </w:tc>
        <w:tc>
          <w:tcPr>
            <w:tcW w:w="6236"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1074BE9" w14:textId="77777777" w:rsidR="003B64CE" w:rsidRDefault="00000000">
            <w:pPr>
              <w:spacing w:after="0"/>
            </w:pPr>
            <w:r>
              <w:rPr>
                <w:sz w:val="15"/>
              </w:rPr>
              <w:t>Ekologi atau Lingkungan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FF807C0" w14:textId="77777777" w:rsidR="003B64CE" w:rsidRDefault="00000000">
            <w:pPr>
              <w:spacing w:after="0"/>
              <w:jc w:val="center"/>
            </w:pPr>
            <w:r>
              <w:rPr>
                <w:sz w:val="15"/>
              </w:rPr>
              <w:t>1,5 JPL</w:t>
            </w:r>
          </w:p>
        </w:tc>
      </w:tr>
      <w:tr w:rsidR="003B64CE" w14:paraId="08189350"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D536913" w14:textId="77777777" w:rsidR="003B64CE" w:rsidRDefault="00000000">
            <w:pPr>
              <w:spacing w:after="0"/>
              <w:jc w:val="center"/>
            </w:pPr>
            <w:r>
              <w:rPr>
                <w:sz w:val="15"/>
              </w:rPr>
              <w:t>Hari 2</w:t>
            </w:r>
          </w:p>
        </w:tc>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3F2E874" w14:textId="77777777" w:rsidR="003B64CE" w:rsidRDefault="00000000">
            <w:pPr>
              <w:spacing w:after="0"/>
              <w:jc w:val="center"/>
            </w:pPr>
            <w:r>
              <w:rPr>
                <w:sz w:val="15"/>
              </w:rPr>
              <w:t>Modul 6</w:t>
            </w:r>
          </w:p>
        </w:tc>
        <w:tc>
          <w:tcPr>
            <w:tcW w:w="6236"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8CC6902" w14:textId="77777777" w:rsidR="003B64CE" w:rsidRDefault="00000000">
            <w:pPr>
              <w:spacing w:after="0"/>
            </w:pPr>
            <w:r>
              <w:rPr>
                <w:sz w:val="15"/>
              </w:rPr>
              <w:t>Informasi dan Komunikasi Kesehatan</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4E5346A" w14:textId="77777777" w:rsidR="003B64CE" w:rsidRDefault="00000000">
            <w:pPr>
              <w:spacing w:after="0"/>
              <w:jc w:val="center"/>
            </w:pPr>
            <w:r>
              <w:rPr>
                <w:sz w:val="15"/>
              </w:rPr>
              <w:t>1,5 JPL</w:t>
            </w:r>
          </w:p>
        </w:tc>
      </w:tr>
      <w:tr w:rsidR="003B64CE" w14:paraId="51E649AD"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1D81E82" w14:textId="77777777" w:rsidR="003B64CE" w:rsidRDefault="00000000">
            <w:pPr>
              <w:spacing w:after="0"/>
              <w:jc w:val="center"/>
            </w:pPr>
            <w:r>
              <w:rPr>
                <w:sz w:val="15"/>
              </w:rPr>
              <w:t>Hari 2</w:t>
            </w:r>
          </w:p>
        </w:tc>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B172EC7" w14:textId="77777777" w:rsidR="003B64CE" w:rsidRDefault="00000000">
            <w:pPr>
              <w:spacing w:after="0"/>
              <w:jc w:val="center"/>
            </w:pPr>
            <w:r>
              <w:rPr>
                <w:sz w:val="15"/>
              </w:rPr>
              <w:t>Modul 7</w:t>
            </w:r>
          </w:p>
        </w:tc>
        <w:tc>
          <w:tcPr>
            <w:tcW w:w="6236"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36A620E" w14:textId="77777777" w:rsidR="003B64CE" w:rsidRDefault="00000000">
            <w:pPr>
              <w:spacing w:after="0"/>
            </w:pPr>
            <w:r>
              <w:rPr>
                <w:sz w:val="15"/>
              </w:rPr>
              <w:t>Bidang Alat Kesehatan</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40A427" w14:textId="77777777" w:rsidR="003B64CE" w:rsidRDefault="00000000">
            <w:pPr>
              <w:spacing w:after="0"/>
              <w:jc w:val="center"/>
            </w:pPr>
            <w:r>
              <w:rPr>
                <w:sz w:val="15"/>
              </w:rPr>
              <w:t>1,5 JPL</w:t>
            </w:r>
          </w:p>
        </w:tc>
      </w:tr>
      <w:tr w:rsidR="003B64CE" w14:paraId="3DE30B46"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AA56611" w14:textId="77777777" w:rsidR="003B64CE" w:rsidRDefault="00000000">
            <w:pPr>
              <w:spacing w:after="0"/>
              <w:jc w:val="center"/>
            </w:pPr>
            <w:r>
              <w:rPr>
                <w:sz w:val="15"/>
              </w:rPr>
              <w:t>Hari 2</w:t>
            </w:r>
          </w:p>
        </w:tc>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6494317" w14:textId="77777777" w:rsidR="003B64CE" w:rsidRDefault="00000000">
            <w:pPr>
              <w:spacing w:after="0"/>
              <w:jc w:val="center"/>
            </w:pPr>
            <w:r>
              <w:rPr>
                <w:sz w:val="15"/>
              </w:rPr>
              <w:t>Modul 8</w:t>
            </w:r>
          </w:p>
        </w:tc>
        <w:tc>
          <w:tcPr>
            <w:tcW w:w="6236"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39F8393" w14:textId="77777777" w:rsidR="003B64CE" w:rsidRDefault="00000000">
            <w:pPr>
              <w:spacing w:after="0"/>
            </w:pPr>
            <w:r>
              <w:rPr>
                <w:sz w:val="15"/>
              </w:rPr>
              <w:t>Manajemen Projek dan Pengambilan Keputusan</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9877D69" w14:textId="77777777" w:rsidR="003B64CE" w:rsidRDefault="00000000">
            <w:pPr>
              <w:spacing w:after="0"/>
              <w:jc w:val="center"/>
            </w:pPr>
            <w:r>
              <w:rPr>
                <w:sz w:val="15"/>
              </w:rPr>
              <w:t>1,5 JPL</w:t>
            </w:r>
          </w:p>
        </w:tc>
      </w:tr>
      <w:tr w:rsidR="003B64CE" w14:paraId="088DF109"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A344602" w14:textId="77777777" w:rsidR="003B64CE" w:rsidRDefault="00000000">
            <w:pPr>
              <w:spacing w:after="0"/>
              <w:jc w:val="center"/>
            </w:pPr>
            <w:r>
              <w:rPr>
                <w:sz w:val="15"/>
              </w:rPr>
              <w:t>Hari 2</w:t>
            </w:r>
          </w:p>
        </w:tc>
        <w:tc>
          <w:tcPr>
            <w:tcW w:w="124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26EA2CD" w14:textId="77777777" w:rsidR="003B64CE" w:rsidRDefault="00000000">
            <w:pPr>
              <w:spacing w:after="0"/>
              <w:jc w:val="center"/>
            </w:pPr>
            <w:r>
              <w:rPr>
                <w:sz w:val="15"/>
              </w:rPr>
              <w:t>Modul 9</w:t>
            </w:r>
          </w:p>
        </w:tc>
        <w:tc>
          <w:tcPr>
            <w:tcW w:w="6236"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96877C6" w14:textId="77777777" w:rsidR="003B64CE" w:rsidRDefault="00000000">
            <w:pPr>
              <w:spacing w:after="0"/>
            </w:pPr>
            <w:r>
              <w:rPr>
                <w:sz w:val="15"/>
              </w:rPr>
              <w:t>Manajemen Organisasi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7C7D6F3" w14:textId="77777777" w:rsidR="003B64CE" w:rsidRDefault="00000000">
            <w:pPr>
              <w:spacing w:after="0"/>
              <w:jc w:val="center"/>
            </w:pPr>
            <w:r>
              <w:rPr>
                <w:sz w:val="15"/>
              </w:rPr>
              <w:t>1,5 JPL</w:t>
            </w:r>
          </w:p>
        </w:tc>
      </w:tr>
      <w:tr w:rsidR="003B64CE" w14:paraId="25B25C1D" w14:textId="77777777">
        <w:trPr>
          <w:cantSplit/>
          <w:jc w:val="center"/>
        </w:trPr>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864A80E" w14:textId="77777777" w:rsidR="003B64CE" w:rsidRDefault="00000000">
            <w:pPr>
              <w:spacing w:after="0"/>
              <w:jc w:val="center"/>
            </w:pPr>
            <w:r>
              <w:rPr>
                <w:sz w:val="15"/>
              </w:rPr>
              <w:t>Hari 2</w:t>
            </w:r>
          </w:p>
        </w:tc>
        <w:tc>
          <w:tcPr>
            <w:tcW w:w="124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8900D5B" w14:textId="77777777" w:rsidR="003B64CE" w:rsidRDefault="00000000">
            <w:pPr>
              <w:spacing w:after="0"/>
              <w:jc w:val="center"/>
            </w:pPr>
            <w:r>
              <w:rPr>
                <w:sz w:val="15"/>
              </w:rPr>
              <w:t>Modul 10</w:t>
            </w:r>
          </w:p>
        </w:tc>
        <w:tc>
          <w:tcPr>
            <w:tcW w:w="6236"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95D47F5" w14:textId="77777777" w:rsidR="003B64CE" w:rsidRDefault="00000000">
            <w:pPr>
              <w:spacing w:after="0"/>
            </w:pPr>
            <w:r>
              <w:rPr>
                <w:sz w:val="15"/>
              </w:rPr>
              <w:t>Manajemen SDM Rumah Sakit</w:t>
            </w:r>
          </w:p>
        </w:tc>
        <w:tc>
          <w:tcPr>
            <w:tcW w:w="1247"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A9E4B0E" w14:textId="77777777" w:rsidR="003B64CE" w:rsidRDefault="00000000">
            <w:pPr>
              <w:spacing w:after="0"/>
              <w:jc w:val="center"/>
            </w:pPr>
            <w:r>
              <w:rPr>
                <w:sz w:val="15"/>
              </w:rPr>
              <w:t>1,5 JPL</w:t>
            </w:r>
          </w:p>
        </w:tc>
      </w:tr>
      <w:tr w:rsidR="003B64CE" w:rsidRPr="003D05DA" w14:paraId="2961932B" w14:textId="77777777">
        <w:trPr>
          <w:gridAfter w:val="1"/>
          <w:wAfter w:w="211" w:type="dxa"/>
          <w:jc w:val="center"/>
        </w:trPr>
        <w:tc>
          <w:tcPr>
            <w:tcW w:w="10376" w:type="dxa"/>
            <w:gridSpan w:val="4"/>
            <w:tcBorders>
              <w:top w:val="single" w:sz="0" w:space="0" w:color="EAF3FA"/>
              <w:left w:val="single" w:sz="0" w:space="0" w:color="EAF3FA"/>
              <w:bottom w:val="single" w:sz="0" w:space="0" w:color="EAF3FA"/>
              <w:right w:val="single" w:sz="0" w:space="0" w:color="EAF3FA"/>
            </w:tcBorders>
            <w:shd w:val="clear" w:color="auto" w:fill="EAF3FA"/>
            <w:tcMar>
              <w:top w:w="100" w:type="dxa"/>
              <w:left w:w="110" w:type="dxa"/>
              <w:bottom w:w="100" w:type="dxa"/>
              <w:right w:w="110" w:type="dxa"/>
            </w:tcMar>
          </w:tcPr>
          <w:p w14:paraId="46847A1C" w14:textId="77777777" w:rsidR="003B64CE" w:rsidRPr="003D05DA" w:rsidRDefault="00000000">
            <w:pPr>
              <w:spacing w:after="60"/>
              <w:rPr>
                <w:lang w:val="it-IT"/>
              </w:rPr>
            </w:pPr>
            <w:r w:rsidRPr="003D05DA">
              <w:rPr>
                <w:b/>
                <w:color w:val="1B75BB"/>
                <w:sz w:val="21"/>
                <w:lang w:val="it-IT"/>
              </w:rPr>
              <w:t>Catatan Sertifikasi</w:t>
            </w:r>
          </w:p>
          <w:p w14:paraId="634D5924" w14:textId="77777777" w:rsidR="003B64CE" w:rsidRPr="003D05DA" w:rsidRDefault="00000000">
            <w:pPr>
              <w:spacing w:after="0"/>
              <w:rPr>
                <w:lang w:val="it-IT"/>
              </w:rPr>
            </w:pPr>
            <w:r w:rsidRPr="003D05DA">
              <w:rPr>
                <w:lang w:val="it-IT"/>
              </w:rPr>
              <w:t>Sertifikasi ATPK merupakan opsi tambahan. Mekanisme asesmen, bukti kompetensi, dan penerbitan sertifikat mengikuti skema penyelenggaraan yang berlaku.</w:t>
            </w:r>
          </w:p>
        </w:tc>
      </w:tr>
    </w:tbl>
    <w:p w14:paraId="1F57B157" w14:textId="77777777" w:rsidR="003B64CE" w:rsidRPr="003D05DA" w:rsidRDefault="003B64CE">
      <w:pPr>
        <w:spacing w:after="0"/>
        <w:rPr>
          <w:lang w:val="it-IT"/>
        </w:rPr>
      </w:pPr>
    </w:p>
    <w:p w14:paraId="023B0C7C" w14:textId="77777777" w:rsidR="003B64CE" w:rsidRPr="003D05DA" w:rsidRDefault="00000000">
      <w:pPr>
        <w:rPr>
          <w:lang w:val="it-IT"/>
        </w:rPr>
      </w:pPr>
      <w:r w:rsidRPr="003D05DA">
        <w:rPr>
          <w:lang w:val="it-IT"/>
        </w:rPr>
        <w:br w:type="page"/>
      </w:r>
    </w:p>
    <w:p w14:paraId="2E5A952A" w14:textId="77777777" w:rsidR="003B64CE" w:rsidRDefault="00000000">
      <w:pPr>
        <w:keepNext/>
        <w:spacing w:after="60"/>
      </w:pPr>
      <w:r>
        <w:rPr>
          <w:b/>
          <w:color w:val="0FA27A"/>
          <w:sz w:val="17"/>
        </w:rPr>
        <w:lastRenderedPageBreak/>
        <w:t>PROGRAM 02</w:t>
      </w:r>
    </w:p>
    <w:p w14:paraId="641934DD" w14:textId="77777777" w:rsidR="003B64CE" w:rsidRDefault="00000000">
      <w:pPr>
        <w:pStyle w:val="Heading1"/>
      </w:pPr>
      <w:r>
        <w:t>SNI Smart Hospital - Seminar, Workshop &amp; Pelatihan</w:t>
      </w:r>
    </w:p>
    <w:p w14:paraId="360DF381" w14:textId="77777777" w:rsidR="003B64CE" w:rsidRDefault="00000000">
      <w:pPr>
        <w:spacing w:after="100" w:line="259" w:lineRule="auto"/>
      </w:pPr>
      <w:r>
        <w:t>Program SNI Smart Hospital disusun untuk membantu rumah sakit dan pemangku kepentingan memahami, memilih prioritas, serta menindaklanjuti kebutuhan implementasi SNI 9459:2026 dan Juknis yang relevan. Materi dapat diselenggarakan sebagai seminar awareness, workshop terapan, pelatihan komponen/Juknis, atau kelas in-house sesuai kebutuhan institusi.</w:t>
      </w:r>
    </w:p>
    <w:p w14:paraId="504360F2" w14:textId="77777777" w:rsidR="003B64CE" w:rsidRDefault="00000000">
      <w:pPr>
        <w:pStyle w:val="Heading2"/>
      </w:pPr>
      <w:r>
        <w:t>Komponen Utama</w:t>
      </w:r>
    </w:p>
    <w:tbl>
      <w:tblPr>
        <w:tblW w:w="0" w:type="auto"/>
        <w:jc w:val="center"/>
        <w:tblLayout w:type="fixed"/>
        <w:tblLook w:val="04A0" w:firstRow="1" w:lastRow="0" w:firstColumn="1" w:lastColumn="0" w:noHBand="0" w:noVBand="1"/>
      </w:tblPr>
      <w:tblGrid>
        <w:gridCol w:w="2835"/>
        <w:gridCol w:w="7200"/>
      </w:tblGrid>
      <w:tr w:rsidR="003B64CE" w14:paraId="7D3C5FF2" w14:textId="77777777">
        <w:trPr>
          <w:cantSplit/>
          <w:tblHeader/>
          <w:jc w:val="center"/>
        </w:trPr>
        <w:tc>
          <w:tcPr>
            <w:tcW w:w="283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3EB0FE3" w14:textId="77777777" w:rsidR="003B64CE" w:rsidRDefault="00000000">
            <w:pPr>
              <w:spacing w:after="0"/>
              <w:jc w:val="center"/>
            </w:pPr>
            <w:r>
              <w:rPr>
                <w:b/>
                <w:color w:val="FFFFFF"/>
                <w:sz w:val="17"/>
              </w:rPr>
              <w:t>Komponen</w:t>
            </w:r>
          </w:p>
        </w:tc>
        <w:tc>
          <w:tcPr>
            <w:tcW w:w="7200"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BCD477D" w14:textId="77777777" w:rsidR="003B64CE" w:rsidRDefault="00000000">
            <w:pPr>
              <w:spacing w:after="0"/>
              <w:jc w:val="center"/>
            </w:pPr>
            <w:r>
              <w:rPr>
                <w:b/>
                <w:color w:val="FFFFFF"/>
                <w:sz w:val="17"/>
              </w:rPr>
              <w:t>Ruang Lingkup Pembelajaran</w:t>
            </w:r>
          </w:p>
        </w:tc>
      </w:tr>
      <w:tr w:rsidR="003B64CE" w14:paraId="3B219BC8" w14:textId="77777777">
        <w:trPr>
          <w:cantSplit/>
          <w:jc w:val="center"/>
        </w:trPr>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039C971" w14:textId="77777777" w:rsidR="003B64CE" w:rsidRDefault="00000000">
            <w:pPr>
              <w:spacing w:after="0"/>
            </w:pPr>
            <w:r>
              <w:rPr>
                <w:b/>
                <w:sz w:val="17"/>
              </w:rPr>
              <w:t>Sistem Fisik Nyata (SFN)</w:t>
            </w:r>
          </w:p>
        </w:tc>
        <w:tc>
          <w:tcPr>
            <w:tcW w:w="720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3F1B7B7" w14:textId="77777777" w:rsidR="003B64CE" w:rsidRDefault="00000000">
            <w:pPr>
              <w:spacing w:after="0"/>
            </w:pPr>
            <w:r>
              <w:rPr>
                <w:sz w:val="17"/>
              </w:rPr>
              <w:t>Bangunan, mekanikal, elektrikal, ekologi, dan alat kesehatan.</w:t>
            </w:r>
          </w:p>
        </w:tc>
      </w:tr>
      <w:tr w:rsidR="003B64CE" w:rsidRPr="003D05DA" w14:paraId="171B1C9E" w14:textId="77777777">
        <w:trPr>
          <w:cantSplit/>
          <w:jc w:val="center"/>
        </w:trPr>
        <w:tc>
          <w:tcPr>
            <w:tcW w:w="283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3621942" w14:textId="77777777" w:rsidR="003B64CE" w:rsidRDefault="00000000">
            <w:pPr>
              <w:spacing w:after="0"/>
            </w:pPr>
            <w:r>
              <w:rPr>
                <w:b/>
                <w:sz w:val="17"/>
              </w:rPr>
              <w:t>Sistem Fisik Maya (SFM)</w:t>
            </w:r>
          </w:p>
        </w:tc>
        <w:tc>
          <w:tcPr>
            <w:tcW w:w="720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56FA509" w14:textId="77777777" w:rsidR="003B64CE" w:rsidRPr="003D05DA" w:rsidRDefault="00000000">
            <w:pPr>
              <w:spacing w:after="0"/>
              <w:rPr>
                <w:lang w:val="it-IT"/>
              </w:rPr>
            </w:pPr>
            <w:r w:rsidRPr="003D05DA">
              <w:rPr>
                <w:sz w:val="17"/>
                <w:lang w:val="it-IT"/>
              </w:rPr>
              <w:t>Akuisisi data, interoperabilitas, komputasi, aplikasi, analitik-AI, antarmuka, otomasi, dan robotika.</w:t>
            </w:r>
          </w:p>
        </w:tc>
      </w:tr>
      <w:tr w:rsidR="003B64CE" w14:paraId="472F7BDF" w14:textId="77777777">
        <w:trPr>
          <w:cantSplit/>
          <w:jc w:val="center"/>
        </w:trPr>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625A4C8" w14:textId="77777777" w:rsidR="003B64CE" w:rsidRDefault="00000000">
            <w:pPr>
              <w:spacing w:after="0"/>
            </w:pPr>
            <w:proofErr w:type="spellStart"/>
            <w:r>
              <w:rPr>
                <w:b/>
                <w:sz w:val="17"/>
              </w:rPr>
              <w:t>Sistem</w:t>
            </w:r>
            <w:proofErr w:type="spellEnd"/>
            <w:r>
              <w:rPr>
                <w:b/>
                <w:sz w:val="17"/>
              </w:rPr>
              <w:t xml:space="preserve"> </w:t>
            </w:r>
            <w:proofErr w:type="spellStart"/>
            <w:r>
              <w:rPr>
                <w:b/>
                <w:sz w:val="17"/>
              </w:rPr>
              <w:t>Manajemen</w:t>
            </w:r>
            <w:proofErr w:type="spellEnd"/>
            <w:r>
              <w:rPr>
                <w:b/>
                <w:sz w:val="17"/>
              </w:rPr>
              <w:t xml:space="preserve"> </w:t>
            </w:r>
            <w:proofErr w:type="spellStart"/>
            <w:r>
              <w:rPr>
                <w:b/>
                <w:sz w:val="17"/>
              </w:rPr>
              <w:t>Organisasi</w:t>
            </w:r>
            <w:proofErr w:type="spellEnd"/>
            <w:r>
              <w:rPr>
                <w:b/>
                <w:sz w:val="17"/>
              </w:rPr>
              <w:t xml:space="preserve"> (SMO)</w:t>
            </w:r>
          </w:p>
        </w:tc>
        <w:tc>
          <w:tcPr>
            <w:tcW w:w="720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D2F35CA" w14:textId="77777777" w:rsidR="003B64CE" w:rsidRDefault="00000000">
            <w:pPr>
              <w:spacing w:after="0"/>
            </w:pPr>
            <w:r>
              <w:rPr>
                <w:sz w:val="17"/>
              </w:rPr>
              <w:t>Manajemen korporat, SDM, keuangan, fasilitas, digital, farmasi, jejaring, dan manajemen pasien.</w:t>
            </w:r>
          </w:p>
        </w:tc>
      </w:tr>
      <w:tr w:rsidR="003B64CE" w14:paraId="79413F88" w14:textId="77777777">
        <w:trPr>
          <w:cantSplit/>
          <w:jc w:val="center"/>
        </w:trPr>
        <w:tc>
          <w:tcPr>
            <w:tcW w:w="283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3AFECA9" w14:textId="77777777" w:rsidR="003B64CE" w:rsidRDefault="00000000">
            <w:pPr>
              <w:spacing w:after="0"/>
            </w:pPr>
            <w:r>
              <w:rPr>
                <w:b/>
                <w:sz w:val="17"/>
              </w:rPr>
              <w:t>Sumber Daya Manusia (SDM)</w:t>
            </w:r>
          </w:p>
        </w:tc>
        <w:tc>
          <w:tcPr>
            <w:tcW w:w="720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F16D049" w14:textId="77777777" w:rsidR="003B64CE" w:rsidRDefault="00000000">
            <w:pPr>
              <w:spacing w:after="0"/>
            </w:pPr>
            <w:r>
              <w:rPr>
                <w:sz w:val="17"/>
              </w:rPr>
              <w:t>Tenaga medis, kesehatan, administrasi-IT, penunjang teknis, dan pelayanan.</w:t>
            </w:r>
          </w:p>
        </w:tc>
      </w:tr>
    </w:tbl>
    <w:p w14:paraId="572F3B64" w14:textId="77777777" w:rsidR="003B64CE" w:rsidRDefault="00000000">
      <w:pPr>
        <w:pStyle w:val="Heading2"/>
      </w:pPr>
      <w:r>
        <w:t>Pilihan Format</w:t>
      </w:r>
    </w:p>
    <w:tbl>
      <w:tblPr>
        <w:tblW w:w="0" w:type="auto"/>
        <w:jc w:val="center"/>
        <w:tblLayout w:type="fixed"/>
        <w:tblLook w:val="04A0" w:firstRow="1" w:lastRow="0" w:firstColumn="1" w:lastColumn="0" w:noHBand="0" w:noVBand="1"/>
      </w:tblPr>
      <w:tblGrid>
        <w:gridCol w:w="2268"/>
        <w:gridCol w:w="1701"/>
        <w:gridCol w:w="2835"/>
        <w:gridCol w:w="3231"/>
      </w:tblGrid>
      <w:tr w:rsidR="003B64CE" w14:paraId="3F69C3CE" w14:textId="77777777">
        <w:trPr>
          <w:cantSplit/>
          <w:tblHeader/>
          <w:jc w:val="center"/>
        </w:trPr>
        <w:tc>
          <w:tcPr>
            <w:tcW w:w="226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A065640" w14:textId="77777777" w:rsidR="003B64CE" w:rsidRDefault="00000000">
            <w:pPr>
              <w:spacing w:after="0"/>
              <w:jc w:val="center"/>
            </w:pPr>
            <w:r>
              <w:rPr>
                <w:b/>
                <w:color w:val="FFFFFF"/>
                <w:sz w:val="16"/>
              </w:rPr>
              <w:t>Format</w:t>
            </w:r>
          </w:p>
        </w:tc>
        <w:tc>
          <w:tcPr>
            <w:tcW w:w="170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027B6CE" w14:textId="77777777" w:rsidR="003B64CE" w:rsidRDefault="00000000">
            <w:pPr>
              <w:spacing w:after="0"/>
              <w:jc w:val="center"/>
            </w:pPr>
            <w:r>
              <w:rPr>
                <w:b/>
                <w:color w:val="FFFFFF"/>
                <w:sz w:val="16"/>
              </w:rPr>
              <w:t>Durasi</w:t>
            </w:r>
          </w:p>
        </w:tc>
        <w:tc>
          <w:tcPr>
            <w:tcW w:w="283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E9CE9B5" w14:textId="77777777" w:rsidR="003B64CE" w:rsidRDefault="00000000">
            <w:pPr>
              <w:spacing w:after="0"/>
              <w:jc w:val="center"/>
            </w:pPr>
            <w:r>
              <w:rPr>
                <w:b/>
                <w:color w:val="FFFFFF"/>
                <w:sz w:val="16"/>
              </w:rPr>
              <w:t>Investasi</w:t>
            </w:r>
          </w:p>
        </w:tc>
        <w:tc>
          <w:tcPr>
            <w:tcW w:w="323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4BE9BBF" w14:textId="77777777" w:rsidR="003B64CE" w:rsidRDefault="00000000">
            <w:pPr>
              <w:spacing w:after="0"/>
              <w:jc w:val="center"/>
            </w:pPr>
            <w:r>
              <w:rPr>
                <w:b/>
                <w:color w:val="FFFFFF"/>
                <w:sz w:val="16"/>
              </w:rPr>
              <w:t>Keterangan</w:t>
            </w:r>
          </w:p>
        </w:tc>
      </w:tr>
      <w:tr w:rsidR="003B64CE" w14:paraId="632F7F38" w14:textId="77777777">
        <w:trPr>
          <w:cantSplit/>
          <w:jc w:val="center"/>
        </w:trPr>
        <w:tc>
          <w:tcPr>
            <w:tcW w:w="226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789925F" w14:textId="77777777" w:rsidR="003B64CE" w:rsidRDefault="00000000">
            <w:pPr>
              <w:spacing w:after="0"/>
            </w:pPr>
            <w:r>
              <w:rPr>
                <w:sz w:val="16"/>
              </w:rPr>
              <w:t>Seminar / Awareness</w:t>
            </w:r>
          </w:p>
        </w:tc>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3C12CDD" w14:textId="77777777" w:rsidR="003B64CE" w:rsidRDefault="00000000">
            <w:pPr>
              <w:spacing w:after="0"/>
            </w:pPr>
            <w:r>
              <w:rPr>
                <w:sz w:val="16"/>
              </w:rPr>
              <w:t>4 JPL</w:t>
            </w:r>
          </w:p>
        </w:tc>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4E2F8C5" w14:textId="77777777" w:rsidR="003B64CE" w:rsidRDefault="00000000">
            <w:pPr>
              <w:spacing w:after="0"/>
            </w:pPr>
            <w:r w:rsidRPr="003D05DA">
              <w:rPr>
                <w:sz w:val="16"/>
                <w:lang w:val="it-IT"/>
              </w:rPr>
              <w:t xml:space="preserve">Gratis atau kontribusi/partisipasi min. </w:t>
            </w:r>
            <w:r>
              <w:rPr>
                <w:sz w:val="16"/>
              </w:rPr>
              <w:t>Rp15.000/</w:t>
            </w:r>
            <w:proofErr w:type="spellStart"/>
            <w:r>
              <w:rPr>
                <w:sz w:val="16"/>
              </w:rPr>
              <w:t>peserta</w:t>
            </w:r>
            <w:proofErr w:type="spellEnd"/>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26E7948" w14:textId="77777777" w:rsidR="003B64CE" w:rsidRDefault="00000000">
            <w:pPr>
              <w:spacing w:after="0"/>
            </w:pPr>
            <w:r>
              <w:rPr>
                <w:sz w:val="16"/>
              </w:rPr>
              <w:t>Edukasi awal &amp; sosialisasi</w:t>
            </w:r>
          </w:p>
        </w:tc>
      </w:tr>
      <w:tr w:rsidR="003B64CE" w14:paraId="0C342384" w14:textId="77777777">
        <w:trPr>
          <w:cantSplit/>
          <w:jc w:val="center"/>
        </w:trPr>
        <w:tc>
          <w:tcPr>
            <w:tcW w:w="226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0306CCD" w14:textId="77777777" w:rsidR="003B64CE" w:rsidRDefault="00000000">
            <w:pPr>
              <w:spacing w:after="0"/>
            </w:pPr>
            <w:r>
              <w:rPr>
                <w:sz w:val="16"/>
              </w:rPr>
              <w:t>Workshop/Pelatihan SNI</w:t>
            </w:r>
          </w:p>
        </w:tc>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CCABCB4" w14:textId="77777777" w:rsidR="003B64CE" w:rsidRDefault="00000000">
            <w:pPr>
              <w:spacing w:after="0"/>
            </w:pPr>
            <w:r>
              <w:rPr>
                <w:sz w:val="16"/>
              </w:rPr>
              <w:t>Menyesuaikan; umumnya 1 hari</w:t>
            </w:r>
          </w:p>
        </w:tc>
        <w:tc>
          <w:tcPr>
            <w:tcW w:w="283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8B62321" w14:textId="77777777" w:rsidR="003B64CE" w:rsidRDefault="00000000">
            <w:pPr>
              <w:spacing w:after="0"/>
            </w:pPr>
            <w:r>
              <w:rPr>
                <w:sz w:val="16"/>
              </w:rPr>
              <w:t>Mulai Rp100.000.000/batch*</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E6E6562" w14:textId="77777777" w:rsidR="003B64CE" w:rsidRDefault="00000000">
            <w:pPr>
              <w:spacing w:after="0"/>
            </w:pPr>
            <w:r>
              <w:rPr>
                <w:sz w:val="16"/>
              </w:rPr>
              <w:t>Topik/Juknis dipilih sesuai kebutuhan</w:t>
            </w:r>
          </w:p>
        </w:tc>
      </w:tr>
      <w:tr w:rsidR="003B64CE" w14:paraId="6438D1FD" w14:textId="77777777">
        <w:trPr>
          <w:cantSplit/>
          <w:jc w:val="center"/>
        </w:trPr>
        <w:tc>
          <w:tcPr>
            <w:tcW w:w="226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7433A4C" w14:textId="77777777" w:rsidR="003B64CE" w:rsidRDefault="00000000">
            <w:pPr>
              <w:spacing w:after="0"/>
            </w:pPr>
            <w:r>
              <w:rPr>
                <w:sz w:val="16"/>
              </w:rPr>
              <w:t>Paket Komponen SNI/Juknis</w:t>
            </w:r>
          </w:p>
        </w:tc>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9204A0D" w14:textId="77777777" w:rsidR="003B64CE" w:rsidRDefault="00000000">
            <w:pPr>
              <w:spacing w:after="0"/>
            </w:pPr>
            <w:r>
              <w:rPr>
                <w:sz w:val="16"/>
              </w:rPr>
              <w:t>8 JPL / 6 jam</w:t>
            </w:r>
          </w:p>
        </w:tc>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6C5C9C2" w14:textId="242A2EA1" w:rsidR="003B64CE" w:rsidRDefault="00000000">
            <w:pPr>
              <w:spacing w:after="0"/>
            </w:pPr>
            <w:proofErr w:type="spellStart"/>
            <w:r>
              <w:rPr>
                <w:sz w:val="16"/>
              </w:rPr>
              <w:t>Mulai</w:t>
            </w:r>
            <w:proofErr w:type="spellEnd"/>
            <w:r>
              <w:rPr>
                <w:sz w:val="16"/>
              </w:rPr>
              <w:t xml:space="preserve"> Rp1</w:t>
            </w:r>
            <w:r w:rsidR="003D05DA">
              <w:rPr>
                <w:sz w:val="16"/>
              </w:rPr>
              <w:t>0</w:t>
            </w:r>
            <w:r>
              <w:rPr>
                <w:sz w:val="16"/>
              </w:rPr>
              <w:t>0.000.000/batch*</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CDA0D30" w14:textId="77777777" w:rsidR="003B64CE" w:rsidRDefault="00000000">
            <w:pPr>
              <w:spacing w:after="0"/>
            </w:pPr>
            <w:r>
              <w:rPr>
                <w:sz w:val="16"/>
              </w:rPr>
              <w:t>8 modul; materi mengikuti Juknis</w:t>
            </w:r>
          </w:p>
        </w:tc>
      </w:tr>
      <w:tr w:rsidR="003B64CE" w14:paraId="0669A29E" w14:textId="77777777">
        <w:trPr>
          <w:cantSplit/>
          <w:jc w:val="center"/>
        </w:trPr>
        <w:tc>
          <w:tcPr>
            <w:tcW w:w="226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2DCB1CC" w14:textId="77777777" w:rsidR="003B64CE" w:rsidRDefault="00000000">
            <w:pPr>
              <w:spacing w:after="0"/>
            </w:pPr>
            <w:r>
              <w:rPr>
                <w:sz w:val="16"/>
              </w:rPr>
              <w:t>Custom SNI In-House</w:t>
            </w:r>
          </w:p>
        </w:tc>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79DC59D" w14:textId="77777777" w:rsidR="003B64CE" w:rsidRDefault="00000000">
            <w:pPr>
              <w:spacing w:after="0"/>
            </w:pPr>
            <w:r>
              <w:rPr>
                <w:sz w:val="16"/>
              </w:rPr>
              <w:t>By request</w:t>
            </w:r>
          </w:p>
        </w:tc>
        <w:tc>
          <w:tcPr>
            <w:tcW w:w="283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AB2DE19" w14:textId="77777777" w:rsidR="003B64CE" w:rsidRDefault="00000000">
            <w:pPr>
              <w:spacing w:after="0"/>
            </w:pPr>
            <w:r>
              <w:rPr>
                <w:sz w:val="16"/>
              </w:rPr>
              <w:t>Quotation</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AFF1230" w14:textId="77777777" w:rsidR="003B64CE" w:rsidRDefault="00000000">
            <w:pPr>
              <w:spacing w:after="0"/>
            </w:pPr>
            <w:r>
              <w:rPr>
                <w:sz w:val="16"/>
              </w:rPr>
              <w:t>Disesuaikan kebutuhan RS/instansi</w:t>
            </w:r>
          </w:p>
        </w:tc>
      </w:tr>
    </w:tbl>
    <w:p w14:paraId="1D903F72" w14:textId="77777777" w:rsidR="003B64CE" w:rsidRDefault="00000000">
      <w:r>
        <w:br w:type="page"/>
      </w:r>
    </w:p>
    <w:p w14:paraId="41DECD28" w14:textId="77777777" w:rsidR="003B64CE" w:rsidRDefault="00000000">
      <w:pPr>
        <w:keepNext/>
        <w:spacing w:after="60"/>
      </w:pPr>
      <w:r>
        <w:rPr>
          <w:b/>
          <w:color w:val="0FA27A"/>
          <w:sz w:val="17"/>
        </w:rPr>
        <w:lastRenderedPageBreak/>
        <w:t>SNI SMART HOSPITAL</w:t>
      </w:r>
    </w:p>
    <w:p w14:paraId="1B716215" w14:textId="77777777" w:rsidR="003B64CE" w:rsidRDefault="00000000">
      <w:pPr>
        <w:pStyle w:val="Heading1"/>
      </w:pPr>
      <w:r>
        <w:t>Struktur Pelatihan Komponen SNI / Juknis</w:t>
      </w:r>
    </w:p>
    <w:p w14:paraId="67CC7E57" w14:textId="77777777" w:rsidR="003B64CE" w:rsidRDefault="00000000">
      <w:pPr>
        <w:spacing w:after="100" w:line="259" w:lineRule="auto"/>
      </w:pPr>
      <w:r>
        <w:t>Satu batch dapat memilih komponen/Juknis yang paling relevan. Struktur berikut menjadi kerangka dasar paket 8 JPL dan dapat disesuaikan dengan kebutuhan rumah sakit, industri, atau instansi.</w:t>
      </w:r>
    </w:p>
    <w:tbl>
      <w:tblPr>
        <w:tblW w:w="0" w:type="auto"/>
        <w:jc w:val="center"/>
        <w:tblLayout w:type="fixed"/>
        <w:tblLook w:val="04A0" w:firstRow="1" w:lastRow="0" w:firstColumn="1" w:lastColumn="0" w:noHBand="0" w:noVBand="1"/>
      </w:tblPr>
      <w:tblGrid>
        <w:gridCol w:w="737"/>
        <w:gridCol w:w="7824"/>
        <w:gridCol w:w="1474"/>
      </w:tblGrid>
      <w:tr w:rsidR="003B64CE" w14:paraId="7BAC5616" w14:textId="77777777">
        <w:trPr>
          <w:cantSplit/>
          <w:tblHeader/>
          <w:jc w:val="center"/>
        </w:trPr>
        <w:tc>
          <w:tcPr>
            <w:tcW w:w="73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B17D115" w14:textId="77777777" w:rsidR="003B64CE" w:rsidRDefault="00000000">
            <w:pPr>
              <w:spacing w:after="0"/>
              <w:jc w:val="center"/>
            </w:pPr>
            <w:r>
              <w:rPr>
                <w:b/>
                <w:color w:val="FFFFFF"/>
                <w:sz w:val="17"/>
              </w:rPr>
              <w:t>No.</w:t>
            </w:r>
          </w:p>
        </w:tc>
        <w:tc>
          <w:tcPr>
            <w:tcW w:w="782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BBCE7AC" w14:textId="77777777" w:rsidR="003B64CE" w:rsidRDefault="00000000">
            <w:pPr>
              <w:spacing w:after="0"/>
              <w:jc w:val="center"/>
            </w:pPr>
            <w:r>
              <w:rPr>
                <w:b/>
                <w:color w:val="FFFFFF"/>
                <w:sz w:val="17"/>
              </w:rPr>
              <w:t>Struktur Modul</w:t>
            </w:r>
          </w:p>
        </w:tc>
        <w:tc>
          <w:tcPr>
            <w:tcW w:w="147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910918B" w14:textId="77777777" w:rsidR="003B64CE" w:rsidRDefault="00000000">
            <w:pPr>
              <w:spacing w:after="0"/>
              <w:jc w:val="center"/>
            </w:pPr>
            <w:r>
              <w:rPr>
                <w:b/>
                <w:color w:val="FFFFFF"/>
                <w:sz w:val="17"/>
              </w:rPr>
              <w:t>Durasi</w:t>
            </w:r>
          </w:p>
        </w:tc>
      </w:tr>
      <w:tr w:rsidR="003B64CE" w14:paraId="468F9614"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D6F8CF8" w14:textId="77777777" w:rsidR="003B64CE" w:rsidRDefault="00000000">
            <w:pPr>
              <w:spacing w:after="0"/>
              <w:jc w:val="center"/>
            </w:pPr>
            <w:r>
              <w:rPr>
                <w:sz w:val="17"/>
              </w:rPr>
              <w:t>1</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B7FCD0D" w14:textId="77777777" w:rsidR="003B64CE" w:rsidRDefault="00000000">
            <w:pPr>
              <w:spacing w:after="0"/>
            </w:pPr>
            <w:r>
              <w:rPr>
                <w:sz w:val="17"/>
              </w:rPr>
              <w:t>Kerangka SNI Smart Hospital &amp; konteks Juknis terpilih</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0EA4616" w14:textId="77777777" w:rsidR="003B64CE" w:rsidRDefault="00000000">
            <w:pPr>
              <w:spacing w:after="0"/>
              <w:jc w:val="center"/>
            </w:pPr>
            <w:r>
              <w:rPr>
                <w:sz w:val="17"/>
              </w:rPr>
              <w:t>1 JPL</w:t>
            </w:r>
          </w:p>
        </w:tc>
      </w:tr>
      <w:tr w:rsidR="003B64CE" w14:paraId="23FFEFAA"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D7D602D" w14:textId="77777777" w:rsidR="003B64CE" w:rsidRDefault="00000000">
            <w:pPr>
              <w:spacing w:after="0"/>
              <w:jc w:val="center"/>
            </w:pPr>
            <w:r>
              <w:rPr>
                <w:sz w:val="17"/>
              </w:rPr>
              <w:t>2</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DDF48D6" w14:textId="77777777" w:rsidR="003B64CE" w:rsidRDefault="00000000">
            <w:pPr>
              <w:spacing w:after="0"/>
            </w:pPr>
            <w:r>
              <w:rPr>
                <w:sz w:val="17"/>
              </w:rPr>
              <w:t>Komponen/Juknis Pilihan 1</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9F9ECD9" w14:textId="77777777" w:rsidR="003B64CE" w:rsidRDefault="00000000">
            <w:pPr>
              <w:spacing w:after="0"/>
              <w:jc w:val="center"/>
            </w:pPr>
            <w:r>
              <w:rPr>
                <w:sz w:val="17"/>
              </w:rPr>
              <w:t>1 JPL</w:t>
            </w:r>
          </w:p>
        </w:tc>
      </w:tr>
      <w:tr w:rsidR="003B64CE" w14:paraId="7E026350"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C9A1464" w14:textId="77777777" w:rsidR="003B64CE" w:rsidRDefault="00000000">
            <w:pPr>
              <w:spacing w:after="0"/>
              <w:jc w:val="center"/>
            </w:pPr>
            <w:r>
              <w:rPr>
                <w:sz w:val="17"/>
              </w:rPr>
              <w:t>3</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E0D0CAE" w14:textId="77777777" w:rsidR="003B64CE" w:rsidRDefault="00000000">
            <w:pPr>
              <w:spacing w:after="0"/>
            </w:pPr>
            <w:r>
              <w:rPr>
                <w:sz w:val="17"/>
              </w:rPr>
              <w:t>Komponen/Juknis Pilihan 2</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5AC4C92" w14:textId="77777777" w:rsidR="003B64CE" w:rsidRDefault="00000000">
            <w:pPr>
              <w:spacing w:after="0"/>
              <w:jc w:val="center"/>
            </w:pPr>
            <w:r>
              <w:rPr>
                <w:sz w:val="17"/>
              </w:rPr>
              <w:t>1 JPL</w:t>
            </w:r>
          </w:p>
        </w:tc>
      </w:tr>
      <w:tr w:rsidR="003B64CE" w14:paraId="221D6AA5"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CA8F1F1" w14:textId="77777777" w:rsidR="003B64CE" w:rsidRDefault="00000000">
            <w:pPr>
              <w:spacing w:after="0"/>
              <w:jc w:val="center"/>
            </w:pPr>
            <w:r>
              <w:rPr>
                <w:sz w:val="17"/>
              </w:rPr>
              <w:t>4</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8568A63" w14:textId="77777777" w:rsidR="003B64CE" w:rsidRDefault="00000000">
            <w:pPr>
              <w:spacing w:after="0"/>
            </w:pPr>
            <w:r>
              <w:rPr>
                <w:sz w:val="17"/>
              </w:rPr>
              <w:t>Komponen/Juknis Pilihan 3</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B07B7A7" w14:textId="77777777" w:rsidR="003B64CE" w:rsidRDefault="00000000">
            <w:pPr>
              <w:spacing w:after="0"/>
              <w:jc w:val="center"/>
            </w:pPr>
            <w:r>
              <w:rPr>
                <w:sz w:val="17"/>
              </w:rPr>
              <w:t>1 JPL</w:t>
            </w:r>
          </w:p>
        </w:tc>
      </w:tr>
      <w:tr w:rsidR="003B64CE" w14:paraId="69939291"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9101D9" w14:textId="77777777" w:rsidR="003B64CE" w:rsidRDefault="00000000">
            <w:pPr>
              <w:spacing w:after="0"/>
              <w:jc w:val="center"/>
            </w:pPr>
            <w:r>
              <w:rPr>
                <w:sz w:val="17"/>
              </w:rPr>
              <w:t>5</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F00CDBB" w14:textId="77777777" w:rsidR="003B64CE" w:rsidRDefault="00000000">
            <w:pPr>
              <w:spacing w:after="0"/>
            </w:pPr>
            <w:r>
              <w:rPr>
                <w:sz w:val="17"/>
              </w:rPr>
              <w:t>Komponen/Juknis Pilihan 4</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CE147FC" w14:textId="77777777" w:rsidR="003B64CE" w:rsidRDefault="00000000">
            <w:pPr>
              <w:spacing w:after="0"/>
              <w:jc w:val="center"/>
            </w:pPr>
            <w:r>
              <w:rPr>
                <w:sz w:val="17"/>
              </w:rPr>
              <w:t>1 JPL</w:t>
            </w:r>
          </w:p>
        </w:tc>
      </w:tr>
      <w:tr w:rsidR="003B64CE" w14:paraId="40DEA1AC"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D6AC6F9" w14:textId="77777777" w:rsidR="003B64CE" w:rsidRDefault="00000000">
            <w:pPr>
              <w:spacing w:after="0"/>
              <w:jc w:val="center"/>
            </w:pPr>
            <w:r>
              <w:rPr>
                <w:sz w:val="17"/>
              </w:rPr>
              <w:t>6</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46039C9" w14:textId="77777777" w:rsidR="003B64CE" w:rsidRDefault="00000000">
            <w:pPr>
              <w:spacing w:after="0"/>
            </w:pPr>
            <w:r>
              <w:rPr>
                <w:sz w:val="17"/>
              </w:rPr>
              <w:t>Komponen/Juknis Pilihan 5</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A95D379" w14:textId="77777777" w:rsidR="003B64CE" w:rsidRDefault="00000000">
            <w:pPr>
              <w:spacing w:after="0"/>
              <w:jc w:val="center"/>
            </w:pPr>
            <w:r>
              <w:rPr>
                <w:sz w:val="17"/>
              </w:rPr>
              <w:t>1 JPL</w:t>
            </w:r>
          </w:p>
        </w:tc>
      </w:tr>
      <w:tr w:rsidR="003B64CE" w14:paraId="25AAACB6"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7ED1FB9" w14:textId="77777777" w:rsidR="003B64CE" w:rsidRDefault="00000000">
            <w:pPr>
              <w:spacing w:after="0"/>
              <w:jc w:val="center"/>
            </w:pPr>
            <w:r>
              <w:rPr>
                <w:sz w:val="17"/>
              </w:rPr>
              <w:t>7</w:t>
            </w:r>
          </w:p>
        </w:tc>
        <w:tc>
          <w:tcPr>
            <w:tcW w:w="78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EE6C6B0" w14:textId="77777777" w:rsidR="003B64CE" w:rsidRDefault="00000000">
            <w:pPr>
              <w:spacing w:after="0"/>
            </w:pPr>
            <w:r>
              <w:rPr>
                <w:sz w:val="17"/>
              </w:rPr>
              <w:t>Komponen/Juknis Pilihan 6</w:t>
            </w:r>
          </w:p>
        </w:tc>
        <w:tc>
          <w:tcPr>
            <w:tcW w:w="147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661168C" w14:textId="77777777" w:rsidR="003B64CE" w:rsidRDefault="00000000">
            <w:pPr>
              <w:spacing w:after="0"/>
              <w:jc w:val="center"/>
            </w:pPr>
            <w:r>
              <w:rPr>
                <w:sz w:val="17"/>
              </w:rPr>
              <w:t>1 JPL</w:t>
            </w:r>
          </w:p>
        </w:tc>
      </w:tr>
      <w:tr w:rsidR="003B64CE" w14:paraId="72E5CFC0"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FB09045" w14:textId="77777777" w:rsidR="003B64CE" w:rsidRDefault="00000000">
            <w:pPr>
              <w:spacing w:after="0"/>
              <w:jc w:val="center"/>
            </w:pPr>
            <w:r>
              <w:rPr>
                <w:sz w:val="17"/>
              </w:rPr>
              <w:t>8</w:t>
            </w:r>
          </w:p>
        </w:tc>
        <w:tc>
          <w:tcPr>
            <w:tcW w:w="78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39B6BDA" w14:textId="77777777" w:rsidR="003B64CE" w:rsidRPr="003D05DA" w:rsidRDefault="00000000">
            <w:pPr>
              <w:spacing w:after="0"/>
              <w:rPr>
                <w:lang w:val="it-IT"/>
              </w:rPr>
            </w:pPr>
            <w:r w:rsidRPr="003D05DA">
              <w:rPr>
                <w:sz w:val="17"/>
                <w:lang w:val="it-IT"/>
              </w:rPr>
              <w:t>Integrasi, implikasi implementasi &amp; rencana tindak lanjut</w:t>
            </w:r>
          </w:p>
        </w:tc>
        <w:tc>
          <w:tcPr>
            <w:tcW w:w="147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C855A4C" w14:textId="77777777" w:rsidR="003B64CE" w:rsidRDefault="00000000">
            <w:pPr>
              <w:spacing w:after="0"/>
              <w:jc w:val="center"/>
            </w:pPr>
            <w:r>
              <w:rPr>
                <w:sz w:val="17"/>
              </w:rPr>
              <w:t>1 JPL</w:t>
            </w:r>
          </w:p>
        </w:tc>
      </w:tr>
    </w:tbl>
    <w:p w14:paraId="755FF727" w14:textId="77777777" w:rsidR="003B64CE" w:rsidRDefault="00000000">
      <w:pPr>
        <w:pStyle w:val="Heading2"/>
      </w:pPr>
      <w:r>
        <w:t>Sasaran Peserta</w:t>
      </w:r>
    </w:p>
    <w:p w14:paraId="7D997D7D" w14:textId="77777777" w:rsidR="003B64CE" w:rsidRDefault="00000000">
      <w:pPr>
        <w:pStyle w:val="ListBullet"/>
        <w:spacing w:after="50"/>
        <w:ind w:left="198" w:hanging="102"/>
      </w:pPr>
      <w:r>
        <w:t>Tim teknis, manajemen, dan direksi.</w:t>
      </w:r>
    </w:p>
    <w:p w14:paraId="04701B07" w14:textId="77777777" w:rsidR="003B64CE" w:rsidRDefault="00000000">
      <w:pPr>
        <w:pStyle w:val="ListBullet"/>
        <w:spacing w:after="50"/>
        <w:ind w:left="198" w:hanging="102"/>
      </w:pPr>
      <w:r>
        <w:t>Perencana, pengadaan, unit mutu, IT/SIMRS, IPSRS, elektromedis, serta unit terkait sesuai Juknis.</w:t>
      </w:r>
    </w:p>
    <w:p w14:paraId="5BC97D56" w14:textId="77777777" w:rsidR="003B64CE" w:rsidRDefault="00000000">
      <w:pPr>
        <w:pStyle w:val="ListBullet"/>
        <w:spacing w:after="50"/>
        <w:ind w:left="198" w:hanging="102"/>
      </w:pPr>
      <w:r>
        <w:t>Konsultan, industri, dan instansi pemerintah yang membutuhkan pemahaman/implementasi komponen SNI.</w:t>
      </w:r>
    </w:p>
    <w:tbl>
      <w:tblPr>
        <w:tblW w:w="0" w:type="auto"/>
        <w:jc w:val="center"/>
        <w:tblLayout w:type="fixed"/>
        <w:tblLook w:val="04A0" w:firstRow="1" w:lastRow="0" w:firstColumn="1" w:lastColumn="0" w:noHBand="0" w:noVBand="1"/>
      </w:tblPr>
      <w:tblGrid>
        <w:gridCol w:w="10376"/>
      </w:tblGrid>
      <w:tr w:rsidR="003B64CE" w14:paraId="2B9DFED9" w14:textId="77777777">
        <w:trPr>
          <w:jc w:val="center"/>
        </w:trPr>
        <w:tc>
          <w:tcPr>
            <w:tcW w:w="10376" w:type="dxa"/>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5BDA2302" w14:textId="77777777" w:rsidR="003B64CE" w:rsidRDefault="00000000">
            <w:pPr>
              <w:spacing w:after="60"/>
            </w:pPr>
            <w:r>
              <w:rPr>
                <w:b/>
                <w:color w:val="0FA27A"/>
                <w:sz w:val="21"/>
              </w:rPr>
              <w:t>Model Pemilihan Topik</w:t>
            </w:r>
          </w:p>
          <w:p w14:paraId="5A7DEA9A" w14:textId="77777777" w:rsidR="003B64CE" w:rsidRDefault="00000000">
            <w:pPr>
              <w:spacing w:after="0"/>
            </w:pPr>
            <w:r>
              <w:t>Awareness SNI -&gt; pilih komponen/Juknis prioritas -&gt; pelatihan per komponen atau paket lintas Juknis -&gt; assessment/evidence -&gt; tindak lanjut implementasi. Materi final diselaraskan dengan Juknis yang berlaku pada saat pelaksanaan.</w:t>
            </w:r>
          </w:p>
        </w:tc>
      </w:tr>
    </w:tbl>
    <w:p w14:paraId="674689B2" w14:textId="77777777" w:rsidR="003B64CE" w:rsidRDefault="003B64CE">
      <w:pPr>
        <w:spacing w:after="0"/>
      </w:pPr>
    </w:p>
    <w:p w14:paraId="181D5AB7" w14:textId="77777777" w:rsidR="003B64CE" w:rsidRDefault="00000000">
      <w:r>
        <w:br w:type="page"/>
      </w:r>
    </w:p>
    <w:p w14:paraId="392DEB48" w14:textId="77777777" w:rsidR="003B64CE" w:rsidRDefault="00000000">
      <w:pPr>
        <w:keepNext/>
        <w:spacing w:after="60"/>
      </w:pPr>
      <w:r>
        <w:rPr>
          <w:b/>
          <w:color w:val="0FA27A"/>
          <w:sz w:val="17"/>
        </w:rPr>
        <w:lastRenderedPageBreak/>
        <w:t>SNI SMART HOSPITAL</w:t>
      </w:r>
    </w:p>
    <w:p w14:paraId="31A809F7" w14:textId="77777777" w:rsidR="003B64CE" w:rsidRDefault="00000000">
      <w:pPr>
        <w:pStyle w:val="Heading1"/>
      </w:pPr>
      <w:r>
        <w:t>Daftar Topik Pelatihan Komponen SNI / Juknis (1/2)</w:t>
      </w:r>
    </w:p>
    <w:p w14:paraId="16931649" w14:textId="77777777" w:rsidR="003B64CE" w:rsidRDefault="00000000">
      <w:pPr>
        <w:spacing w:after="100" w:line="259" w:lineRule="auto"/>
      </w:pPr>
      <w:r>
        <w:rPr>
          <w:sz w:val="17"/>
        </w:rPr>
        <w:t>Daftar berikut merupakan pilihan topik prioritas. Judul, nomor, kedalaman materi, evidence, dan ruang lingkup akhir mengikuti Juknis yang berlaku serta kebutuhan batch.</w:t>
      </w:r>
    </w:p>
    <w:p w14:paraId="23CAA1EC" w14:textId="77777777" w:rsidR="003B64CE" w:rsidRDefault="00000000">
      <w:pPr>
        <w:pStyle w:val="Heading2"/>
      </w:pPr>
      <w:r>
        <w:t>Peralatan Klinis &amp; Fasilitas Penunjang</w:t>
      </w:r>
    </w:p>
    <w:tbl>
      <w:tblPr>
        <w:tblW w:w="0" w:type="auto"/>
        <w:jc w:val="center"/>
        <w:tblLayout w:type="fixed"/>
        <w:tblLook w:val="04A0" w:firstRow="1" w:lastRow="0" w:firstColumn="1" w:lastColumn="0" w:noHBand="0" w:noVBand="1"/>
      </w:tblPr>
      <w:tblGrid>
        <w:gridCol w:w="4989"/>
        <w:gridCol w:w="4989"/>
      </w:tblGrid>
      <w:tr w:rsidR="003B64CE" w14:paraId="4D924D61"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2FB2A570" w14:textId="77777777" w:rsidR="003B64CE" w:rsidRDefault="00000000">
            <w:pPr>
              <w:spacing w:after="0"/>
            </w:pPr>
            <w:r>
              <w:rPr>
                <w:sz w:val="16"/>
              </w:rPr>
              <w:t>• Mesin Anestesi</w:t>
            </w:r>
          </w:p>
        </w:tc>
        <w:tc>
          <w:tcPr>
            <w:tcW w:w="4989" w:type="dxa"/>
            <w:tcBorders>
              <w:top w:val="nil"/>
              <w:left w:val="nil"/>
              <w:bottom w:val="nil"/>
              <w:right w:val="nil"/>
            </w:tcBorders>
            <w:tcMar>
              <w:top w:w="20" w:type="dxa"/>
              <w:left w:w="70" w:type="dxa"/>
              <w:bottom w:w="20" w:type="dxa"/>
              <w:right w:w="70" w:type="dxa"/>
            </w:tcMar>
            <w:vAlign w:val="center"/>
          </w:tcPr>
          <w:p w14:paraId="73819732" w14:textId="77777777" w:rsidR="003B64CE" w:rsidRDefault="00000000">
            <w:pPr>
              <w:spacing w:after="0"/>
            </w:pPr>
            <w:r>
              <w:rPr>
                <w:sz w:val="16"/>
              </w:rPr>
              <w:t>• MRI</w:t>
            </w:r>
          </w:p>
        </w:tc>
      </w:tr>
      <w:tr w:rsidR="003B64CE" w14:paraId="1EE8B3E3"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00AF5197" w14:textId="77777777" w:rsidR="003B64CE" w:rsidRDefault="00000000">
            <w:pPr>
              <w:spacing w:after="0"/>
            </w:pPr>
            <w:r>
              <w:rPr>
                <w:sz w:val="16"/>
              </w:rPr>
              <w:t>• Ventilator</w:t>
            </w:r>
          </w:p>
        </w:tc>
        <w:tc>
          <w:tcPr>
            <w:tcW w:w="4989" w:type="dxa"/>
            <w:tcBorders>
              <w:top w:val="nil"/>
              <w:left w:val="nil"/>
              <w:bottom w:val="nil"/>
              <w:right w:val="nil"/>
            </w:tcBorders>
            <w:tcMar>
              <w:top w:w="20" w:type="dxa"/>
              <w:left w:w="70" w:type="dxa"/>
              <w:bottom w:w="20" w:type="dxa"/>
              <w:right w:w="70" w:type="dxa"/>
            </w:tcMar>
            <w:vAlign w:val="center"/>
          </w:tcPr>
          <w:p w14:paraId="60D9CF0B" w14:textId="77777777" w:rsidR="003B64CE" w:rsidRDefault="00000000">
            <w:pPr>
              <w:spacing w:after="0"/>
            </w:pPr>
            <w:r>
              <w:rPr>
                <w:sz w:val="16"/>
              </w:rPr>
              <w:t>• Massage Chair</w:t>
            </w:r>
          </w:p>
        </w:tc>
      </w:tr>
      <w:tr w:rsidR="003B64CE" w14:paraId="411395E4"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6049D711" w14:textId="77777777" w:rsidR="003B64CE" w:rsidRDefault="00000000">
            <w:pPr>
              <w:spacing w:after="0"/>
            </w:pPr>
            <w:r>
              <w:rPr>
                <w:sz w:val="16"/>
              </w:rPr>
              <w:t>• Timbangan Digital</w:t>
            </w:r>
          </w:p>
        </w:tc>
        <w:tc>
          <w:tcPr>
            <w:tcW w:w="4989" w:type="dxa"/>
            <w:tcBorders>
              <w:top w:val="nil"/>
              <w:left w:val="nil"/>
              <w:bottom w:val="nil"/>
              <w:right w:val="nil"/>
            </w:tcBorders>
            <w:tcMar>
              <w:top w:w="20" w:type="dxa"/>
              <w:left w:w="70" w:type="dxa"/>
              <w:bottom w:w="20" w:type="dxa"/>
              <w:right w:w="70" w:type="dxa"/>
            </w:tcMar>
            <w:vAlign w:val="center"/>
          </w:tcPr>
          <w:p w14:paraId="0BCC8B95" w14:textId="77777777" w:rsidR="003B64CE" w:rsidRDefault="00000000">
            <w:pPr>
              <w:spacing w:after="0"/>
            </w:pPr>
            <w:r>
              <w:rPr>
                <w:sz w:val="16"/>
              </w:rPr>
              <w:t>• SPA Bedah</w:t>
            </w:r>
          </w:p>
        </w:tc>
      </w:tr>
      <w:tr w:rsidR="003B64CE" w14:paraId="3348DDFE"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276A1F9A" w14:textId="77777777" w:rsidR="003B64CE" w:rsidRDefault="00000000">
            <w:pPr>
              <w:spacing w:after="0"/>
            </w:pPr>
            <w:r>
              <w:rPr>
                <w:sz w:val="16"/>
              </w:rPr>
              <w:t>• Patient Bed</w:t>
            </w:r>
          </w:p>
        </w:tc>
        <w:tc>
          <w:tcPr>
            <w:tcW w:w="4989" w:type="dxa"/>
            <w:tcBorders>
              <w:top w:val="nil"/>
              <w:left w:val="nil"/>
              <w:bottom w:val="nil"/>
              <w:right w:val="nil"/>
            </w:tcBorders>
            <w:tcMar>
              <w:top w:w="20" w:type="dxa"/>
              <w:left w:w="70" w:type="dxa"/>
              <w:bottom w:w="20" w:type="dxa"/>
              <w:right w:w="70" w:type="dxa"/>
            </w:tcMar>
            <w:vAlign w:val="center"/>
          </w:tcPr>
          <w:p w14:paraId="2D4B0D45" w14:textId="77777777" w:rsidR="003B64CE" w:rsidRDefault="003B64CE">
            <w:pPr>
              <w:spacing w:after="0"/>
            </w:pPr>
          </w:p>
        </w:tc>
      </w:tr>
    </w:tbl>
    <w:p w14:paraId="0D792F85" w14:textId="77777777" w:rsidR="003B64CE" w:rsidRDefault="00000000">
      <w:pPr>
        <w:pStyle w:val="Heading2"/>
      </w:pPr>
      <w:r>
        <w:t>Bangunan &amp; Arsitektur Rumah Sakit</w:t>
      </w:r>
    </w:p>
    <w:p w14:paraId="7D20B769" w14:textId="77777777" w:rsidR="003B64CE" w:rsidRDefault="00000000">
      <w:pPr>
        <w:pStyle w:val="ListBullet"/>
        <w:spacing w:after="50"/>
        <w:ind w:left="198" w:hanging="102"/>
      </w:pPr>
      <w:r>
        <w:rPr>
          <w:sz w:val="17"/>
        </w:rPr>
        <w:t>Pintu</w:t>
      </w:r>
    </w:p>
    <w:p w14:paraId="6B293CE4" w14:textId="77777777" w:rsidR="003B64CE" w:rsidRDefault="00000000">
      <w:pPr>
        <w:pStyle w:val="ListBullet"/>
        <w:spacing w:after="50"/>
        <w:ind w:left="198" w:hanging="102"/>
      </w:pPr>
      <w:r>
        <w:rPr>
          <w:sz w:val="17"/>
        </w:rPr>
        <w:t>Dinding</w:t>
      </w:r>
    </w:p>
    <w:p w14:paraId="2811D983" w14:textId="77777777" w:rsidR="003B64CE" w:rsidRDefault="00000000">
      <w:pPr>
        <w:pStyle w:val="ListBullet"/>
        <w:spacing w:after="50"/>
        <w:ind w:left="198" w:hanging="102"/>
      </w:pPr>
      <w:r>
        <w:rPr>
          <w:sz w:val="17"/>
        </w:rPr>
        <w:t>Lantai</w:t>
      </w:r>
    </w:p>
    <w:p w14:paraId="4FD2329B" w14:textId="77777777" w:rsidR="003B64CE" w:rsidRDefault="00000000">
      <w:pPr>
        <w:pStyle w:val="ListBullet"/>
        <w:spacing w:after="50"/>
        <w:ind w:left="198" w:hanging="102"/>
      </w:pPr>
      <w:r>
        <w:rPr>
          <w:sz w:val="17"/>
        </w:rPr>
        <w:t>Kamar Mandi</w:t>
      </w:r>
    </w:p>
    <w:p w14:paraId="4DEC511B" w14:textId="77777777" w:rsidR="003B64CE" w:rsidRDefault="00000000">
      <w:pPr>
        <w:pStyle w:val="ListBullet"/>
        <w:spacing w:after="50"/>
        <w:ind w:left="198" w:hanging="102"/>
      </w:pPr>
      <w:r>
        <w:rPr>
          <w:sz w:val="17"/>
        </w:rPr>
        <w:t>Kamar Rawat Inap</w:t>
      </w:r>
    </w:p>
    <w:p w14:paraId="7DF048C1" w14:textId="77777777" w:rsidR="003B64CE" w:rsidRDefault="00000000">
      <w:pPr>
        <w:pStyle w:val="Heading2"/>
      </w:pPr>
      <w:r>
        <w:t>Mekanikal, Utilitas &amp; Sistem Penunjang</w:t>
      </w:r>
    </w:p>
    <w:tbl>
      <w:tblPr>
        <w:tblW w:w="0" w:type="auto"/>
        <w:jc w:val="center"/>
        <w:tblLayout w:type="fixed"/>
        <w:tblLook w:val="04A0" w:firstRow="1" w:lastRow="0" w:firstColumn="1" w:lastColumn="0" w:noHBand="0" w:noVBand="1"/>
      </w:tblPr>
      <w:tblGrid>
        <w:gridCol w:w="4989"/>
        <w:gridCol w:w="4989"/>
      </w:tblGrid>
      <w:tr w:rsidR="003B64CE" w14:paraId="3FEEEDD2"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06240D0D" w14:textId="77777777" w:rsidR="003B64CE" w:rsidRDefault="00000000">
            <w:pPr>
              <w:spacing w:after="0"/>
            </w:pPr>
            <w:r>
              <w:rPr>
                <w:sz w:val="16"/>
              </w:rPr>
              <w:t>• Kitchen Equipment</w:t>
            </w:r>
          </w:p>
        </w:tc>
        <w:tc>
          <w:tcPr>
            <w:tcW w:w="4989" w:type="dxa"/>
            <w:tcBorders>
              <w:top w:val="nil"/>
              <w:left w:val="nil"/>
              <w:bottom w:val="nil"/>
              <w:right w:val="nil"/>
            </w:tcBorders>
            <w:tcMar>
              <w:top w:w="20" w:type="dxa"/>
              <w:left w:w="70" w:type="dxa"/>
              <w:bottom w:w="20" w:type="dxa"/>
              <w:right w:w="70" w:type="dxa"/>
            </w:tcMar>
            <w:vAlign w:val="center"/>
          </w:tcPr>
          <w:p w14:paraId="301565CB" w14:textId="77777777" w:rsidR="003B64CE" w:rsidRDefault="00000000">
            <w:pPr>
              <w:spacing w:after="0"/>
            </w:pPr>
            <w:r>
              <w:rPr>
                <w:sz w:val="16"/>
              </w:rPr>
              <w:t>• HVAC (rincian mengikuti Juknis terkait)</w:t>
            </w:r>
          </w:p>
        </w:tc>
      </w:tr>
      <w:tr w:rsidR="003B64CE" w14:paraId="0A3E94CF"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4C26594B" w14:textId="77777777" w:rsidR="003B64CE" w:rsidRDefault="00000000">
            <w:pPr>
              <w:spacing w:after="0"/>
            </w:pPr>
            <w:r>
              <w:rPr>
                <w:sz w:val="16"/>
              </w:rPr>
              <w:t>• IPAL</w:t>
            </w:r>
          </w:p>
        </w:tc>
        <w:tc>
          <w:tcPr>
            <w:tcW w:w="4989" w:type="dxa"/>
            <w:tcBorders>
              <w:top w:val="nil"/>
              <w:left w:val="nil"/>
              <w:bottom w:val="nil"/>
              <w:right w:val="nil"/>
            </w:tcBorders>
            <w:tcMar>
              <w:top w:w="20" w:type="dxa"/>
              <w:left w:w="70" w:type="dxa"/>
              <w:bottom w:w="20" w:type="dxa"/>
              <w:right w:w="70" w:type="dxa"/>
            </w:tcMar>
            <w:vAlign w:val="center"/>
          </w:tcPr>
          <w:p w14:paraId="763C8170" w14:textId="77777777" w:rsidR="003B64CE" w:rsidRDefault="00000000">
            <w:pPr>
              <w:spacing w:after="0"/>
            </w:pPr>
            <w:r>
              <w:rPr>
                <w:sz w:val="16"/>
              </w:rPr>
              <w:t>• Gas Medis</w:t>
            </w:r>
          </w:p>
        </w:tc>
      </w:tr>
      <w:tr w:rsidR="003B64CE" w14:paraId="643B94B6"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1DDF8B10" w14:textId="77777777" w:rsidR="003B64CE" w:rsidRDefault="00000000">
            <w:pPr>
              <w:spacing w:after="0"/>
            </w:pPr>
            <w:r>
              <w:rPr>
                <w:sz w:val="16"/>
              </w:rPr>
              <w:t>• Laundry</w:t>
            </w:r>
          </w:p>
        </w:tc>
        <w:tc>
          <w:tcPr>
            <w:tcW w:w="4989" w:type="dxa"/>
            <w:tcBorders>
              <w:top w:val="nil"/>
              <w:left w:val="nil"/>
              <w:bottom w:val="nil"/>
              <w:right w:val="nil"/>
            </w:tcBorders>
            <w:tcMar>
              <w:top w:w="20" w:type="dxa"/>
              <w:left w:w="70" w:type="dxa"/>
              <w:bottom w:w="20" w:type="dxa"/>
              <w:right w:w="70" w:type="dxa"/>
            </w:tcMar>
            <w:vAlign w:val="center"/>
          </w:tcPr>
          <w:p w14:paraId="23E6B1B1" w14:textId="77777777" w:rsidR="003B64CE" w:rsidRDefault="00000000">
            <w:pPr>
              <w:spacing w:after="0"/>
            </w:pPr>
            <w:r>
              <w:rPr>
                <w:sz w:val="16"/>
              </w:rPr>
              <w:t>• Lift</w:t>
            </w:r>
          </w:p>
        </w:tc>
      </w:tr>
      <w:tr w:rsidR="003B64CE" w14:paraId="1C199B34"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5CC4F9E9" w14:textId="77777777" w:rsidR="003B64CE" w:rsidRDefault="00000000">
            <w:pPr>
              <w:spacing w:after="0"/>
            </w:pPr>
            <w:r>
              <w:rPr>
                <w:sz w:val="16"/>
              </w:rPr>
              <w:t>• CSSD</w:t>
            </w:r>
          </w:p>
        </w:tc>
        <w:tc>
          <w:tcPr>
            <w:tcW w:w="4989" w:type="dxa"/>
            <w:tcBorders>
              <w:top w:val="nil"/>
              <w:left w:val="nil"/>
              <w:bottom w:val="nil"/>
              <w:right w:val="nil"/>
            </w:tcBorders>
            <w:tcMar>
              <w:top w:w="20" w:type="dxa"/>
              <w:left w:w="70" w:type="dxa"/>
              <w:bottom w:w="20" w:type="dxa"/>
              <w:right w:w="70" w:type="dxa"/>
            </w:tcMar>
            <w:vAlign w:val="center"/>
          </w:tcPr>
          <w:p w14:paraId="0BB439C9" w14:textId="77777777" w:rsidR="003B64CE" w:rsidRDefault="00000000">
            <w:pPr>
              <w:spacing w:after="0"/>
            </w:pPr>
            <w:r>
              <w:rPr>
                <w:sz w:val="16"/>
              </w:rPr>
              <w:t>• Proteksi Kebakaran</w:t>
            </w:r>
          </w:p>
        </w:tc>
      </w:tr>
      <w:tr w:rsidR="003B64CE" w14:paraId="599B7E68"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1D63E2CC" w14:textId="77777777" w:rsidR="003B64CE" w:rsidRDefault="00000000">
            <w:pPr>
              <w:spacing w:after="0"/>
            </w:pPr>
            <w:r>
              <w:rPr>
                <w:sz w:val="16"/>
              </w:rPr>
              <w:t>• Sistem Penyediaan Air Minum</w:t>
            </w:r>
          </w:p>
        </w:tc>
        <w:tc>
          <w:tcPr>
            <w:tcW w:w="4989" w:type="dxa"/>
            <w:tcBorders>
              <w:top w:val="nil"/>
              <w:left w:val="nil"/>
              <w:bottom w:val="nil"/>
              <w:right w:val="nil"/>
            </w:tcBorders>
            <w:tcMar>
              <w:top w:w="20" w:type="dxa"/>
              <w:left w:w="70" w:type="dxa"/>
              <w:bottom w:w="20" w:type="dxa"/>
              <w:right w:w="70" w:type="dxa"/>
            </w:tcMar>
            <w:vAlign w:val="center"/>
          </w:tcPr>
          <w:p w14:paraId="1C007BD6" w14:textId="77777777" w:rsidR="003B64CE" w:rsidRDefault="00000000">
            <w:pPr>
              <w:spacing w:after="0"/>
            </w:pPr>
            <w:r>
              <w:rPr>
                <w:sz w:val="16"/>
              </w:rPr>
              <w:t>• Pneumatic Tube</w:t>
            </w:r>
          </w:p>
        </w:tc>
      </w:tr>
      <w:tr w:rsidR="003B64CE" w14:paraId="33B4DC45"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3D4D486E" w14:textId="77777777" w:rsidR="003B64CE" w:rsidRDefault="00000000">
            <w:pPr>
              <w:spacing w:after="0"/>
            </w:pPr>
            <w:r>
              <w:rPr>
                <w:sz w:val="16"/>
              </w:rPr>
              <w:t>• Sistem Pembuangan Limbah B3</w:t>
            </w:r>
          </w:p>
        </w:tc>
        <w:tc>
          <w:tcPr>
            <w:tcW w:w="4989" w:type="dxa"/>
            <w:tcBorders>
              <w:top w:val="nil"/>
              <w:left w:val="nil"/>
              <w:bottom w:val="nil"/>
              <w:right w:val="nil"/>
            </w:tcBorders>
            <w:tcMar>
              <w:top w:w="20" w:type="dxa"/>
              <w:left w:w="70" w:type="dxa"/>
              <w:bottom w:w="20" w:type="dxa"/>
              <w:right w:w="70" w:type="dxa"/>
            </w:tcMar>
            <w:vAlign w:val="center"/>
          </w:tcPr>
          <w:p w14:paraId="58E065F9" w14:textId="77777777" w:rsidR="003B64CE" w:rsidRDefault="00000000">
            <w:pPr>
              <w:spacing w:after="0"/>
            </w:pPr>
            <w:r>
              <w:rPr>
                <w:sz w:val="16"/>
              </w:rPr>
              <w:t>• Sistem Distribusi Obat</w:t>
            </w:r>
          </w:p>
        </w:tc>
      </w:tr>
    </w:tbl>
    <w:p w14:paraId="3C73229A" w14:textId="77777777" w:rsidR="003B64CE" w:rsidRDefault="00000000">
      <w:pPr>
        <w:pStyle w:val="Heading2"/>
      </w:pPr>
      <w:r>
        <w:t>Elektrikal, Automation &amp; Energy Infrastructure</w:t>
      </w:r>
    </w:p>
    <w:tbl>
      <w:tblPr>
        <w:tblW w:w="0" w:type="auto"/>
        <w:jc w:val="center"/>
        <w:tblLayout w:type="fixed"/>
        <w:tblLook w:val="04A0" w:firstRow="1" w:lastRow="0" w:firstColumn="1" w:lastColumn="0" w:noHBand="0" w:noVBand="1"/>
      </w:tblPr>
      <w:tblGrid>
        <w:gridCol w:w="4989"/>
        <w:gridCol w:w="4989"/>
      </w:tblGrid>
      <w:tr w:rsidR="003B64CE" w14:paraId="20E1DB8B"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28033820" w14:textId="77777777" w:rsidR="003B64CE" w:rsidRDefault="00000000">
            <w:pPr>
              <w:spacing w:after="0"/>
            </w:pPr>
            <w:r>
              <w:rPr>
                <w:sz w:val="16"/>
              </w:rPr>
              <w:t>• Automation Control System &amp; Energy Infrastructure</w:t>
            </w:r>
          </w:p>
        </w:tc>
        <w:tc>
          <w:tcPr>
            <w:tcW w:w="4989" w:type="dxa"/>
            <w:tcBorders>
              <w:top w:val="nil"/>
              <w:left w:val="nil"/>
              <w:bottom w:val="nil"/>
              <w:right w:val="nil"/>
            </w:tcBorders>
            <w:tcMar>
              <w:top w:w="20" w:type="dxa"/>
              <w:left w:w="70" w:type="dxa"/>
              <w:bottom w:w="20" w:type="dxa"/>
              <w:right w:w="70" w:type="dxa"/>
            </w:tcMar>
            <w:vAlign w:val="center"/>
          </w:tcPr>
          <w:p w14:paraId="1E8CF6B9" w14:textId="77777777" w:rsidR="003B64CE" w:rsidRDefault="00000000">
            <w:pPr>
              <w:spacing w:after="0"/>
            </w:pPr>
            <w:r>
              <w:rPr>
                <w:sz w:val="16"/>
              </w:rPr>
              <w:t>• UPS</w:t>
            </w:r>
          </w:p>
        </w:tc>
      </w:tr>
      <w:tr w:rsidR="003B64CE" w14:paraId="093E66A5"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13B03027" w14:textId="77777777" w:rsidR="003B64CE" w:rsidRDefault="00000000">
            <w:pPr>
              <w:spacing w:after="0"/>
            </w:pPr>
            <w:r>
              <w:rPr>
                <w:sz w:val="16"/>
              </w:rPr>
              <w:t>• BMS</w:t>
            </w:r>
          </w:p>
        </w:tc>
        <w:tc>
          <w:tcPr>
            <w:tcW w:w="4989" w:type="dxa"/>
            <w:tcBorders>
              <w:top w:val="nil"/>
              <w:left w:val="nil"/>
              <w:bottom w:val="nil"/>
              <w:right w:val="nil"/>
            </w:tcBorders>
            <w:tcMar>
              <w:top w:w="20" w:type="dxa"/>
              <w:left w:w="70" w:type="dxa"/>
              <w:bottom w:w="20" w:type="dxa"/>
              <w:right w:w="70" w:type="dxa"/>
            </w:tcMar>
            <w:vAlign w:val="center"/>
          </w:tcPr>
          <w:p w14:paraId="6933F4AC" w14:textId="77777777" w:rsidR="003B64CE" w:rsidRDefault="00000000">
            <w:pPr>
              <w:spacing w:after="0"/>
            </w:pPr>
            <w:r>
              <w:rPr>
                <w:sz w:val="16"/>
              </w:rPr>
              <w:t>• Kabel Listrik</w:t>
            </w:r>
          </w:p>
        </w:tc>
      </w:tr>
      <w:tr w:rsidR="003B64CE" w14:paraId="44B5E617"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39F47A98" w14:textId="77777777" w:rsidR="003B64CE" w:rsidRDefault="00000000">
            <w:pPr>
              <w:spacing w:after="0"/>
            </w:pPr>
            <w:r>
              <w:rPr>
                <w:sz w:val="16"/>
              </w:rPr>
              <w:t>• Panel Tegangan Rendah</w:t>
            </w:r>
          </w:p>
        </w:tc>
        <w:tc>
          <w:tcPr>
            <w:tcW w:w="4989" w:type="dxa"/>
            <w:tcBorders>
              <w:top w:val="nil"/>
              <w:left w:val="nil"/>
              <w:bottom w:val="nil"/>
              <w:right w:val="nil"/>
            </w:tcBorders>
            <w:tcMar>
              <w:top w:w="20" w:type="dxa"/>
              <w:left w:w="70" w:type="dxa"/>
              <w:bottom w:w="20" w:type="dxa"/>
              <w:right w:w="70" w:type="dxa"/>
            </w:tcMar>
            <w:vAlign w:val="center"/>
          </w:tcPr>
          <w:p w14:paraId="730FEAF6" w14:textId="77777777" w:rsidR="003B64CE" w:rsidRDefault="00000000">
            <w:pPr>
              <w:spacing w:after="0"/>
            </w:pPr>
            <w:r>
              <w:rPr>
                <w:sz w:val="16"/>
              </w:rPr>
              <w:t>• Trafo Isolasi/OT Panel</w:t>
            </w:r>
          </w:p>
        </w:tc>
      </w:tr>
      <w:tr w:rsidR="003B64CE" w14:paraId="5D36BEDF"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1148CA9D" w14:textId="77777777" w:rsidR="003B64CE" w:rsidRDefault="00000000">
            <w:pPr>
              <w:spacing w:after="0"/>
            </w:pPr>
            <w:r>
              <w:rPr>
                <w:sz w:val="16"/>
              </w:rPr>
              <w:t>• Lightning Protection System</w:t>
            </w:r>
          </w:p>
        </w:tc>
        <w:tc>
          <w:tcPr>
            <w:tcW w:w="4989" w:type="dxa"/>
            <w:tcBorders>
              <w:top w:val="nil"/>
              <w:left w:val="nil"/>
              <w:bottom w:val="nil"/>
              <w:right w:val="nil"/>
            </w:tcBorders>
            <w:tcMar>
              <w:top w:w="20" w:type="dxa"/>
              <w:left w:w="70" w:type="dxa"/>
              <w:bottom w:w="20" w:type="dxa"/>
              <w:right w:w="70" w:type="dxa"/>
            </w:tcMar>
            <w:vAlign w:val="center"/>
          </w:tcPr>
          <w:p w14:paraId="30919CBD" w14:textId="77777777" w:rsidR="003B64CE" w:rsidRDefault="00000000">
            <w:pPr>
              <w:spacing w:after="0"/>
            </w:pPr>
            <w:r>
              <w:rPr>
                <w:sz w:val="16"/>
              </w:rPr>
              <w:t>• Electrical Instrument</w:t>
            </w:r>
          </w:p>
        </w:tc>
      </w:tr>
    </w:tbl>
    <w:p w14:paraId="18456467" w14:textId="77777777" w:rsidR="003B64CE" w:rsidRDefault="00000000">
      <w:r>
        <w:br w:type="page"/>
      </w:r>
    </w:p>
    <w:p w14:paraId="392992C5" w14:textId="77777777" w:rsidR="003B64CE" w:rsidRDefault="00000000">
      <w:pPr>
        <w:keepNext/>
        <w:spacing w:after="60"/>
      </w:pPr>
      <w:r>
        <w:rPr>
          <w:b/>
          <w:color w:val="0FA27A"/>
          <w:sz w:val="17"/>
        </w:rPr>
        <w:lastRenderedPageBreak/>
        <w:t>SNI SMART HOSPITAL</w:t>
      </w:r>
    </w:p>
    <w:p w14:paraId="0AF050C2" w14:textId="77777777" w:rsidR="003B64CE" w:rsidRDefault="00000000">
      <w:pPr>
        <w:pStyle w:val="Heading1"/>
      </w:pPr>
      <w:r>
        <w:t>Daftar Topik Pelatihan Komponen SNI / Juknis (2/2)</w:t>
      </w:r>
    </w:p>
    <w:p w14:paraId="4056D700" w14:textId="77777777" w:rsidR="003B64CE" w:rsidRDefault="00000000">
      <w:pPr>
        <w:spacing w:after="100" w:line="259" w:lineRule="auto"/>
      </w:pPr>
      <w:r>
        <w:rPr>
          <w:sz w:val="17"/>
        </w:rPr>
        <w:t>Daftar berikut merupakan pilihan topik prioritas. Judul, nomor, kedalaman materi, evidence, dan ruang lingkup akhir mengikuti Juknis yang berlaku serta kebutuhan batch.</w:t>
      </w:r>
    </w:p>
    <w:p w14:paraId="5E830180" w14:textId="77777777" w:rsidR="003B64CE" w:rsidRDefault="00000000">
      <w:pPr>
        <w:pStyle w:val="Heading2"/>
      </w:pPr>
      <w:r>
        <w:t>SDM Pelayanan Kesehatan</w:t>
      </w:r>
    </w:p>
    <w:p w14:paraId="62DD77EB" w14:textId="77777777" w:rsidR="003B64CE" w:rsidRDefault="00000000">
      <w:pPr>
        <w:pStyle w:val="ListBullet"/>
        <w:spacing w:after="50"/>
        <w:ind w:left="198" w:hanging="102"/>
      </w:pPr>
      <w:r>
        <w:rPr>
          <w:sz w:val="17"/>
        </w:rPr>
        <w:t>SDM Penunjang Teknis</w:t>
      </w:r>
    </w:p>
    <w:p w14:paraId="654E6C34" w14:textId="77777777" w:rsidR="003B64CE" w:rsidRDefault="00000000">
      <w:pPr>
        <w:pStyle w:val="ListBullet"/>
        <w:spacing w:after="50"/>
        <w:ind w:left="198" w:hanging="102"/>
      </w:pPr>
      <w:r>
        <w:rPr>
          <w:sz w:val="17"/>
        </w:rPr>
        <w:t>SDM IT</w:t>
      </w:r>
    </w:p>
    <w:p w14:paraId="0C99EE12" w14:textId="77777777" w:rsidR="003B64CE" w:rsidRDefault="00000000">
      <w:pPr>
        <w:pStyle w:val="ListBullet"/>
        <w:spacing w:after="50"/>
        <w:ind w:left="198" w:hanging="102"/>
      </w:pPr>
      <w:r>
        <w:rPr>
          <w:sz w:val="17"/>
        </w:rPr>
        <w:t>SDM Manajemen dan Administratif</w:t>
      </w:r>
    </w:p>
    <w:p w14:paraId="084EE097" w14:textId="77777777" w:rsidR="003B64CE" w:rsidRDefault="00000000">
      <w:pPr>
        <w:pStyle w:val="ListBullet"/>
        <w:spacing w:after="50"/>
        <w:ind w:left="198" w:hanging="102"/>
      </w:pPr>
      <w:r>
        <w:rPr>
          <w:sz w:val="17"/>
        </w:rPr>
        <w:t>SDM Medis</w:t>
      </w:r>
    </w:p>
    <w:p w14:paraId="550AAF3C" w14:textId="77777777" w:rsidR="003B64CE" w:rsidRDefault="00000000">
      <w:pPr>
        <w:pStyle w:val="ListBullet"/>
        <w:spacing w:after="50"/>
        <w:ind w:left="198" w:hanging="102"/>
      </w:pPr>
      <w:r>
        <w:rPr>
          <w:sz w:val="17"/>
        </w:rPr>
        <w:t>SDM Kesehatan</w:t>
      </w:r>
    </w:p>
    <w:p w14:paraId="15F17B59" w14:textId="77777777" w:rsidR="003B64CE" w:rsidRDefault="00000000">
      <w:pPr>
        <w:pStyle w:val="Heading2"/>
      </w:pPr>
      <w:r>
        <w:t>Informasi, Komunikasi &amp; Teknologi Digital</w:t>
      </w:r>
    </w:p>
    <w:p w14:paraId="6C15C40B" w14:textId="77777777" w:rsidR="003B64CE" w:rsidRDefault="00000000">
      <w:pPr>
        <w:pStyle w:val="ListBullet"/>
        <w:spacing w:after="50"/>
        <w:ind w:left="198" w:hanging="102"/>
      </w:pPr>
      <w:r>
        <w:rPr>
          <w:sz w:val="17"/>
        </w:rPr>
        <w:t>SIMRS</w:t>
      </w:r>
    </w:p>
    <w:p w14:paraId="1A0EDB7A" w14:textId="77777777" w:rsidR="003B64CE" w:rsidRDefault="00000000">
      <w:pPr>
        <w:pStyle w:val="ListBullet"/>
        <w:spacing w:after="50"/>
        <w:ind w:left="198" w:hanging="102"/>
      </w:pPr>
      <w:r>
        <w:rPr>
          <w:sz w:val="17"/>
        </w:rPr>
        <w:t>CCTV AI</w:t>
      </w:r>
    </w:p>
    <w:p w14:paraId="47068600" w14:textId="77777777" w:rsidR="003B64CE" w:rsidRDefault="00000000">
      <w:pPr>
        <w:pStyle w:val="ListBullet"/>
        <w:spacing w:after="50"/>
        <w:ind w:left="198" w:hanging="102"/>
      </w:pPr>
      <w:r>
        <w:rPr>
          <w:sz w:val="17"/>
        </w:rPr>
        <w:t>Data Center</w:t>
      </w:r>
    </w:p>
    <w:p w14:paraId="604F8E0E" w14:textId="77777777" w:rsidR="003B64CE" w:rsidRDefault="00000000">
      <w:pPr>
        <w:pStyle w:val="ListBullet"/>
        <w:spacing w:after="50"/>
        <w:ind w:left="198" w:hanging="102"/>
      </w:pPr>
      <w:r>
        <w:rPr>
          <w:sz w:val="17"/>
        </w:rPr>
        <w:t>AI</w:t>
      </w:r>
    </w:p>
    <w:p w14:paraId="6709AA0B" w14:textId="77777777" w:rsidR="003B64CE" w:rsidRDefault="00000000">
      <w:pPr>
        <w:pStyle w:val="ListBullet"/>
        <w:spacing w:after="50"/>
        <w:ind w:left="198" w:hanging="102"/>
      </w:pPr>
      <w:r>
        <w:rPr>
          <w:sz w:val="17"/>
        </w:rPr>
        <w:t>IoMT (Internet of Medical Things)</w:t>
      </w:r>
    </w:p>
    <w:p w14:paraId="78CD449B" w14:textId="77777777" w:rsidR="003B64CE" w:rsidRDefault="00000000">
      <w:pPr>
        <w:pStyle w:val="ListBullet"/>
        <w:spacing w:after="50"/>
        <w:ind w:left="198" w:hanging="102"/>
      </w:pPr>
      <w:r>
        <w:rPr>
          <w:sz w:val="17"/>
        </w:rPr>
        <w:t>Cybersecurity</w:t>
      </w:r>
    </w:p>
    <w:p w14:paraId="75CDDBA0" w14:textId="77777777" w:rsidR="003B64CE" w:rsidRDefault="00000000">
      <w:pPr>
        <w:pStyle w:val="Heading2"/>
      </w:pPr>
      <w:r>
        <w:t>Sistem Manajemen Organisasi</w:t>
      </w:r>
    </w:p>
    <w:tbl>
      <w:tblPr>
        <w:tblW w:w="0" w:type="auto"/>
        <w:jc w:val="center"/>
        <w:tblLayout w:type="fixed"/>
        <w:tblLook w:val="04A0" w:firstRow="1" w:lastRow="0" w:firstColumn="1" w:lastColumn="0" w:noHBand="0" w:noVBand="1"/>
      </w:tblPr>
      <w:tblGrid>
        <w:gridCol w:w="4989"/>
        <w:gridCol w:w="5387"/>
        <w:gridCol w:w="211"/>
      </w:tblGrid>
      <w:tr w:rsidR="003B64CE" w14:paraId="6EAC92E5"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756F89EC" w14:textId="77777777" w:rsidR="003B64CE" w:rsidRDefault="00000000">
            <w:pPr>
              <w:spacing w:after="0"/>
            </w:pPr>
            <w:r>
              <w:rPr>
                <w:sz w:val="16"/>
              </w:rPr>
              <w:t>• ERP</w:t>
            </w:r>
          </w:p>
        </w:tc>
        <w:tc>
          <w:tcPr>
            <w:tcW w:w="4989" w:type="dxa"/>
            <w:gridSpan w:val="2"/>
            <w:tcBorders>
              <w:top w:val="nil"/>
              <w:left w:val="nil"/>
              <w:bottom w:val="nil"/>
              <w:right w:val="nil"/>
            </w:tcBorders>
            <w:tcMar>
              <w:top w:w="20" w:type="dxa"/>
              <w:left w:w="70" w:type="dxa"/>
              <w:bottom w:w="20" w:type="dxa"/>
              <w:right w:w="70" w:type="dxa"/>
            </w:tcMar>
            <w:vAlign w:val="center"/>
          </w:tcPr>
          <w:p w14:paraId="530B2C3A" w14:textId="77777777" w:rsidR="003B64CE" w:rsidRDefault="00000000">
            <w:pPr>
              <w:spacing w:after="0"/>
            </w:pPr>
            <w:r>
              <w:rPr>
                <w:sz w:val="16"/>
              </w:rPr>
              <w:t>• Sistem Manajemen Rajal</w:t>
            </w:r>
          </w:p>
        </w:tc>
      </w:tr>
      <w:tr w:rsidR="003B64CE" w14:paraId="76B4C668"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6D8C559F" w14:textId="77777777" w:rsidR="003B64CE" w:rsidRDefault="00000000">
            <w:pPr>
              <w:spacing w:after="0"/>
            </w:pPr>
            <w:r>
              <w:rPr>
                <w:sz w:val="16"/>
              </w:rPr>
              <w:t>• Sistem Manajemen SDM</w:t>
            </w:r>
          </w:p>
        </w:tc>
        <w:tc>
          <w:tcPr>
            <w:tcW w:w="4989" w:type="dxa"/>
            <w:gridSpan w:val="2"/>
            <w:tcBorders>
              <w:top w:val="nil"/>
              <w:left w:val="nil"/>
              <w:bottom w:val="nil"/>
              <w:right w:val="nil"/>
            </w:tcBorders>
            <w:tcMar>
              <w:top w:w="20" w:type="dxa"/>
              <w:left w:w="70" w:type="dxa"/>
              <w:bottom w:w="20" w:type="dxa"/>
              <w:right w:w="70" w:type="dxa"/>
            </w:tcMar>
            <w:vAlign w:val="center"/>
          </w:tcPr>
          <w:p w14:paraId="3BBDAD79" w14:textId="77777777" w:rsidR="003B64CE" w:rsidRDefault="00000000">
            <w:pPr>
              <w:spacing w:after="0"/>
            </w:pPr>
            <w:r>
              <w:rPr>
                <w:sz w:val="16"/>
              </w:rPr>
              <w:t>• Sistem Manajemen Ranap</w:t>
            </w:r>
          </w:p>
        </w:tc>
      </w:tr>
      <w:tr w:rsidR="003B64CE" w14:paraId="68E25C64"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102C809D" w14:textId="77777777" w:rsidR="003B64CE" w:rsidRDefault="00000000">
            <w:pPr>
              <w:spacing w:after="0"/>
            </w:pPr>
            <w:r>
              <w:rPr>
                <w:sz w:val="16"/>
              </w:rPr>
              <w:t>• Sistem Manajemen Keuangan</w:t>
            </w:r>
          </w:p>
        </w:tc>
        <w:tc>
          <w:tcPr>
            <w:tcW w:w="4989" w:type="dxa"/>
            <w:gridSpan w:val="2"/>
            <w:tcBorders>
              <w:top w:val="nil"/>
              <w:left w:val="nil"/>
              <w:bottom w:val="nil"/>
              <w:right w:val="nil"/>
            </w:tcBorders>
            <w:tcMar>
              <w:top w:w="20" w:type="dxa"/>
              <w:left w:w="70" w:type="dxa"/>
              <w:bottom w:w="20" w:type="dxa"/>
              <w:right w:w="70" w:type="dxa"/>
            </w:tcMar>
            <w:vAlign w:val="center"/>
          </w:tcPr>
          <w:p w14:paraId="164ED231" w14:textId="77777777" w:rsidR="003B64CE" w:rsidRDefault="00000000">
            <w:pPr>
              <w:spacing w:after="0"/>
            </w:pPr>
            <w:r>
              <w:rPr>
                <w:sz w:val="16"/>
              </w:rPr>
              <w:t>• Sistem Manajemen Gawat Darurat</w:t>
            </w:r>
          </w:p>
        </w:tc>
      </w:tr>
      <w:tr w:rsidR="003B64CE" w14:paraId="0C0F2141" w14:textId="77777777">
        <w:trPr>
          <w:jc w:val="center"/>
        </w:trPr>
        <w:tc>
          <w:tcPr>
            <w:tcW w:w="4989" w:type="dxa"/>
            <w:tcBorders>
              <w:top w:val="nil"/>
              <w:left w:val="nil"/>
              <w:bottom w:val="nil"/>
              <w:right w:val="nil"/>
            </w:tcBorders>
            <w:tcMar>
              <w:top w:w="20" w:type="dxa"/>
              <w:left w:w="70" w:type="dxa"/>
              <w:bottom w:w="20" w:type="dxa"/>
              <w:right w:w="70" w:type="dxa"/>
            </w:tcMar>
            <w:vAlign w:val="center"/>
          </w:tcPr>
          <w:p w14:paraId="4EFF6A2E" w14:textId="77777777" w:rsidR="003B64CE" w:rsidRDefault="00000000">
            <w:pPr>
              <w:spacing w:after="0"/>
            </w:pPr>
            <w:r>
              <w:rPr>
                <w:sz w:val="16"/>
              </w:rPr>
              <w:t>• Sistem Manajemen Korporat</w:t>
            </w:r>
          </w:p>
        </w:tc>
        <w:tc>
          <w:tcPr>
            <w:tcW w:w="4989" w:type="dxa"/>
            <w:gridSpan w:val="2"/>
            <w:tcBorders>
              <w:top w:val="nil"/>
              <w:left w:val="nil"/>
              <w:bottom w:val="nil"/>
              <w:right w:val="nil"/>
            </w:tcBorders>
            <w:tcMar>
              <w:top w:w="20" w:type="dxa"/>
              <w:left w:w="70" w:type="dxa"/>
              <w:bottom w:w="20" w:type="dxa"/>
              <w:right w:w="70" w:type="dxa"/>
            </w:tcMar>
            <w:vAlign w:val="center"/>
          </w:tcPr>
          <w:p w14:paraId="3799383C" w14:textId="77777777" w:rsidR="003B64CE" w:rsidRDefault="003B64CE">
            <w:pPr>
              <w:spacing w:after="0"/>
            </w:pPr>
          </w:p>
        </w:tc>
      </w:tr>
      <w:tr w:rsidR="003B64CE" w14:paraId="5DCD5ADA" w14:textId="77777777">
        <w:trPr>
          <w:gridAfter w:val="1"/>
          <w:wAfter w:w="211" w:type="dxa"/>
          <w:jc w:val="center"/>
        </w:trPr>
        <w:tc>
          <w:tcPr>
            <w:tcW w:w="10376" w:type="dxa"/>
            <w:gridSpan w:val="2"/>
            <w:tcBorders>
              <w:top w:val="single" w:sz="0" w:space="0" w:color="EAF3FA"/>
              <w:left w:val="single" w:sz="0" w:space="0" w:color="EAF3FA"/>
              <w:bottom w:val="single" w:sz="0" w:space="0" w:color="EAF3FA"/>
              <w:right w:val="single" w:sz="0" w:space="0" w:color="EAF3FA"/>
            </w:tcBorders>
            <w:shd w:val="clear" w:color="auto" w:fill="EAF3FA"/>
            <w:tcMar>
              <w:top w:w="100" w:type="dxa"/>
              <w:left w:w="110" w:type="dxa"/>
              <w:bottom w:w="100" w:type="dxa"/>
              <w:right w:w="110" w:type="dxa"/>
            </w:tcMar>
          </w:tcPr>
          <w:p w14:paraId="3B7B6AB8" w14:textId="77777777" w:rsidR="003B64CE" w:rsidRDefault="00000000">
            <w:pPr>
              <w:spacing w:after="60"/>
            </w:pPr>
            <w:r>
              <w:rPr>
                <w:b/>
                <w:color w:val="1B75BB"/>
                <w:sz w:val="21"/>
              </w:rPr>
              <w:t>Catatan</w:t>
            </w:r>
          </w:p>
          <w:p w14:paraId="08B9DFDA" w14:textId="77777777" w:rsidR="003B64CE" w:rsidRDefault="00000000">
            <w:pPr>
              <w:spacing w:after="0"/>
            </w:pPr>
            <w:r>
              <w:t>Daftar topik bersifat indikatif dan dapat dikembangkan. Satu batch dapat menggabungkan beberapa Juknis sesuai kebutuhan RS, industri, atau instansi.</w:t>
            </w:r>
          </w:p>
        </w:tc>
      </w:tr>
    </w:tbl>
    <w:p w14:paraId="2A2340ED" w14:textId="77777777" w:rsidR="003B64CE" w:rsidRDefault="003B64CE">
      <w:pPr>
        <w:spacing w:after="0"/>
      </w:pPr>
    </w:p>
    <w:p w14:paraId="257E94DF" w14:textId="77777777" w:rsidR="003B64CE" w:rsidRDefault="00000000">
      <w:r>
        <w:br w:type="page"/>
      </w:r>
    </w:p>
    <w:p w14:paraId="04220183" w14:textId="77777777" w:rsidR="003B64CE" w:rsidRDefault="00000000">
      <w:pPr>
        <w:keepNext/>
        <w:spacing w:after="60"/>
      </w:pPr>
      <w:r>
        <w:rPr>
          <w:b/>
          <w:color w:val="0FA27A"/>
          <w:sz w:val="17"/>
        </w:rPr>
        <w:lastRenderedPageBreak/>
        <w:t>PROGRAM 03</w:t>
      </w:r>
    </w:p>
    <w:p w14:paraId="27A0B18B" w14:textId="6D0D5A72" w:rsidR="003B64CE" w:rsidRDefault="00000000">
      <w:pPr>
        <w:pStyle w:val="Heading1"/>
      </w:pPr>
      <w:r>
        <w:t>Topik Spesial - Teknik &amp; Manajemen Pelayanan Kesehatan</w:t>
      </w:r>
    </w:p>
    <w:p w14:paraId="5AC7E8C0" w14:textId="77777777" w:rsidR="003B64CE" w:rsidRDefault="00000000">
      <w:pPr>
        <w:spacing w:after="100" w:line="259" w:lineRule="auto"/>
      </w:pPr>
      <w:r>
        <w:t>Program khusus untuk kebutuhan yang belum tercakup dalam Juknis atau membutuhkan pembahasan lintas disiplin secara cepat dan spesifik. Setiap judul dapat diselenggarakan sebagai seminar, workshop, atau pelatihan terapan.</w:t>
      </w:r>
    </w:p>
    <w:tbl>
      <w:tblPr>
        <w:tblW w:w="0" w:type="auto"/>
        <w:jc w:val="center"/>
        <w:tblLayout w:type="fixed"/>
        <w:tblLook w:val="04A0" w:firstRow="1" w:lastRow="0" w:firstColumn="1" w:lastColumn="0" w:noHBand="0" w:noVBand="1"/>
      </w:tblPr>
      <w:tblGrid>
        <w:gridCol w:w="624"/>
        <w:gridCol w:w="3061"/>
        <w:gridCol w:w="3685"/>
        <w:gridCol w:w="2665"/>
      </w:tblGrid>
      <w:tr w:rsidR="003B64CE" w14:paraId="4C75FAD3" w14:textId="77777777">
        <w:trPr>
          <w:cantSplit/>
          <w:tblHeader/>
          <w:jc w:val="center"/>
        </w:trPr>
        <w:tc>
          <w:tcPr>
            <w:tcW w:w="62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23903FD" w14:textId="77777777" w:rsidR="003B64CE" w:rsidRDefault="00000000">
            <w:pPr>
              <w:spacing w:after="0"/>
              <w:jc w:val="center"/>
            </w:pPr>
            <w:r>
              <w:rPr>
                <w:b/>
                <w:color w:val="FFFFFF"/>
                <w:sz w:val="16"/>
              </w:rPr>
              <w:t>No.</w:t>
            </w:r>
          </w:p>
        </w:tc>
        <w:tc>
          <w:tcPr>
            <w:tcW w:w="306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05ACC84" w14:textId="77777777" w:rsidR="003B64CE" w:rsidRDefault="00000000">
            <w:pPr>
              <w:spacing w:after="0"/>
              <w:jc w:val="center"/>
            </w:pPr>
            <w:r>
              <w:rPr>
                <w:b/>
                <w:color w:val="FFFFFF"/>
                <w:sz w:val="16"/>
              </w:rPr>
              <w:t>Topik</w:t>
            </w:r>
          </w:p>
        </w:tc>
        <w:tc>
          <w:tcPr>
            <w:tcW w:w="368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664A1FE" w14:textId="77777777" w:rsidR="003B64CE" w:rsidRDefault="00000000">
            <w:pPr>
              <w:spacing w:after="0"/>
              <w:jc w:val="center"/>
            </w:pPr>
            <w:r>
              <w:rPr>
                <w:b/>
                <w:color w:val="FFFFFF"/>
                <w:sz w:val="16"/>
              </w:rPr>
              <w:t>Subtopik Inti</w:t>
            </w:r>
          </w:p>
        </w:tc>
        <w:tc>
          <w:tcPr>
            <w:tcW w:w="266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DA77665" w14:textId="77777777" w:rsidR="003B64CE" w:rsidRDefault="00000000">
            <w:pPr>
              <w:spacing w:after="0"/>
              <w:jc w:val="center"/>
            </w:pPr>
            <w:r>
              <w:rPr>
                <w:b/>
                <w:color w:val="FFFFFF"/>
                <w:sz w:val="16"/>
              </w:rPr>
              <w:t>Peserta Sasaran</w:t>
            </w:r>
          </w:p>
        </w:tc>
      </w:tr>
      <w:tr w:rsidR="003B64CE" w14:paraId="34CF7853"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5244D7D" w14:textId="77777777" w:rsidR="003B64CE" w:rsidRDefault="00000000">
            <w:pPr>
              <w:spacing w:after="0"/>
              <w:jc w:val="center"/>
            </w:pPr>
            <w:r>
              <w:rPr>
                <w:sz w:val="16"/>
              </w:rPr>
              <w:t>1</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CBD9046" w14:textId="77777777" w:rsidR="003B64CE" w:rsidRDefault="00000000">
            <w:pPr>
              <w:spacing w:after="0"/>
            </w:pPr>
            <w:r>
              <w:rPr>
                <w:b/>
                <w:sz w:val="16"/>
              </w:rPr>
              <w:t>Analisis manfaat, biaya, dan risiko</w:t>
            </w:r>
          </w:p>
        </w:tc>
        <w:tc>
          <w:tcPr>
            <w:tcW w:w="368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F549B6E" w14:textId="77777777" w:rsidR="003B64CE" w:rsidRPr="003D05DA" w:rsidRDefault="00000000">
            <w:pPr>
              <w:spacing w:after="0"/>
              <w:rPr>
                <w:lang w:val="it-IT"/>
              </w:rPr>
            </w:pPr>
            <w:r w:rsidRPr="003D05DA">
              <w:rPr>
                <w:sz w:val="16"/>
                <w:lang w:val="it-IT"/>
              </w:rPr>
              <w:t>Prioritas investasi; risiko; analisis manfaat dan biaya</w:t>
            </w:r>
          </w:p>
        </w:tc>
        <w:tc>
          <w:tcPr>
            <w:tcW w:w="266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BDBA82B" w14:textId="77777777" w:rsidR="003B64CE" w:rsidRDefault="00000000">
            <w:pPr>
              <w:spacing w:after="0"/>
            </w:pPr>
            <w:proofErr w:type="spellStart"/>
            <w:r>
              <w:rPr>
                <w:sz w:val="16"/>
              </w:rPr>
              <w:t>Direksi</w:t>
            </w:r>
            <w:proofErr w:type="spellEnd"/>
            <w:r>
              <w:rPr>
                <w:sz w:val="16"/>
              </w:rPr>
              <w:t xml:space="preserve">, </w:t>
            </w:r>
            <w:proofErr w:type="spellStart"/>
            <w:r>
              <w:rPr>
                <w:sz w:val="16"/>
              </w:rPr>
              <w:t>keuangan</w:t>
            </w:r>
            <w:proofErr w:type="spellEnd"/>
            <w:r>
              <w:rPr>
                <w:sz w:val="16"/>
              </w:rPr>
              <w:t xml:space="preserve">, </w:t>
            </w:r>
            <w:proofErr w:type="spellStart"/>
            <w:r>
              <w:rPr>
                <w:sz w:val="16"/>
              </w:rPr>
              <w:t>perencana</w:t>
            </w:r>
            <w:proofErr w:type="spellEnd"/>
          </w:p>
        </w:tc>
      </w:tr>
      <w:tr w:rsidR="003B64CE" w14:paraId="5DF44E95"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647E7FD" w14:textId="77777777" w:rsidR="003B64CE" w:rsidRDefault="00000000">
            <w:pPr>
              <w:spacing w:after="0"/>
              <w:jc w:val="center"/>
            </w:pPr>
            <w:r>
              <w:rPr>
                <w:sz w:val="16"/>
              </w:rPr>
              <w:t>2</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F9B9499" w14:textId="77777777" w:rsidR="003B64CE" w:rsidRDefault="00000000">
            <w:pPr>
              <w:spacing w:after="0"/>
            </w:pPr>
            <w:r>
              <w:rPr>
                <w:b/>
                <w:sz w:val="16"/>
              </w:rPr>
              <w:t>Manajemen perubahan</w:t>
            </w:r>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EA09A8E" w14:textId="77777777" w:rsidR="003B64CE" w:rsidRPr="003D05DA" w:rsidRDefault="00000000">
            <w:pPr>
              <w:spacing w:after="0"/>
              <w:rPr>
                <w:lang w:val="it-IT"/>
              </w:rPr>
            </w:pPr>
            <w:r w:rsidRPr="003D05DA">
              <w:rPr>
                <w:sz w:val="16"/>
                <w:lang w:val="it-IT"/>
              </w:rPr>
              <w:t>Kesiapan organisasi; komunikasi; adopsi dan transisi</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25625C9" w14:textId="77777777" w:rsidR="003B64CE" w:rsidRDefault="00000000">
            <w:pPr>
              <w:spacing w:after="0"/>
            </w:pPr>
            <w:proofErr w:type="spellStart"/>
            <w:r>
              <w:rPr>
                <w:sz w:val="16"/>
              </w:rPr>
              <w:t>Direksi</w:t>
            </w:r>
            <w:proofErr w:type="spellEnd"/>
            <w:r>
              <w:rPr>
                <w:sz w:val="16"/>
              </w:rPr>
              <w:t xml:space="preserve">, SDM, </w:t>
            </w:r>
            <w:proofErr w:type="spellStart"/>
            <w:r>
              <w:rPr>
                <w:sz w:val="16"/>
              </w:rPr>
              <w:t>manajemen</w:t>
            </w:r>
            <w:proofErr w:type="spellEnd"/>
          </w:p>
        </w:tc>
      </w:tr>
      <w:tr w:rsidR="003B64CE" w14:paraId="36399FFE"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0779DAC" w14:textId="77777777" w:rsidR="003B64CE" w:rsidRDefault="00000000">
            <w:pPr>
              <w:spacing w:after="0"/>
              <w:jc w:val="center"/>
            </w:pPr>
            <w:r>
              <w:rPr>
                <w:sz w:val="16"/>
              </w:rPr>
              <w:t>3</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7E88669" w14:textId="77777777" w:rsidR="003B64CE" w:rsidRDefault="00000000">
            <w:pPr>
              <w:spacing w:after="0"/>
            </w:pPr>
            <w:r>
              <w:rPr>
                <w:b/>
                <w:sz w:val="16"/>
              </w:rPr>
              <w:t>Pembuatan studi kelayakan</w:t>
            </w:r>
          </w:p>
        </w:tc>
        <w:tc>
          <w:tcPr>
            <w:tcW w:w="368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E792316" w14:textId="77777777" w:rsidR="003B64CE" w:rsidRDefault="00000000">
            <w:pPr>
              <w:spacing w:after="0"/>
            </w:pPr>
            <w:r>
              <w:rPr>
                <w:sz w:val="16"/>
              </w:rPr>
              <w:t>Kebutuhan, pilihan teknis, proyeksi dan kelayakan</w:t>
            </w:r>
          </w:p>
        </w:tc>
        <w:tc>
          <w:tcPr>
            <w:tcW w:w="266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844107F" w14:textId="77777777" w:rsidR="003B64CE" w:rsidRDefault="00000000">
            <w:pPr>
              <w:spacing w:after="0"/>
            </w:pPr>
            <w:r>
              <w:rPr>
                <w:sz w:val="16"/>
              </w:rPr>
              <w:t>Direksi, perencana, proyek</w:t>
            </w:r>
          </w:p>
        </w:tc>
      </w:tr>
      <w:tr w:rsidR="003B64CE" w14:paraId="018697E9"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BBBB487" w14:textId="77777777" w:rsidR="003B64CE" w:rsidRDefault="00000000">
            <w:pPr>
              <w:spacing w:after="0"/>
              <w:jc w:val="center"/>
            </w:pPr>
            <w:r>
              <w:rPr>
                <w:sz w:val="16"/>
              </w:rPr>
              <w:t>4</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B099667" w14:textId="77777777" w:rsidR="003B64CE" w:rsidRDefault="00000000">
            <w:pPr>
              <w:spacing w:after="0"/>
            </w:pPr>
            <w:r>
              <w:rPr>
                <w:b/>
                <w:sz w:val="16"/>
              </w:rPr>
              <w:t>Pembuatan master plan</w:t>
            </w:r>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9DBD4D2" w14:textId="77777777" w:rsidR="003B64CE" w:rsidRDefault="00000000">
            <w:pPr>
              <w:spacing w:after="0"/>
            </w:pPr>
            <w:r>
              <w:rPr>
                <w:sz w:val="16"/>
              </w:rPr>
              <w:t>Proyeksi kapasitas, zonasi, tahapan dan roadmap</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180493E" w14:textId="77777777" w:rsidR="003B64CE" w:rsidRDefault="00000000">
            <w:pPr>
              <w:spacing w:after="0"/>
            </w:pPr>
            <w:r>
              <w:rPr>
                <w:sz w:val="16"/>
              </w:rPr>
              <w:t>Direksi, perencana, teknik</w:t>
            </w:r>
          </w:p>
        </w:tc>
      </w:tr>
      <w:tr w:rsidR="003B64CE" w14:paraId="1FC4150E"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37E6498" w14:textId="77777777" w:rsidR="003B64CE" w:rsidRDefault="00000000">
            <w:pPr>
              <w:spacing w:after="0"/>
              <w:jc w:val="center"/>
            </w:pPr>
            <w:r>
              <w:rPr>
                <w:sz w:val="16"/>
              </w:rPr>
              <w:t>5</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2E5CF5F" w14:textId="77777777" w:rsidR="003B64CE" w:rsidRDefault="00000000">
            <w:pPr>
              <w:spacing w:after="0"/>
            </w:pPr>
            <w:r>
              <w:rPr>
                <w:b/>
                <w:sz w:val="16"/>
              </w:rPr>
              <w:t>Penilaian teknologi kesehatan</w:t>
            </w:r>
          </w:p>
        </w:tc>
        <w:tc>
          <w:tcPr>
            <w:tcW w:w="368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5513EAD" w14:textId="77777777" w:rsidR="003B64CE" w:rsidRDefault="00000000">
            <w:pPr>
              <w:spacing w:after="0"/>
            </w:pPr>
            <w:r>
              <w:rPr>
                <w:sz w:val="16"/>
              </w:rPr>
              <w:t>Efektivitas klinis; teknologi, biaya, dan keselamatan</w:t>
            </w:r>
          </w:p>
        </w:tc>
        <w:tc>
          <w:tcPr>
            <w:tcW w:w="266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8DE35D6" w14:textId="77777777" w:rsidR="003B64CE" w:rsidRDefault="00000000">
            <w:pPr>
              <w:spacing w:after="0"/>
            </w:pPr>
            <w:r>
              <w:rPr>
                <w:sz w:val="16"/>
              </w:rPr>
              <w:t>Manajemen, klinis, elektromedis</w:t>
            </w:r>
          </w:p>
        </w:tc>
      </w:tr>
      <w:tr w:rsidR="003B64CE" w14:paraId="2B8E9653"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0688A69" w14:textId="77777777" w:rsidR="003B64CE" w:rsidRDefault="00000000">
            <w:pPr>
              <w:spacing w:after="0"/>
              <w:jc w:val="center"/>
            </w:pPr>
            <w:r>
              <w:rPr>
                <w:sz w:val="16"/>
              </w:rPr>
              <w:t>6</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592AD33" w14:textId="77777777" w:rsidR="003B64CE" w:rsidRDefault="00000000">
            <w:pPr>
              <w:spacing w:after="0"/>
            </w:pPr>
            <w:r>
              <w:rPr>
                <w:b/>
                <w:sz w:val="16"/>
              </w:rPr>
              <w:t>Pembiayaan</w:t>
            </w:r>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70B22D7" w14:textId="77777777" w:rsidR="003B64CE" w:rsidRDefault="00000000">
            <w:pPr>
              <w:spacing w:after="0"/>
            </w:pPr>
            <w:r>
              <w:rPr>
                <w:sz w:val="16"/>
              </w:rPr>
              <w:t>Sumber pendanaan; investasi, KSO/KPBU dan kelayakan</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1447D7B" w14:textId="77777777" w:rsidR="003B64CE" w:rsidRDefault="00000000">
            <w:pPr>
              <w:spacing w:after="0"/>
            </w:pPr>
            <w:r>
              <w:rPr>
                <w:sz w:val="16"/>
              </w:rPr>
              <w:t>Direksi, keuangan, Pemda</w:t>
            </w:r>
          </w:p>
        </w:tc>
      </w:tr>
      <w:tr w:rsidR="003D05DA" w14:paraId="571F711D"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D421192" w14:textId="22987475" w:rsidR="003D05DA" w:rsidRDefault="003D05DA" w:rsidP="003D05DA">
            <w:pPr>
              <w:spacing w:after="0"/>
              <w:jc w:val="center"/>
              <w:rPr>
                <w:sz w:val="16"/>
              </w:rPr>
            </w:pPr>
            <w:r>
              <w:rPr>
                <w:sz w:val="16"/>
              </w:rPr>
              <w:t>7</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AA8F5F7" w14:textId="4DB883B8" w:rsidR="003D05DA" w:rsidRDefault="003D05DA" w:rsidP="003D05DA">
            <w:pPr>
              <w:spacing w:after="0"/>
              <w:rPr>
                <w:b/>
                <w:sz w:val="16"/>
              </w:rPr>
            </w:pPr>
            <w:proofErr w:type="spellStart"/>
            <w:r>
              <w:rPr>
                <w:b/>
                <w:sz w:val="16"/>
              </w:rPr>
              <w:t>Pembuatan</w:t>
            </w:r>
            <w:proofErr w:type="spellEnd"/>
            <w:r>
              <w:rPr>
                <w:b/>
                <w:sz w:val="16"/>
              </w:rPr>
              <w:t xml:space="preserve"> </w:t>
            </w:r>
            <w:proofErr w:type="spellStart"/>
            <w:r>
              <w:rPr>
                <w:b/>
                <w:sz w:val="16"/>
              </w:rPr>
              <w:t>rencana</w:t>
            </w:r>
            <w:proofErr w:type="spellEnd"/>
            <w:r>
              <w:rPr>
                <w:b/>
                <w:sz w:val="16"/>
              </w:rPr>
              <w:t xml:space="preserve"> </w:t>
            </w:r>
            <w:proofErr w:type="spellStart"/>
            <w:r>
              <w:rPr>
                <w:b/>
                <w:sz w:val="16"/>
              </w:rPr>
              <w:t>bisnis</w:t>
            </w:r>
            <w:proofErr w:type="spellEnd"/>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EF0DC19" w14:textId="3AA2142B" w:rsidR="003D05DA" w:rsidRPr="003D05DA" w:rsidRDefault="003D05DA" w:rsidP="003D05DA">
            <w:pPr>
              <w:spacing w:after="0"/>
              <w:rPr>
                <w:sz w:val="16"/>
                <w:lang w:val="it-IT"/>
              </w:rPr>
            </w:pPr>
            <w:r w:rsidRPr="003D05DA">
              <w:rPr>
                <w:sz w:val="16"/>
                <w:lang w:val="it-IT"/>
              </w:rPr>
              <w:t>Model bisnis, pendapatan, efisiensi dan KPI</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9387CFB" w14:textId="76EC85CB" w:rsidR="003D05DA" w:rsidRDefault="003D05DA" w:rsidP="003D05DA">
            <w:pPr>
              <w:spacing w:after="0"/>
              <w:rPr>
                <w:sz w:val="16"/>
              </w:rPr>
            </w:pPr>
            <w:proofErr w:type="spellStart"/>
            <w:r>
              <w:rPr>
                <w:sz w:val="16"/>
              </w:rPr>
              <w:t>Direksi</w:t>
            </w:r>
            <w:proofErr w:type="spellEnd"/>
            <w:r>
              <w:rPr>
                <w:sz w:val="16"/>
              </w:rPr>
              <w:t xml:space="preserve">, </w:t>
            </w:r>
            <w:proofErr w:type="spellStart"/>
            <w:r>
              <w:rPr>
                <w:sz w:val="16"/>
              </w:rPr>
              <w:t>keuangan</w:t>
            </w:r>
            <w:proofErr w:type="spellEnd"/>
            <w:r>
              <w:rPr>
                <w:sz w:val="16"/>
              </w:rPr>
              <w:t xml:space="preserve">, </w:t>
            </w:r>
            <w:proofErr w:type="spellStart"/>
            <w:r>
              <w:rPr>
                <w:sz w:val="16"/>
              </w:rPr>
              <w:t>bisnis</w:t>
            </w:r>
            <w:proofErr w:type="spellEnd"/>
          </w:p>
        </w:tc>
      </w:tr>
      <w:tr w:rsidR="003D05DA" w14:paraId="0AA3D3DF"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9291456" w14:textId="6AD5A438" w:rsidR="003D05DA" w:rsidRDefault="003D05DA" w:rsidP="003D05DA">
            <w:pPr>
              <w:spacing w:after="0"/>
              <w:jc w:val="center"/>
              <w:rPr>
                <w:sz w:val="16"/>
              </w:rPr>
            </w:pPr>
            <w:r>
              <w:rPr>
                <w:sz w:val="16"/>
              </w:rPr>
              <w:t>8</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7FDE788" w14:textId="2109F2B4" w:rsidR="003D05DA" w:rsidRDefault="003D05DA" w:rsidP="003D05DA">
            <w:pPr>
              <w:spacing w:after="0"/>
              <w:rPr>
                <w:b/>
                <w:sz w:val="16"/>
              </w:rPr>
            </w:pPr>
            <w:proofErr w:type="spellStart"/>
            <w:r>
              <w:rPr>
                <w:b/>
                <w:sz w:val="16"/>
              </w:rPr>
              <w:t>Pengembangan</w:t>
            </w:r>
            <w:proofErr w:type="spellEnd"/>
            <w:r>
              <w:rPr>
                <w:b/>
                <w:sz w:val="16"/>
              </w:rPr>
              <w:t xml:space="preserve"> </w:t>
            </w:r>
            <w:proofErr w:type="spellStart"/>
            <w:r>
              <w:rPr>
                <w:b/>
                <w:sz w:val="16"/>
              </w:rPr>
              <w:t>jejaring</w:t>
            </w:r>
            <w:proofErr w:type="spellEnd"/>
            <w:r>
              <w:rPr>
                <w:b/>
                <w:sz w:val="16"/>
              </w:rPr>
              <w:t xml:space="preserve"> </w:t>
            </w:r>
            <w:proofErr w:type="spellStart"/>
            <w:r>
              <w:rPr>
                <w:b/>
                <w:sz w:val="16"/>
              </w:rPr>
              <w:t>nasional</w:t>
            </w:r>
            <w:proofErr w:type="spellEnd"/>
            <w:r>
              <w:rPr>
                <w:b/>
                <w:sz w:val="16"/>
              </w:rPr>
              <w:t xml:space="preserve"> dan </w:t>
            </w:r>
            <w:proofErr w:type="spellStart"/>
            <w:r>
              <w:rPr>
                <w:b/>
                <w:sz w:val="16"/>
              </w:rPr>
              <w:t>internasional</w:t>
            </w:r>
            <w:proofErr w:type="spellEnd"/>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2A82066" w14:textId="15B0AEB2" w:rsidR="003D05DA" w:rsidRPr="003D05DA" w:rsidRDefault="003D05DA" w:rsidP="003D05DA">
            <w:pPr>
              <w:spacing w:after="0"/>
              <w:rPr>
                <w:sz w:val="16"/>
                <w:lang w:val="it-IT"/>
              </w:rPr>
            </w:pPr>
            <w:r w:rsidRPr="003D05DA">
              <w:rPr>
                <w:sz w:val="16"/>
                <w:lang w:val="it-IT"/>
              </w:rPr>
              <w:t>Kerja sama lintas institusi; kolaborasi nasional-global</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6EFDAA6" w14:textId="362AAB32" w:rsidR="003D05DA" w:rsidRDefault="003D05DA" w:rsidP="003D05DA">
            <w:pPr>
              <w:spacing w:after="0"/>
              <w:rPr>
                <w:sz w:val="16"/>
              </w:rPr>
            </w:pPr>
            <w:proofErr w:type="spellStart"/>
            <w:r>
              <w:rPr>
                <w:sz w:val="16"/>
              </w:rPr>
              <w:t>Direksi</w:t>
            </w:r>
            <w:proofErr w:type="spellEnd"/>
            <w:r>
              <w:rPr>
                <w:sz w:val="16"/>
              </w:rPr>
              <w:t xml:space="preserve">, </w:t>
            </w:r>
            <w:proofErr w:type="spellStart"/>
            <w:r>
              <w:rPr>
                <w:sz w:val="16"/>
              </w:rPr>
              <w:t>Dinkes</w:t>
            </w:r>
            <w:proofErr w:type="spellEnd"/>
            <w:r>
              <w:rPr>
                <w:sz w:val="16"/>
              </w:rPr>
              <w:t xml:space="preserve">, </w:t>
            </w:r>
            <w:proofErr w:type="spellStart"/>
            <w:r>
              <w:rPr>
                <w:sz w:val="16"/>
              </w:rPr>
              <w:t>Pemda</w:t>
            </w:r>
            <w:proofErr w:type="spellEnd"/>
          </w:p>
        </w:tc>
      </w:tr>
      <w:tr w:rsidR="003D05DA" w14:paraId="26EFCEC7"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D9AF9DF" w14:textId="1DF67069" w:rsidR="003D05DA" w:rsidRDefault="003D05DA" w:rsidP="003D05DA">
            <w:pPr>
              <w:spacing w:after="0"/>
              <w:jc w:val="center"/>
              <w:rPr>
                <w:sz w:val="16"/>
              </w:rPr>
            </w:pPr>
            <w:r>
              <w:rPr>
                <w:sz w:val="16"/>
              </w:rPr>
              <w:t>9</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D709715" w14:textId="12433E6B" w:rsidR="003D05DA" w:rsidRDefault="003D05DA" w:rsidP="003D05DA">
            <w:pPr>
              <w:spacing w:after="0"/>
              <w:rPr>
                <w:b/>
                <w:sz w:val="16"/>
              </w:rPr>
            </w:pPr>
            <w:proofErr w:type="spellStart"/>
            <w:r>
              <w:rPr>
                <w:b/>
                <w:sz w:val="16"/>
              </w:rPr>
              <w:t>Analisis</w:t>
            </w:r>
            <w:proofErr w:type="spellEnd"/>
            <w:r>
              <w:rPr>
                <w:b/>
                <w:sz w:val="16"/>
              </w:rPr>
              <w:t xml:space="preserve"> dan strategi </w:t>
            </w:r>
            <w:proofErr w:type="spellStart"/>
            <w:r>
              <w:rPr>
                <w:b/>
                <w:sz w:val="16"/>
              </w:rPr>
              <w:t>penerapan</w:t>
            </w:r>
            <w:proofErr w:type="spellEnd"/>
            <w:r>
              <w:rPr>
                <w:b/>
                <w:sz w:val="16"/>
              </w:rPr>
              <w:t xml:space="preserve"> </w:t>
            </w:r>
            <w:proofErr w:type="spellStart"/>
            <w:r>
              <w:rPr>
                <w:b/>
                <w:sz w:val="16"/>
              </w:rPr>
              <w:t>kecerdasan</w:t>
            </w:r>
            <w:proofErr w:type="spellEnd"/>
            <w:r>
              <w:rPr>
                <w:b/>
                <w:sz w:val="16"/>
              </w:rPr>
              <w:t xml:space="preserve"> </w:t>
            </w:r>
            <w:proofErr w:type="spellStart"/>
            <w:r>
              <w:rPr>
                <w:b/>
                <w:sz w:val="16"/>
              </w:rPr>
              <w:t>buatan</w:t>
            </w:r>
            <w:proofErr w:type="spellEnd"/>
            <w:r>
              <w:rPr>
                <w:b/>
                <w:sz w:val="16"/>
              </w:rPr>
              <w:t xml:space="preserve"> (AI)</w:t>
            </w:r>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360EDE0" w14:textId="38BE5348" w:rsidR="003D05DA" w:rsidRDefault="003D05DA" w:rsidP="003D05DA">
            <w:pPr>
              <w:spacing w:after="0"/>
              <w:rPr>
                <w:sz w:val="16"/>
              </w:rPr>
            </w:pPr>
            <w:proofErr w:type="spellStart"/>
            <w:r>
              <w:rPr>
                <w:sz w:val="16"/>
              </w:rPr>
              <w:t>Prioritas</w:t>
            </w:r>
            <w:proofErr w:type="spellEnd"/>
            <w:r>
              <w:rPr>
                <w:sz w:val="16"/>
              </w:rPr>
              <w:t xml:space="preserve"> use-case AI; </w:t>
            </w:r>
            <w:proofErr w:type="spellStart"/>
            <w:r>
              <w:rPr>
                <w:sz w:val="16"/>
              </w:rPr>
              <w:t>kesiapan</w:t>
            </w:r>
            <w:proofErr w:type="spellEnd"/>
            <w:r>
              <w:rPr>
                <w:sz w:val="16"/>
              </w:rPr>
              <w:t xml:space="preserve"> data; tata </w:t>
            </w:r>
            <w:proofErr w:type="spellStart"/>
            <w:r>
              <w:rPr>
                <w:sz w:val="16"/>
              </w:rPr>
              <w:t>kelola</w:t>
            </w:r>
            <w:proofErr w:type="spellEnd"/>
            <w:r>
              <w:rPr>
                <w:sz w:val="16"/>
              </w:rPr>
              <w:t xml:space="preserve"> </w:t>
            </w:r>
            <w:proofErr w:type="spellStart"/>
            <w:r>
              <w:rPr>
                <w:sz w:val="16"/>
              </w:rPr>
              <w:t>risiko</w:t>
            </w:r>
            <w:proofErr w:type="spellEnd"/>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8927DC4" w14:textId="788DC4C6" w:rsidR="003D05DA" w:rsidRDefault="003D05DA" w:rsidP="003D05DA">
            <w:pPr>
              <w:spacing w:after="0"/>
              <w:rPr>
                <w:sz w:val="16"/>
              </w:rPr>
            </w:pPr>
            <w:proofErr w:type="spellStart"/>
            <w:r>
              <w:rPr>
                <w:sz w:val="16"/>
              </w:rPr>
              <w:t>Direksi</w:t>
            </w:r>
            <w:proofErr w:type="spellEnd"/>
            <w:r>
              <w:rPr>
                <w:sz w:val="16"/>
              </w:rPr>
              <w:t xml:space="preserve">, IT/SIMRS, </w:t>
            </w:r>
            <w:proofErr w:type="spellStart"/>
            <w:r>
              <w:rPr>
                <w:sz w:val="16"/>
              </w:rPr>
              <w:t>klinis</w:t>
            </w:r>
            <w:proofErr w:type="spellEnd"/>
          </w:p>
        </w:tc>
      </w:tr>
      <w:tr w:rsidR="003D05DA" w14:paraId="58628C1B"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03BC7A9" w14:textId="71C2D50A" w:rsidR="003D05DA" w:rsidRDefault="003D05DA" w:rsidP="003D05DA">
            <w:pPr>
              <w:spacing w:after="0"/>
              <w:jc w:val="center"/>
              <w:rPr>
                <w:sz w:val="16"/>
              </w:rPr>
            </w:pPr>
            <w:r>
              <w:rPr>
                <w:sz w:val="16"/>
              </w:rPr>
              <w:t>10</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067989A" w14:textId="5A73DD3D" w:rsidR="003D05DA" w:rsidRDefault="003D05DA" w:rsidP="003D05DA">
            <w:pPr>
              <w:spacing w:after="0"/>
              <w:rPr>
                <w:b/>
                <w:sz w:val="16"/>
              </w:rPr>
            </w:pPr>
            <w:proofErr w:type="spellStart"/>
            <w:r>
              <w:rPr>
                <w:b/>
                <w:sz w:val="16"/>
              </w:rPr>
              <w:t>Pengenalan</w:t>
            </w:r>
            <w:proofErr w:type="spellEnd"/>
            <w:r>
              <w:rPr>
                <w:b/>
                <w:sz w:val="16"/>
              </w:rPr>
              <w:t xml:space="preserve"> </w:t>
            </w:r>
            <w:proofErr w:type="spellStart"/>
            <w:r>
              <w:rPr>
                <w:b/>
                <w:sz w:val="16"/>
              </w:rPr>
              <w:t>teknologi</w:t>
            </w:r>
            <w:proofErr w:type="spellEnd"/>
            <w:r>
              <w:rPr>
                <w:b/>
                <w:sz w:val="16"/>
              </w:rPr>
              <w:t xml:space="preserve"> </w:t>
            </w:r>
            <w:proofErr w:type="spellStart"/>
            <w:r>
              <w:rPr>
                <w:b/>
                <w:sz w:val="16"/>
              </w:rPr>
              <w:t>baru</w:t>
            </w:r>
            <w:proofErr w:type="spellEnd"/>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1562F99" w14:textId="29FB49B3" w:rsidR="003D05DA" w:rsidRPr="003D05DA" w:rsidRDefault="003D05DA" w:rsidP="003D05DA">
            <w:pPr>
              <w:spacing w:after="0"/>
              <w:rPr>
                <w:sz w:val="16"/>
                <w:lang w:val="it-IT"/>
              </w:rPr>
            </w:pPr>
            <w:r w:rsidRPr="003D05DA">
              <w:rPr>
                <w:sz w:val="16"/>
                <w:lang w:val="it-IT"/>
              </w:rPr>
              <w:t>Pemilihan dan adopsi inovasi teknologi rumah sakit</w:t>
            </w:r>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26CF0E6" w14:textId="28471805" w:rsidR="003D05DA" w:rsidRDefault="003D05DA" w:rsidP="003D05DA">
            <w:pPr>
              <w:spacing w:after="0"/>
              <w:rPr>
                <w:sz w:val="16"/>
              </w:rPr>
            </w:pPr>
            <w:r>
              <w:rPr>
                <w:sz w:val="16"/>
              </w:rPr>
              <w:t xml:space="preserve">IT, </w:t>
            </w:r>
            <w:proofErr w:type="spellStart"/>
            <w:r>
              <w:rPr>
                <w:sz w:val="16"/>
              </w:rPr>
              <w:t>teknis</w:t>
            </w:r>
            <w:proofErr w:type="spellEnd"/>
            <w:r>
              <w:rPr>
                <w:sz w:val="16"/>
              </w:rPr>
              <w:t xml:space="preserve">, </w:t>
            </w:r>
            <w:proofErr w:type="spellStart"/>
            <w:r>
              <w:rPr>
                <w:sz w:val="16"/>
              </w:rPr>
              <w:t>pengadaan</w:t>
            </w:r>
            <w:proofErr w:type="spellEnd"/>
          </w:p>
        </w:tc>
      </w:tr>
      <w:tr w:rsidR="003D05DA" w14:paraId="0C7D6CFD"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73DF3D1" w14:textId="4A712FF0" w:rsidR="003D05DA" w:rsidRDefault="003D05DA" w:rsidP="003D05DA">
            <w:pPr>
              <w:spacing w:after="0"/>
              <w:jc w:val="center"/>
              <w:rPr>
                <w:sz w:val="16"/>
              </w:rPr>
            </w:pPr>
            <w:r>
              <w:rPr>
                <w:sz w:val="16"/>
              </w:rPr>
              <w:t>11</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EBF978E" w14:textId="7348E5E6" w:rsidR="003D05DA" w:rsidRDefault="003D05DA" w:rsidP="003D05DA">
            <w:pPr>
              <w:spacing w:after="0"/>
              <w:rPr>
                <w:b/>
                <w:sz w:val="16"/>
              </w:rPr>
            </w:pPr>
            <w:proofErr w:type="spellStart"/>
            <w:r>
              <w:rPr>
                <w:b/>
                <w:sz w:val="16"/>
              </w:rPr>
              <w:t>Permasalahan</w:t>
            </w:r>
            <w:proofErr w:type="spellEnd"/>
            <w:r>
              <w:rPr>
                <w:b/>
                <w:sz w:val="16"/>
              </w:rPr>
              <w:t xml:space="preserve"> dan </w:t>
            </w:r>
            <w:proofErr w:type="spellStart"/>
            <w:r>
              <w:rPr>
                <w:b/>
                <w:sz w:val="16"/>
              </w:rPr>
              <w:t>solusi</w:t>
            </w:r>
            <w:proofErr w:type="spellEnd"/>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725FB61" w14:textId="4EA88EFB" w:rsidR="003D05DA" w:rsidRDefault="003D05DA" w:rsidP="003D05DA">
            <w:pPr>
              <w:spacing w:after="0"/>
              <w:rPr>
                <w:sz w:val="16"/>
              </w:rPr>
            </w:pPr>
            <w:proofErr w:type="spellStart"/>
            <w:r>
              <w:rPr>
                <w:sz w:val="16"/>
              </w:rPr>
              <w:t>Analisis</w:t>
            </w:r>
            <w:proofErr w:type="spellEnd"/>
            <w:r>
              <w:rPr>
                <w:sz w:val="16"/>
              </w:rPr>
              <w:t xml:space="preserve"> </w:t>
            </w:r>
            <w:proofErr w:type="spellStart"/>
            <w:r>
              <w:rPr>
                <w:sz w:val="16"/>
              </w:rPr>
              <w:t>akar</w:t>
            </w:r>
            <w:proofErr w:type="spellEnd"/>
            <w:r>
              <w:rPr>
                <w:sz w:val="16"/>
              </w:rPr>
              <w:t xml:space="preserve"> </w:t>
            </w:r>
            <w:proofErr w:type="spellStart"/>
            <w:r>
              <w:rPr>
                <w:sz w:val="16"/>
              </w:rPr>
              <w:t>masalah</w:t>
            </w:r>
            <w:proofErr w:type="spellEnd"/>
            <w:r>
              <w:rPr>
                <w:sz w:val="16"/>
              </w:rPr>
              <w:t xml:space="preserve">; </w:t>
            </w:r>
            <w:proofErr w:type="spellStart"/>
            <w:r>
              <w:rPr>
                <w:sz w:val="16"/>
              </w:rPr>
              <w:t>desain</w:t>
            </w:r>
            <w:proofErr w:type="spellEnd"/>
            <w:r>
              <w:rPr>
                <w:sz w:val="16"/>
              </w:rPr>
              <w:t xml:space="preserve"> </w:t>
            </w:r>
            <w:proofErr w:type="spellStart"/>
            <w:r>
              <w:rPr>
                <w:sz w:val="16"/>
              </w:rPr>
              <w:t>tindakan</w:t>
            </w:r>
            <w:proofErr w:type="spellEnd"/>
            <w:r>
              <w:rPr>
                <w:sz w:val="16"/>
              </w:rPr>
              <w:t xml:space="preserve"> </w:t>
            </w:r>
            <w:proofErr w:type="spellStart"/>
            <w:r>
              <w:rPr>
                <w:sz w:val="16"/>
              </w:rPr>
              <w:t>koreksi</w:t>
            </w:r>
            <w:proofErr w:type="spellEnd"/>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7297514" w14:textId="338218B6" w:rsidR="003D05DA" w:rsidRDefault="003D05DA" w:rsidP="003D05DA">
            <w:pPr>
              <w:spacing w:after="0"/>
              <w:rPr>
                <w:sz w:val="16"/>
              </w:rPr>
            </w:pPr>
            <w:proofErr w:type="spellStart"/>
            <w:r>
              <w:rPr>
                <w:sz w:val="16"/>
              </w:rPr>
              <w:t>Manajemen</w:t>
            </w:r>
            <w:proofErr w:type="spellEnd"/>
            <w:r>
              <w:rPr>
                <w:sz w:val="16"/>
              </w:rPr>
              <w:t xml:space="preserve">, IPSRS, </w:t>
            </w:r>
            <w:proofErr w:type="spellStart"/>
            <w:r>
              <w:rPr>
                <w:sz w:val="16"/>
              </w:rPr>
              <w:t>klinis</w:t>
            </w:r>
            <w:proofErr w:type="spellEnd"/>
          </w:p>
        </w:tc>
      </w:tr>
      <w:tr w:rsidR="003D05DA" w14:paraId="48BCBD01" w14:textId="77777777">
        <w:trPr>
          <w:cantSplit/>
          <w:jc w:val="center"/>
        </w:trPr>
        <w:tc>
          <w:tcPr>
            <w:tcW w:w="62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8578E10" w14:textId="10885B0B" w:rsidR="003D05DA" w:rsidRDefault="003D05DA" w:rsidP="003D05DA">
            <w:pPr>
              <w:spacing w:after="0"/>
              <w:jc w:val="center"/>
              <w:rPr>
                <w:sz w:val="16"/>
              </w:rPr>
            </w:pPr>
            <w:r>
              <w:rPr>
                <w:sz w:val="16"/>
              </w:rPr>
              <w:t>12</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1F1CEAF" w14:textId="5A197821" w:rsidR="003D05DA" w:rsidRDefault="003D05DA" w:rsidP="003D05DA">
            <w:pPr>
              <w:spacing w:after="0"/>
              <w:rPr>
                <w:b/>
                <w:sz w:val="16"/>
              </w:rPr>
            </w:pPr>
            <w:proofErr w:type="spellStart"/>
            <w:r>
              <w:rPr>
                <w:b/>
                <w:sz w:val="16"/>
              </w:rPr>
              <w:t>Transformasi</w:t>
            </w:r>
            <w:proofErr w:type="spellEnd"/>
            <w:r>
              <w:rPr>
                <w:b/>
                <w:sz w:val="16"/>
              </w:rPr>
              <w:t xml:space="preserve"> </w:t>
            </w:r>
            <w:proofErr w:type="spellStart"/>
            <w:r>
              <w:rPr>
                <w:b/>
                <w:sz w:val="16"/>
              </w:rPr>
              <w:t>dari</w:t>
            </w:r>
            <w:proofErr w:type="spellEnd"/>
            <w:r>
              <w:rPr>
                <w:b/>
                <w:sz w:val="16"/>
              </w:rPr>
              <w:t xml:space="preserve"> </w:t>
            </w:r>
            <w:proofErr w:type="spellStart"/>
            <w:r>
              <w:rPr>
                <w:b/>
                <w:sz w:val="16"/>
              </w:rPr>
              <w:t>rumah</w:t>
            </w:r>
            <w:proofErr w:type="spellEnd"/>
            <w:r>
              <w:rPr>
                <w:b/>
                <w:sz w:val="16"/>
              </w:rPr>
              <w:t xml:space="preserve"> </w:t>
            </w:r>
            <w:proofErr w:type="spellStart"/>
            <w:r>
              <w:rPr>
                <w:b/>
                <w:sz w:val="16"/>
              </w:rPr>
              <w:t>sakit</w:t>
            </w:r>
            <w:proofErr w:type="spellEnd"/>
            <w:r>
              <w:rPr>
                <w:b/>
                <w:sz w:val="16"/>
              </w:rPr>
              <w:t xml:space="preserve"> </w:t>
            </w:r>
            <w:proofErr w:type="spellStart"/>
            <w:r>
              <w:rPr>
                <w:b/>
                <w:sz w:val="16"/>
              </w:rPr>
              <w:t>rugi</w:t>
            </w:r>
            <w:proofErr w:type="spellEnd"/>
            <w:r>
              <w:rPr>
                <w:b/>
                <w:sz w:val="16"/>
              </w:rPr>
              <w:t xml:space="preserve"> </w:t>
            </w:r>
            <w:proofErr w:type="spellStart"/>
            <w:r>
              <w:rPr>
                <w:b/>
                <w:sz w:val="16"/>
              </w:rPr>
              <w:t>menjadi</w:t>
            </w:r>
            <w:proofErr w:type="spellEnd"/>
            <w:r>
              <w:rPr>
                <w:b/>
                <w:sz w:val="16"/>
              </w:rPr>
              <w:t xml:space="preserve"> Smart Hospital </w:t>
            </w:r>
            <w:proofErr w:type="spellStart"/>
            <w:r>
              <w:rPr>
                <w:b/>
                <w:sz w:val="16"/>
              </w:rPr>
              <w:t>berkelanjutan</w:t>
            </w:r>
            <w:proofErr w:type="spellEnd"/>
          </w:p>
        </w:tc>
        <w:tc>
          <w:tcPr>
            <w:tcW w:w="368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492E55D" w14:textId="1E22809A" w:rsidR="003D05DA" w:rsidRDefault="003D05DA" w:rsidP="003D05DA">
            <w:pPr>
              <w:spacing w:after="0"/>
              <w:rPr>
                <w:sz w:val="16"/>
              </w:rPr>
            </w:pPr>
            <w:proofErr w:type="spellStart"/>
            <w:r>
              <w:rPr>
                <w:sz w:val="16"/>
              </w:rPr>
              <w:t>Restrukturisasi</w:t>
            </w:r>
            <w:proofErr w:type="spellEnd"/>
            <w:r>
              <w:rPr>
                <w:sz w:val="16"/>
              </w:rPr>
              <w:t xml:space="preserve"> dan roadmap </w:t>
            </w:r>
            <w:proofErr w:type="spellStart"/>
            <w:r>
              <w:rPr>
                <w:sz w:val="16"/>
              </w:rPr>
              <w:t>keberlanjutan</w:t>
            </w:r>
            <w:proofErr w:type="spellEnd"/>
            <w:r>
              <w:rPr>
                <w:sz w:val="16"/>
              </w:rPr>
              <w:t xml:space="preserve"> </w:t>
            </w:r>
            <w:proofErr w:type="spellStart"/>
            <w:r>
              <w:rPr>
                <w:sz w:val="16"/>
              </w:rPr>
              <w:t>rumah</w:t>
            </w:r>
            <w:proofErr w:type="spellEnd"/>
            <w:r>
              <w:rPr>
                <w:sz w:val="16"/>
              </w:rPr>
              <w:t xml:space="preserve"> </w:t>
            </w:r>
            <w:proofErr w:type="spellStart"/>
            <w:r>
              <w:rPr>
                <w:sz w:val="16"/>
              </w:rPr>
              <w:t>sakit</w:t>
            </w:r>
            <w:proofErr w:type="spellEnd"/>
          </w:p>
        </w:tc>
        <w:tc>
          <w:tcPr>
            <w:tcW w:w="266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276202A" w14:textId="2CAC5C07" w:rsidR="003D05DA" w:rsidRDefault="003D05DA" w:rsidP="003D05DA">
            <w:pPr>
              <w:spacing w:after="0"/>
              <w:rPr>
                <w:sz w:val="16"/>
              </w:rPr>
            </w:pPr>
            <w:proofErr w:type="spellStart"/>
            <w:r>
              <w:rPr>
                <w:sz w:val="16"/>
              </w:rPr>
              <w:t>Direksi</w:t>
            </w:r>
            <w:proofErr w:type="spellEnd"/>
            <w:r>
              <w:rPr>
                <w:sz w:val="16"/>
              </w:rPr>
              <w:t xml:space="preserve">, </w:t>
            </w:r>
            <w:proofErr w:type="spellStart"/>
            <w:r>
              <w:rPr>
                <w:sz w:val="16"/>
              </w:rPr>
              <w:t>manajemen</w:t>
            </w:r>
            <w:proofErr w:type="spellEnd"/>
            <w:r>
              <w:rPr>
                <w:sz w:val="16"/>
              </w:rPr>
              <w:t xml:space="preserve">, </w:t>
            </w:r>
            <w:proofErr w:type="spellStart"/>
            <w:r>
              <w:rPr>
                <w:sz w:val="16"/>
              </w:rPr>
              <w:t>Pemda</w:t>
            </w:r>
            <w:proofErr w:type="spellEnd"/>
          </w:p>
        </w:tc>
      </w:tr>
    </w:tbl>
    <w:p w14:paraId="746A3BC0" w14:textId="096B1724" w:rsidR="003B64CE" w:rsidRDefault="003B64CE" w:rsidP="003D05DA"/>
    <w:p w14:paraId="4F0E1796" w14:textId="77777777" w:rsidR="003D05DA" w:rsidRDefault="003D05DA" w:rsidP="003D05DA">
      <w:pPr>
        <w:pStyle w:val="Heading2"/>
      </w:pPr>
      <w:r>
        <w:t>Paket Program</w:t>
      </w:r>
    </w:p>
    <w:tbl>
      <w:tblPr>
        <w:tblW w:w="0" w:type="auto"/>
        <w:jc w:val="center"/>
        <w:tblLayout w:type="fixed"/>
        <w:tblLook w:val="04A0" w:firstRow="1" w:lastRow="0" w:firstColumn="1" w:lastColumn="0" w:noHBand="0" w:noVBand="1"/>
      </w:tblPr>
      <w:tblGrid>
        <w:gridCol w:w="1417"/>
        <w:gridCol w:w="2835"/>
        <w:gridCol w:w="2551"/>
        <w:gridCol w:w="3573"/>
        <w:gridCol w:w="211"/>
      </w:tblGrid>
      <w:tr w:rsidR="003D05DA" w14:paraId="4008AED0" w14:textId="77777777" w:rsidTr="00426D0A">
        <w:trPr>
          <w:cantSplit/>
          <w:tblHeader/>
          <w:jc w:val="center"/>
        </w:trPr>
        <w:tc>
          <w:tcPr>
            <w:tcW w:w="141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AABBAA5" w14:textId="77777777" w:rsidR="003D05DA" w:rsidRDefault="003D05DA" w:rsidP="00426D0A">
            <w:pPr>
              <w:spacing w:after="0"/>
              <w:jc w:val="center"/>
            </w:pPr>
            <w:r>
              <w:rPr>
                <w:b/>
                <w:color w:val="FFFFFF"/>
                <w:sz w:val="16"/>
              </w:rPr>
              <w:t>Paket</w:t>
            </w:r>
          </w:p>
        </w:tc>
        <w:tc>
          <w:tcPr>
            <w:tcW w:w="283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9242E05" w14:textId="77777777" w:rsidR="003D05DA" w:rsidRDefault="003D05DA" w:rsidP="00426D0A">
            <w:pPr>
              <w:spacing w:after="0"/>
              <w:jc w:val="center"/>
            </w:pPr>
            <w:proofErr w:type="spellStart"/>
            <w:r>
              <w:rPr>
                <w:b/>
                <w:color w:val="FFFFFF"/>
                <w:sz w:val="16"/>
              </w:rPr>
              <w:t>Investasi</w:t>
            </w:r>
            <w:proofErr w:type="spellEnd"/>
          </w:p>
        </w:tc>
        <w:tc>
          <w:tcPr>
            <w:tcW w:w="255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C066D1A" w14:textId="77777777" w:rsidR="003D05DA" w:rsidRDefault="003D05DA" w:rsidP="00426D0A">
            <w:pPr>
              <w:spacing w:after="0"/>
              <w:jc w:val="center"/>
            </w:pPr>
            <w:r>
              <w:rPr>
                <w:b/>
                <w:color w:val="FFFFFF"/>
                <w:sz w:val="16"/>
              </w:rPr>
              <w:t>Venue/Logistik</w:t>
            </w:r>
          </w:p>
        </w:tc>
        <w:tc>
          <w:tcPr>
            <w:tcW w:w="3231" w:type="dxa"/>
            <w:gridSpan w:val="2"/>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D945EE0" w14:textId="77777777" w:rsidR="003D05DA" w:rsidRDefault="003D05DA" w:rsidP="00426D0A">
            <w:pPr>
              <w:spacing w:after="0"/>
              <w:jc w:val="center"/>
            </w:pPr>
            <w:proofErr w:type="spellStart"/>
            <w:r>
              <w:rPr>
                <w:b/>
                <w:color w:val="FFFFFF"/>
                <w:sz w:val="16"/>
              </w:rPr>
              <w:t>Keterangan</w:t>
            </w:r>
            <w:proofErr w:type="spellEnd"/>
          </w:p>
        </w:tc>
      </w:tr>
      <w:tr w:rsidR="003D05DA" w14:paraId="5D5BBF3E" w14:textId="77777777" w:rsidTr="00426D0A">
        <w:trPr>
          <w:cantSplit/>
          <w:jc w:val="center"/>
        </w:trPr>
        <w:tc>
          <w:tcPr>
            <w:tcW w:w="141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82729B8" w14:textId="77777777" w:rsidR="003D05DA" w:rsidRDefault="003D05DA" w:rsidP="00426D0A">
            <w:pPr>
              <w:spacing w:after="0"/>
            </w:pPr>
            <w:r>
              <w:rPr>
                <w:sz w:val="16"/>
              </w:rPr>
              <w:t>Paket A</w:t>
            </w:r>
          </w:p>
        </w:tc>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1784E9D" w14:textId="77777777" w:rsidR="003D05DA" w:rsidRDefault="003D05DA" w:rsidP="00426D0A">
            <w:pPr>
              <w:spacing w:after="0"/>
            </w:pPr>
            <w:proofErr w:type="spellStart"/>
            <w:r>
              <w:rPr>
                <w:sz w:val="16"/>
              </w:rPr>
              <w:t>Mulai</w:t>
            </w:r>
            <w:proofErr w:type="spellEnd"/>
            <w:r>
              <w:rPr>
                <w:sz w:val="16"/>
              </w:rPr>
              <w:t xml:space="preserve"> Rp100.000.000/program</w:t>
            </w:r>
          </w:p>
        </w:tc>
        <w:tc>
          <w:tcPr>
            <w:tcW w:w="255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F6C9D8B" w14:textId="77777777" w:rsidR="003D05DA" w:rsidRDefault="003D05DA" w:rsidP="00426D0A">
            <w:pPr>
              <w:spacing w:after="0"/>
            </w:pPr>
            <w:proofErr w:type="spellStart"/>
            <w:r>
              <w:rPr>
                <w:sz w:val="16"/>
              </w:rPr>
              <w:t>Tanpa</w:t>
            </w:r>
            <w:proofErr w:type="spellEnd"/>
            <w:r>
              <w:rPr>
                <w:sz w:val="16"/>
              </w:rPr>
              <w:t xml:space="preserve"> venue &amp; </w:t>
            </w:r>
            <w:proofErr w:type="spellStart"/>
            <w:r>
              <w:rPr>
                <w:sz w:val="16"/>
              </w:rPr>
              <w:t>kebutuhan</w:t>
            </w:r>
            <w:proofErr w:type="spellEnd"/>
            <w:r>
              <w:rPr>
                <w:sz w:val="16"/>
              </w:rPr>
              <w:t xml:space="preserve"> </w:t>
            </w:r>
            <w:proofErr w:type="spellStart"/>
            <w:r>
              <w:rPr>
                <w:sz w:val="16"/>
              </w:rPr>
              <w:t>peserta</w:t>
            </w:r>
            <w:proofErr w:type="spellEnd"/>
          </w:p>
        </w:tc>
        <w:tc>
          <w:tcPr>
            <w:tcW w:w="3231"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4E4ECC4" w14:textId="77777777" w:rsidR="003D05DA" w:rsidRDefault="003D05DA" w:rsidP="00426D0A">
            <w:pPr>
              <w:spacing w:after="0"/>
            </w:pPr>
            <w:r>
              <w:rPr>
                <w:sz w:val="16"/>
              </w:rPr>
              <w:t xml:space="preserve">Scope </w:t>
            </w:r>
            <w:proofErr w:type="spellStart"/>
            <w:r>
              <w:rPr>
                <w:sz w:val="16"/>
              </w:rPr>
              <w:t>disesuaikan</w:t>
            </w:r>
            <w:proofErr w:type="spellEnd"/>
            <w:r>
              <w:rPr>
                <w:sz w:val="16"/>
              </w:rPr>
              <w:t xml:space="preserve"> </w:t>
            </w:r>
            <w:proofErr w:type="spellStart"/>
            <w:r>
              <w:rPr>
                <w:sz w:val="16"/>
              </w:rPr>
              <w:t>topik</w:t>
            </w:r>
            <w:proofErr w:type="spellEnd"/>
          </w:p>
        </w:tc>
      </w:tr>
      <w:tr w:rsidR="003D05DA" w14:paraId="1D1C3D5E" w14:textId="77777777" w:rsidTr="00426D0A">
        <w:trPr>
          <w:cantSplit/>
          <w:jc w:val="center"/>
        </w:trPr>
        <w:tc>
          <w:tcPr>
            <w:tcW w:w="141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3C49587" w14:textId="77777777" w:rsidR="003D05DA" w:rsidRDefault="003D05DA" w:rsidP="00426D0A">
            <w:pPr>
              <w:spacing w:after="0"/>
            </w:pPr>
            <w:r>
              <w:rPr>
                <w:sz w:val="16"/>
              </w:rPr>
              <w:t>Paket B</w:t>
            </w:r>
          </w:p>
        </w:tc>
        <w:tc>
          <w:tcPr>
            <w:tcW w:w="283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7A91404" w14:textId="77777777" w:rsidR="003D05DA" w:rsidRDefault="003D05DA" w:rsidP="00426D0A">
            <w:pPr>
              <w:spacing w:after="0"/>
            </w:pPr>
            <w:proofErr w:type="spellStart"/>
            <w:r>
              <w:rPr>
                <w:sz w:val="16"/>
              </w:rPr>
              <w:t>Mulai</w:t>
            </w:r>
            <w:proofErr w:type="spellEnd"/>
            <w:r>
              <w:rPr>
                <w:sz w:val="16"/>
              </w:rPr>
              <w:t xml:space="preserve"> Rp150.000.000/program</w:t>
            </w:r>
          </w:p>
        </w:tc>
        <w:tc>
          <w:tcPr>
            <w:tcW w:w="255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C71AB3B" w14:textId="77777777" w:rsidR="003D05DA" w:rsidRDefault="003D05DA" w:rsidP="00426D0A">
            <w:pPr>
              <w:spacing w:after="0"/>
            </w:pPr>
            <w:proofErr w:type="spellStart"/>
            <w:r>
              <w:rPr>
                <w:sz w:val="16"/>
              </w:rPr>
              <w:t>Tanpa</w:t>
            </w:r>
            <w:proofErr w:type="spellEnd"/>
            <w:r>
              <w:rPr>
                <w:sz w:val="16"/>
              </w:rPr>
              <w:t xml:space="preserve"> venue</w:t>
            </w:r>
          </w:p>
        </w:tc>
        <w:tc>
          <w:tcPr>
            <w:tcW w:w="3231"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FC2BEBD" w14:textId="77777777" w:rsidR="003D05DA" w:rsidRDefault="003D05DA" w:rsidP="00426D0A">
            <w:pPr>
              <w:spacing w:after="0"/>
            </w:pPr>
            <w:proofErr w:type="spellStart"/>
            <w:r>
              <w:rPr>
                <w:sz w:val="16"/>
              </w:rPr>
              <w:t>Untuk</w:t>
            </w:r>
            <w:proofErr w:type="spellEnd"/>
            <w:r>
              <w:rPr>
                <w:sz w:val="16"/>
              </w:rPr>
              <w:t xml:space="preserve"> scope/</w:t>
            </w:r>
            <w:proofErr w:type="spellStart"/>
            <w:r>
              <w:rPr>
                <w:sz w:val="16"/>
              </w:rPr>
              <w:t>kedalaman</w:t>
            </w:r>
            <w:proofErr w:type="spellEnd"/>
            <w:r>
              <w:rPr>
                <w:sz w:val="16"/>
              </w:rPr>
              <w:t xml:space="preserve"> </w:t>
            </w:r>
            <w:proofErr w:type="spellStart"/>
            <w:r>
              <w:rPr>
                <w:sz w:val="16"/>
              </w:rPr>
              <w:t>lebih</w:t>
            </w:r>
            <w:proofErr w:type="spellEnd"/>
            <w:r>
              <w:rPr>
                <w:sz w:val="16"/>
              </w:rPr>
              <w:t xml:space="preserve"> </w:t>
            </w:r>
            <w:proofErr w:type="spellStart"/>
            <w:r>
              <w:rPr>
                <w:sz w:val="16"/>
              </w:rPr>
              <w:t>luas</w:t>
            </w:r>
            <w:proofErr w:type="spellEnd"/>
          </w:p>
        </w:tc>
      </w:tr>
      <w:tr w:rsidR="003D05DA" w14:paraId="5A789AF0" w14:textId="77777777" w:rsidTr="00426D0A">
        <w:trPr>
          <w:cantSplit/>
          <w:jc w:val="center"/>
        </w:trPr>
        <w:tc>
          <w:tcPr>
            <w:tcW w:w="141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F6AF76B" w14:textId="77777777" w:rsidR="003D05DA" w:rsidRDefault="003D05DA" w:rsidP="00426D0A">
            <w:pPr>
              <w:spacing w:after="0"/>
            </w:pPr>
            <w:r>
              <w:rPr>
                <w:sz w:val="16"/>
              </w:rPr>
              <w:t>Paket C</w:t>
            </w:r>
          </w:p>
        </w:tc>
        <w:tc>
          <w:tcPr>
            <w:tcW w:w="283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5A2AD86" w14:textId="77777777" w:rsidR="003D05DA" w:rsidRDefault="003D05DA" w:rsidP="00426D0A">
            <w:pPr>
              <w:spacing w:after="0"/>
            </w:pPr>
            <w:proofErr w:type="spellStart"/>
            <w:r>
              <w:rPr>
                <w:sz w:val="16"/>
              </w:rPr>
              <w:t>Mulai</w:t>
            </w:r>
            <w:proofErr w:type="spellEnd"/>
            <w:r>
              <w:rPr>
                <w:sz w:val="16"/>
              </w:rPr>
              <w:t xml:space="preserve"> Rp200.000.000/program</w:t>
            </w:r>
          </w:p>
        </w:tc>
        <w:tc>
          <w:tcPr>
            <w:tcW w:w="255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CE7A580" w14:textId="77777777" w:rsidR="003D05DA" w:rsidRDefault="003D05DA" w:rsidP="00426D0A">
            <w:pPr>
              <w:spacing w:after="0"/>
            </w:pPr>
            <w:proofErr w:type="spellStart"/>
            <w:r>
              <w:rPr>
                <w:sz w:val="16"/>
              </w:rPr>
              <w:t>Termasuk</w:t>
            </w:r>
            <w:proofErr w:type="spellEnd"/>
            <w:r>
              <w:rPr>
                <w:sz w:val="16"/>
              </w:rPr>
              <w:t xml:space="preserve"> venue</w:t>
            </w:r>
          </w:p>
        </w:tc>
        <w:tc>
          <w:tcPr>
            <w:tcW w:w="3231"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DC505B5" w14:textId="77777777" w:rsidR="003D05DA" w:rsidRDefault="003D05DA" w:rsidP="00426D0A">
            <w:pPr>
              <w:spacing w:after="0"/>
            </w:pPr>
            <w:proofErr w:type="spellStart"/>
            <w:r>
              <w:rPr>
                <w:sz w:val="16"/>
              </w:rPr>
              <w:t>Contoh</w:t>
            </w:r>
            <w:proofErr w:type="spellEnd"/>
            <w:r>
              <w:rPr>
                <w:sz w:val="16"/>
              </w:rPr>
              <w:t xml:space="preserve"> format 1 </w:t>
            </w:r>
            <w:proofErr w:type="spellStart"/>
            <w:r>
              <w:rPr>
                <w:sz w:val="16"/>
              </w:rPr>
              <w:t>hari</w:t>
            </w:r>
            <w:proofErr w:type="spellEnd"/>
          </w:p>
        </w:tc>
      </w:tr>
      <w:tr w:rsidR="003D05DA" w14:paraId="6280AF9C" w14:textId="77777777" w:rsidTr="00426D0A">
        <w:trPr>
          <w:gridAfter w:val="1"/>
          <w:wAfter w:w="211" w:type="dxa"/>
          <w:jc w:val="center"/>
        </w:trPr>
        <w:tc>
          <w:tcPr>
            <w:tcW w:w="10376" w:type="dxa"/>
            <w:gridSpan w:val="4"/>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5FDCCD24" w14:textId="77777777" w:rsidR="003D05DA" w:rsidRDefault="003D05DA" w:rsidP="00426D0A">
            <w:pPr>
              <w:spacing w:after="60"/>
            </w:pPr>
            <w:proofErr w:type="spellStart"/>
            <w:r>
              <w:rPr>
                <w:b/>
                <w:color w:val="0FA27A"/>
                <w:sz w:val="21"/>
              </w:rPr>
              <w:t>Contoh</w:t>
            </w:r>
            <w:proofErr w:type="spellEnd"/>
            <w:r>
              <w:rPr>
                <w:b/>
                <w:color w:val="0FA27A"/>
                <w:sz w:val="21"/>
              </w:rPr>
              <w:t xml:space="preserve"> </w:t>
            </w:r>
            <w:proofErr w:type="spellStart"/>
            <w:r>
              <w:rPr>
                <w:b/>
                <w:color w:val="0FA27A"/>
                <w:sz w:val="21"/>
              </w:rPr>
              <w:t>Perhitungan</w:t>
            </w:r>
            <w:proofErr w:type="spellEnd"/>
          </w:p>
          <w:p w14:paraId="34B6C3C2" w14:textId="77777777" w:rsidR="003D05DA" w:rsidRDefault="003D05DA" w:rsidP="00426D0A">
            <w:pPr>
              <w:spacing w:after="0"/>
            </w:pPr>
            <w:r>
              <w:t xml:space="preserve">Program 1 </w:t>
            </w:r>
            <w:proofErr w:type="spellStart"/>
            <w:r>
              <w:t>hari</w:t>
            </w:r>
            <w:proofErr w:type="spellEnd"/>
            <w:r>
              <w:t xml:space="preserve"> Rp200.000.000 </w:t>
            </w:r>
            <w:proofErr w:type="spellStart"/>
            <w:r>
              <w:t>dengan</w:t>
            </w:r>
            <w:proofErr w:type="spellEnd"/>
            <w:r>
              <w:t xml:space="preserve"> 40 </w:t>
            </w:r>
            <w:proofErr w:type="spellStart"/>
            <w:r>
              <w:t>peserta</w:t>
            </w:r>
            <w:proofErr w:type="spellEnd"/>
            <w:r>
              <w:t xml:space="preserve"> = </w:t>
            </w:r>
            <w:proofErr w:type="spellStart"/>
            <w:r>
              <w:t>ekuivalen</w:t>
            </w:r>
            <w:proofErr w:type="spellEnd"/>
            <w:r>
              <w:t xml:space="preserve"> Rp5.000.000/</w:t>
            </w:r>
            <w:proofErr w:type="spellStart"/>
            <w:r>
              <w:t>peserta</w:t>
            </w:r>
            <w:proofErr w:type="spellEnd"/>
            <w:r>
              <w:t xml:space="preserve">. Harga </w:t>
            </w:r>
            <w:proofErr w:type="spellStart"/>
            <w:r>
              <w:t>dapat</w:t>
            </w:r>
            <w:proofErr w:type="spellEnd"/>
            <w:r>
              <w:t xml:space="preserve"> </w:t>
            </w:r>
            <w:proofErr w:type="spellStart"/>
            <w:r>
              <w:t>ditawarkan</w:t>
            </w:r>
            <w:proofErr w:type="spellEnd"/>
            <w:r>
              <w:t xml:space="preserve"> per batch </w:t>
            </w:r>
            <w:proofErr w:type="spellStart"/>
            <w:r>
              <w:t>atau</w:t>
            </w:r>
            <w:proofErr w:type="spellEnd"/>
            <w:r>
              <w:t xml:space="preserve"> </w:t>
            </w:r>
            <w:proofErr w:type="spellStart"/>
            <w:r>
              <w:t>dikonversi</w:t>
            </w:r>
            <w:proofErr w:type="spellEnd"/>
            <w:r>
              <w:t xml:space="preserve"> </w:t>
            </w:r>
            <w:proofErr w:type="spellStart"/>
            <w:r>
              <w:t>ke</w:t>
            </w:r>
            <w:proofErr w:type="spellEnd"/>
            <w:r>
              <w:t xml:space="preserve"> </w:t>
            </w:r>
            <w:proofErr w:type="spellStart"/>
            <w:r>
              <w:t>harga</w:t>
            </w:r>
            <w:proofErr w:type="spellEnd"/>
            <w:r>
              <w:t xml:space="preserve"> per </w:t>
            </w:r>
            <w:proofErr w:type="spellStart"/>
            <w:r>
              <w:t>peserta</w:t>
            </w:r>
            <w:proofErr w:type="spellEnd"/>
            <w:r>
              <w:t xml:space="preserve"> </w:t>
            </w:r>
            <w:proofErr w:type="spellStart"/>
            <w:r>
              <w:t>sesuai</w:t>
            </w:r>
            <w:proofErr w:type="spellEnd"/>
            <w:r>
              <w:t xml:space="preserve"> </w:t>
            </w:r>
            <w:proofErr w:type="spellStart"/>
            <w:r>
              <w:t>kapasitas</w:t>
            </w:r>
            <w:proofErr w:type="spellEnd"/>
            <w:r>
              <w:t xml:space="preserve"> </w:t>
            </w:r>
            <w:proofErr w:type="spellStart"/>
            <w:r>
              <w:t>kelas</w:t>
            </w:r>
            <w:proofErr w:type="spellEnd"/>
            <w:r>
              <w:t>.</w:t>
            </w:r>
          </w:p>
        </w:tc>
      </w:tr>
    </w:tbl>
    <w:p w14:paraId="3FF5AD82" w14:textId="77777777" w:rsidR="003D05DA" w:rsidRDefault="003D05DA" w:rsidP="003D05DA"/>
    <w:p w14:paraId="2A8323F2" w14:textId="77777777" w:rsidR="003B64CE" w:rsidRDefault="00000000">
      <w:r>
        <w:br w:type="page"/>
      </w:r>
    </w:p>
    <w:p w14:paraId="0406C3AC" w14:textId="77777777" w:rsidR="003B64CE" w:rsidRDefault="00000000">
      <w:pPr>
        <w:keepNext/>
        <w:spacing w:after="60"/>
      </w:pPr>
      <w:r>
        <w:rPr>
          <w:b/>
          <w:color w:val="0FA27A"/>
          <w:sz w:val="17"/>
        </w:rPr>
        <w:lastRenderedPageBreak/>
        <w:t>PROGRAM 04</w:t>
      </w:r>
    </w:p>
    <w:p w14:paraId="128D5F46" w14:textId="77777777" w:rsidR="003B64CE" w:rsidRDefault="00000000">
      <w:pPr>
        <w:pStyle w:val="Heading1"/>
      </w:pPr>
      <w:r>
        <w:t>International Certification Training Program &amp; Benchmarking</w:t>
      </w:r>
    </w:p>
    <w:p w14:paraId="548CC656" w14:textId="77777777" w:rsidR="003B64CE" w:rsidRPr="003D05DA" w:rsidRDefault="00000000">
      <w:pPr>
        <w:spacing w:after="100" w:line="259" w:lineRule="auto"/>
        <w:rPr>
          <w:lang w:val="it-IT"/>
        </w:rPr>
      </w:pPr>
      <w:r>
        <w:t xml:space="preserve">Program pengembangan kompetensi melalui training/certification, hospital or site visit, expert discussion, technology exposure, benchmarking, dan penyusunan action plan. </w:t>
      </w:r>
      <w:r w:rsidRPr="003D05DA">
        <w:rPr>
          <w:lang w:val="it-IT"/>
        </w:rPr>
        <w:t>Agenda, lembaga tujuan, sertifikat/credential, serta biaya ditetapkan berdasarkan negara dan partner program.</w:t>
      </w:r>
    </w:p>
    <w:tbl>
      <w:tblPr>
        <w:tblW w:w="0" w:type="auto"/>
        <w:jc w:val="center"/>
        <w:tblLayout w:type="fixed"/>
        <w:tblLook w:val="04A0" w:firstRow="1" w:lastRow="0" w:firstColumn="1" w:lastColumn="0" w:noHBand="0" w:noVBand="1"/>
      </w:tblPr>
      <w:tblGrid>
        <w:gridCol w:w="1701"/>
        <w:gridCol w:w="1814"/>
        <w:gridCol w:w="4082"/>
        <w:gridCol w:w="2438"/>
      </w:tblGrid>
      <w:tr w:rsidR="003B64CE" w14:paraId="39B12DC5" w14:textId="77777777">
        <w:trPr>
          <w:cantSplit/>
          <w:tblHeader/>
          <w:jc w:val="center"/>
        </w:trPr>
        <w:tc>
          <w:tcPr>
            <w:tcW w:w="170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7A1BD24" w14:textId="77777777" w:rsidR="003B64CE" w:rsidRDefault="00000000">
            <w:pPr>
              <w:spacing w:after="0"/>
              <w:jc w:val="center"/>
            </w:pPr>
            <w:r>
              <w:rPr>
                <w:b/>
                <w:color w:val="FFFFFF"/>
                <w:sz w:val="15"/>
              </w:rPr>
              <w:t>Negara</w:t>
            </w:r>
          </w:p>
        </w:tc>
        <w:tc>
          <w:tcPr>
            <w:tcW w:w="181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2E1D722" w14:textId="77777777" w:rsidR="003B64CE" w:rsidRDefault="00000000">
            <w:pPr>
              <w:spacing w:after="0"/>
              <w:jc w:val="center"/>
            </w:pPr>
            <w:r>
              <w:rPr>
                <w:b/>
                <w:color w:val="FFFFFF"/>
                <w:sz w:val="15"/>
              </w:rPr>
              <w:t>Status</w:t>
            </w:r>
          </w:p>
        </w:tc>
        <w:tc>
          <w:tcPr>
            <w:tcW w:w="4082"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D071103" w14:textId="77777777" w:rsidR="003B64CE" w:rsidRDefault="00000000">
            <w:pPr>
              <w:spacing w:after="0"/>
              <w:jc w:val="center"/>
            </w:pPr>
            <w:r>
              <w:rPr>
                <w:b/>
                <w:color w:val="FFFFFF"/>
                <w:sz w:val="15"/>
              </w:rPr>
              <w:t>Fokus</w:t>
            </w:r>
          </w:p>
        </w:tc>
        <w:tc>
          <w:tcPr>
            <w:tcW w:w="243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3247BE0" w14:textId="77777777" w:rsidR="003B64CE" w:rsidRDefault="00000000">
            <w:pPr>
              <w:spacing w:after="0"/>
              <w:jc w:val="center"/>
            </w:pPr>
            <w:r>
              <w:rPr>
                <w:b/>
                <w:color w:val="FFFFFF"/>
                <w:sz w:val="15"/>
              </w:rPr>
              <w:t>Skema</w:t>
            </w:r>
          </w:p>
        </w:tc>
      </w:tr>
      <w:tr w:rsidR="003B64CE" w14:paraId="6E38B45F"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35BFE6" w14:textId="77777777" w:rsidR="003B64CE" w:rsidRDefault="00000000">
            <w:pPr>
              <w:spacing w:after="0"/>
            </w:pPr>
            <w:r>
              <w:rPr>
                <w:sz w:val="15"/>
              </w:rPr>
              <w:t>Malaysia</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20FB285" w14:textId="77777777" w:rsidR="003B64CE" w:rsidRDefault="00000000">
            <w:pPr>
              <w:spacing w:after="0"/>
            </w:pPr>
            <w:r>
              <w:rPr>
                <w:sz w:val="15"/>
              </w:rPr>
              <w:t>Prioritas</w:t>
            </w:r>
          </w:p>
        </w:tc>
        <w:tc>
          <w:tcPr>
            <w:tcW w:w="408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F407B98" w14:textId="77777777" w:rsidR="003B64CE" w:rsidRDefault="00000000">
            <w:pPr>
              <w:spacing w:after="0"/>
            </w:pPr>
            <w:r>
              <w:rPr>
                <w:sz w:val="15"/>
              </w:rPr>
              <w:t>Training/certification + hospital benchmarking</w:t>
            </w:r>
          </w:p>
        </w:tc>
        <w:tc>
          <w:tcPr>
            <w:tcW w:w="243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7D269FC" w14:textId="77777777" w:rsidR="003B64CE" w:rsidRDefault="00000000">
            <w:pPr>
              <w:spacing w:after="0"/>
            </w:pPr>
            <w:r>
              <w:rPr>
                <w:sz w:val="15"/>
              </w:rPr>
              <w:t>Joint program / by quotation</w:t>
            </w:r>
          </w:p>
        </w:tc>
      </w:tr>
      <w:tr w:rsidR="003B64CE" w14:paraId="798C0F5A"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06C99D3" w14:textId="77777777" w:rsidR="003B64CE" w:rsidRDefault="00000000">
            <w:pPr>
              <w:spacing w:after="0"/>
            </w:pPr>
            <w:r>
              <w:rPr>
                <w:sz w:val="15"/>
              </w:rPr>
              <w:t>Germany</w:t>
            </w:r>
          </w:p>
        </w:tc>
        <w:tc>
          <w:tcPr>
            <w:tcW w:w="181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155EA20" w14:textId="77777777" w:rsidR="003B64CE" w:rsidRDefault="00000000">
            <w:pPr>
              <w:spacing w:after="0"/>
            </w:pPr>
            <w:r>
              <w:rPr>
                <w:sz w:val="15"/>
              </w:rPr>
              <w:t>Open / by request</w:t>
            </w:r>
          </w:p>
        </w:tc>
        <w:tc>
          <w:tcPr>
            <w:tcW w:w="408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803A97D" w14:textId="77777777" w:rsidR="003B64CE" w:rsidRDefault="00000000">
            <w:pPr>
              <w:spacing w:after="0"/>
            </w:pPr>
            <w:r>
              <w:rPr>
                <w:sz w:val="15"/>
              </w:rPr>
              <w:t>Healthcare engineering, standards, sustainability, facility lifecycle</w:t>
            </w:r>
          </w:p>
        </w:tc>
        <w:tc>
          <w:tcPr>
            <w:tcW w:w="243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F89EE69" w14:textId="77777777" w:rsidR="003B64CE" w:rsidRDefault="00000000">
            <w:pPr>
              <w:spacing w:after="0"/>
            </w:pPr>
            <w:r>
              <w:rPr>
                <w:sz w:val="15"/>
              </w:rPr>
              <w:t>By quotation</w:t>
            </w:r>
          </w:p>
        </w:tc>
      </w:tr>
      <w:tr w:rsidR="003B64CE" w14:paraId="1B5E304C"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D35EE67" w14:textId="77777777" w:rsidR="003B64CE" w:rsidRDefault="00000000">
            <w:pPr>
              <w:spacing w:after="0"/>
            </w:pPr>
            <w:r>
              <w:rPr>
                <w:sz w:val="15"/>
              </w:rPr>
              <w:t>China</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9079EE3" w14:textId="77777777" w:rsidR="003B64CE" w:rsidRDefault="00000000">
            <w:pPr>
              <w:spacing w:after="0"/>
            </w:pPr>
            <w:r>
              <w:rPr>
                <w:sz w:val="15"/>
              </w:rPr>
              <w:t>Open / by request</w:t>
            </w:r>
          </w:p>
        </w:tc>
        <w:tc>
          <w:tcPr>
            <w:tcW w:w="408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4675084" w14:textId="77777777" w:rsidR="003B64CE" w:rsidRDefault="00000000">
            <w:pPr>
              <w:spacing w:after="0"/>
            </w:pPr>
            <w:r>
              <w:rPr>
                <w:sz w:val="15"/>
              </w:rPr>
              <w:t>AI hospital, automation, smart medical technology, digital ecosystem</w:t>
            </w:r>
          </w:p>
        </w:tc>
        <w:tc>
          <w:tcPr>
            <w:tcW w:w="243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A88C0ED" w14:textId="77777777" w:rsidR="003B64CE" w:rsidRDefault="00000000">
            <w:pPr>
              <w:spacing w:after="0"/>
            </w:pPr>
            <w:r>
              <w:rPr>
                <w:sz w:val="15"/>
              </w:rPr>
              <w:t>By quotation</w:t>
            </w:r>
          </w:p>
        </w:tc>
      </w:tr>
      <w:tr w:rsidR="003B64CE" w14:paraId="6477F445"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76F922E" w14:textId="77777777" w:rsidR="003B64CE" w:rsidRDefault="00000000">
            <w:pPr>
              <w:spacing w:after="0"/>
            </w:pPr>
            <w:r>
              <w:rPr>
                <w:sz w:val="15"/>
              </w:rPr>
              <w:t>South Korea</w:t>
            </w:r>
          </w:p>
        </w:tc>
        <w:tc>
          <w:tcPr>
            <w:tcW w:w="181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E479586" w14:textId="77777777" w:rsidR="003B64CE" w:rsidRDefault="00000000">
            <w:pPr>
              <w:spacing w:after="0"/>
            </w:pPr>
            <w:r>
              <w:rPr>
                <w:sz w:val="15"/>
              </w:rPr>
              <w:t>Proposed / exploration</w:t>
            </w:r>
          </w:p>
        </w:tc>
        <w:tc>
          <w:tcPr>
            <w:tcW w:w="408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B4012F6" w14:textId="77777777" w:rsidR="003B64CE" w:rsidRDefault="00000000">
            <w:pPr>
              <w:spacing w:after="0"/>
            </w:pPr>
            <w:r>
              <w:rPr>
                <w:sz w:val="15"/>
              </w:rPr>
              <w:t>Smart hospital, digital health, medical technology</w:t>
            </w:r>
          </w:p>
        </w:tc>
        <w:tc>
          <w:tcPr>
            <w:tcW w:w="243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4246D0A" w14:textId="77777777" w:rsidR="003B64CE" w:rsidRDefault="00000000">
            <w:pPr>
              <w:spacing w:after="0"/>
            </w:pPr>
            <w:r>
              <w:rPr>
                <w:sz w:val="15"/>
              </w:rPr>
              <w:t>Konfirmasi host/partner</w:t>
            </w:r>
          </w:p>
        </w:tc>
      </w:tr>
      <w:tr w:rsidR="003B64CE" w14:paraId="474C90C7"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8E2DA86" w14:textId="77777777" w:rsidR="003B64CE" w:rsidRDefault="00000000">
            <w:pPr>
              <w:spacing w:after="0"/>
            </w:pPr>
            <w:r>
              <w:rPr>
                <w:sz w:val="15"/>
              </w:rPr>
              <w:t>United Arab Emirates</w:t>
            </w:r>
          </w:p>
        </w:tc>
        <w:tc>
          <w:tcPr>
            <w:tcW w:w="181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1E63040" w14:textId="77777777" w:rsidR="003B64CE" w:rsidRDefault="00000000">
            <w:pPr>
              <w:spacing w:after="0"/>
            </w:pPr>
            <w:r>
              <w:rPr>
                <w:sz w:val="15"/>
              </w:rPr>
              <w:t>Open / by request</w:t>
            </w:r>
          </w:p>
        </w:tc>
        <w:tc>
          <w:tcPr>
            <w:tcW w:w="408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6D604D4" w14:textId="77777777" w:rsidR="003B64CE" w:rsidRDefault="00000000">
            <w:pPr>
              <w:spacing w:after="0"/>
            </w:pPr>
            <w:r>
              <w:rPr>
                <w:sz w:val="15"/>
              </w:rPr>
              <w:t>Smart healthcare infrastructure, hospital technology &amp; management</w:t>
            </w:r>
          </w:p>
        </w:tc>
        <w:tc>
          <w:tcPr>
            <w:tcW w:w="243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B842356" w14:textId="77777777" w:rsidR="003B64CE" w:rsidRDefault="00000000">
            <w:pPr>
              <w:spacing w:after="0"/>
            </w:pPr>
            <w:r>
              <w:rPr>
                <w:sz w:val="15"/>
              </w:rPr>
              <w:t>By quotation</w:t>
            </w:r>
          </w:p>
        </w:tc>
      </w:tr>
    </w:tbl>
    <w:p w14:paraId="5F5B09EB" w14:textId="77777777" w:rsidR="003B64CE" w:rsidRDefault="00000000">
      <w:pPr>
        <w:pStyle w:val="Heading2"/>
      </w:pPr>
      <w:r>
        <w:t>Paket Benchmarking Indikatif</w:t>
      </w:r>
    </w:p>
    <w:tbl>
      <w:tblPr>
        <w:tblW w:w="0" w:type="auto"/>
        <w:jc w:val="center"/>
        <w:tblLayout w:type="fixed"/>
        <w:tblLook w:val="04A0" w:firstRow="1" w:lastRow="0" w:firstColumn="1" w:lastColumn="0" w:noHBand="0" w:noVBand="1"/>
      </w:tblPr>
      <w:tblGrid>
        <w:gridCol w:w="1701"/>
        <w:gridCol w:w="1928"/>
        <w:gridCol w:w="3118"/>
        <w:gridCol w:w="3288"/>
      </w:tblGrid>
      <w:tr w:rsidR="003B64CE" w14:paraId="005C6F45" w14:textId="77777777">
        <w:trPr>
          <w:cantSplit/>
          <w:tblHeader/>
          <w:jc w:val="center"/>
        </w:trPr>
        <w:tc>
          <w:tcPr>
            <w:tcW w:w="170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2985E3A" w14:textId="77777777" w:rsidR="003B64CE" w:rsidRDefault="00000000">
            <w:pPr>
              <w:spacing w:after="0"/>
              <w:jc w:val="center"/>
            </w:pPr>
            <w:r>
              <w:rPr>
                <w:b/>
                <w:color w:val="FFFFFF"/>
                <w:sz w:val="16"/>
              </w:rPr>
              <w:t>Durasi</w:t>
            </w:r>
          </w:p>
        </w:tc>
        <w:tc>
          <w:tcPr>
            <w:tcW w:w="192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A63B973" w14:textId="77777777" w:rsidR="003B64CE" w:rsidRDefault="00000000">
            <w:pPr>
              <w:spacing w:after="0"/>
              <w:jc w:val="center"/>
            </w:pPr>
            <w:r>
              <w:rPr>
                <w:b/>
                <w:color w:val="FFFFFF"/>
                <w:sz w:val="16"/>
              </w:rPr>
              <w:t>Minimum</w:t>
            </w:r>
          </w:p>
        </w:tc>
        <w:tc>
          <w:tcPr>
            <w:tcW w:w="311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0ECE5D94" w14:textId="77777777" w:rsidR="003B64CE" w:rsidRDefault="00000000">
            <w:pPr>
              <w:spacing w:after="0"/>
              <w:jc w:val="center"/>
            </w:pPr>
            <w:r>
              <w:rPr>
                <w:b/>
                <w:color w:val="FFFFFF"/>
                <w:sz w:val="16"/>
              </w:rPr>
              <w:t>Estimasi Investasi</w:t>
            </w:r>
          </w:p>
        </w:tc>
        <w:tc>
          <w:tcPr>
            <w:tcW w:w="328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1DE8A05A" w14:textId="77777777" w:rsidR="003B64CE" w:rsidRDefault="00000000">
            <w:pPr>
              <w:spacing w:after="0"/>
              <w:jc w:val="center"/>
            </w:pPr>
            <w:r>
              <w:rPr>
                <w:b/>
                <w:color w:val="FFFFFF"/>
                <w:sz w:val="16"/>
              </w:rPr>
              <w:t>Catatan</w:t>
            </w:r>
          </w:p>
        </w:tc>
      </w:tr>
      <w:tr w:rsidR="003B64CE" w14:paraId="3A305F12"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52563FC" w14:textId="77777777" w:rsidR="003B64CE" w:rsidRDefault="00000000">
            <w:pPr>
              <w:spacing w:after="0"/>
            </w:pPr>
            <w:r>
              <w:rPr>
                <w:sz w:val="16"/>
              </w:rPr>
              <w:t>3 hari</w:t>
            </w:r>
          </w:p>
        </w:tc>
        <w:tc>
          <w:tcPr>
            <w:tcW w:w="192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679A40C" w14:textId="77777777" w:rsidR="003B64CE" w:rsidRDefault="00000000">
            <w:pPr>
              <w:spacing w:after="0"/>
            </w:pPr>
            <w:r>
              <w:rPr>
                <w:sz w:val="16"/>
              </w:rPr>
              <w:t>Min. 20 peserta</w:t>
            </w:r>
          </w:p>
        </w:tc>
        <w:tc>
          <w:tcPr>
            <w:tcW w:w="311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3973EFE" w14:textId="77777777" w:rsidR="003B64CE" w:rsidRDefault="00000000">
            <w:pPr>
              <w:spacing w:after="0"/>
            </w:pPr>
            <w:r>
              <w:rPr>
                <w:sz w:val="16"/>
              </w:rPr>
              <w:t>Rp40.000.000/peserta*</w:t>
            </w:r>
          </w:p>
        </w:tc>
        <w:tc>
          <w:tcPr>
            <w:tcW w:w="328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C587FED" w14:textId="77777777" w:rsidR="003B64CE" w:rsidRDefault="00000000">
            <w:pPr>
              <w:spacing w:after="0"/>
            </w:pPr>
            <w:r>
              <w:rPr>
                <w:sz w:val="16"/>
              </w:rPr>
              <w:t>Tiket pesawat di luar paket</w:t>
            </w:r>
          </w:p>
        </w:tc>
      </w:tr>
      <w:tr w:rsidR="003B64CE" w14:paraId="07CBDB60" w14:textId="77777777">
        <w:trPr>
          <w:cantSplit/>
          <w:jc w:val="center"/>
        </w:trPr>
        <w:tc>
          <w:tcPr>
            <w:tcW w:w="170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CBC0350" w14:textId="77777777" w:rsidR="003B64CE" w:rsidRDefault="00000000">
            <w:pPr>
              <w:spacing w:after="0"/>
            </w:pPr>
            <w:r>
              <w:rPr>
                <w:sz w:val="16"/>
              </w:rPr>
              <w:t>5 hari</w:t>
            </w:r>
          </w:p>
        </w:tc>
        <w:tc>
          <w:tcPr>
            <w:tcW w:w="192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3D802BC" w14:textId="77777777" w:rsidR="003B64CE" w:rsidRDefault="00000000">
            <w:pPr>
              <w:spacing w:after="0"/>
            </w:pPr>
            <w:r>
              <w:rPr>
                <w:sz w:val="16"/>
              </w:rPr>
              <w:t>Min. 20 peserta</w:t>
            </w:r>
          </w:p>
        </w:tc>
        <w:tc>
          <w:tcPr>
            <w:tcW w:w="311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0EDA4B7" w14:textId="77777777" w:rsidR="003B64CE" w:rsidRDefault="00000000">
            <w:pPr>
              <w:spacing w:after="0"/>
            </w:pPr>
            <w:r>
              <w:rPr>
                <w:sz w:val="16"/>
              </w:rPr>
              <w:t>Rp50.000.000/peserta*</w:t>
            </w:r>
          </w:p>
        </w:tc>
        <w:tc>
          <w:tcPr>
            <w:tcW w:w="328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7D4BFB9" w14:textId="77777777" w:rsidR="003B64CE" w:rsidRDefault="00000000">
            <w:pPr>
              <w:spacing w:after="0"/>
            </w:pPr>
            <w:r>
              <w:rPr>
                <w:sz w:val="16"/>
              </w:rPr>
              <w:t>Tiket pesawat di luar paket</w:t>
            </w:r>
          </w:p>
        </w:tc>
      </w:tr>
    </w:tbl>
    <w:p w14:paraId="32ABAA13" w14:textId="77777777" w:rsidR="003B64CE" w:rsidRDefault="00000000">
      <w:pPr>
        <w:pStyle w:val="Heading2"/>
      </w:pPr>
      <w:r>
        <w:t>Output Program</w:t>
      </w:r>
    </w:p>
    <w:p w14:paraId="7EA85737" w14:textId="77777777" w:rsidR="003B64CE" w:rsidRDefault="00000000">
      <w:pPr>
        <w:pStyle w:val="ListBullet"/>
        <w:spacing w:after="50"/>
        <w:ind w:left="198" w:hanging="102"/>
      </w:pPr>
      <w:r>
        <w:t>Sertifikat/credential sesuai skema program dan partner yang dipilih.</w:t>
      </w:r>
    </w:p>
    <w:p w14:paraId="1B26E1A7" w14:textId="77777777" w:rsidR="003B64CE" w:rsidRDefault="00000000">
      <w:pPr>
        <w:pStyle w:val="ListBullet"/>
        <w:spacing w:after="50"/>
        <w:ind w:left="198" w:hanging="102"/>
      </w:pPr>
      <w:r>
        <w:t>Hospital/site visit dan international benchmarking.</w:t>
      </w:r>
    </w:p>
    <w:p w14:paraId="3DAB8322" w14:textId="77777777" w:rsidR="003B64CE" w:rsidRDefault="00000000">
      <w:pPr>
        <w:pStyle w:val="ListBullet"/>
        <w:spacing w:after="50"/>
        <w:ind w:left="198" w:hanging="102"/>
      </w:pPr>
      <w:r>
        <w:t>Expert session dan technology exposure.</w:t>
      </w:r>
    </w:p>
    <w:p w14:paraId="77D2836B" w14:textId="77777777" w:rsidR="003B64CE" w:rsidRPr="003D05DA" w:rsidRDefault="00000000">
      <w:pPr>
        <w:pStyle w:val="ListBullet"/>
        <w:spacing w:after="50"/>
        <w:ind w:left="198" w:hanging="102"/>
        <w:rPr>
          <w:lang w:val="it-IT"/>
        </w:rPr>
      </w:pPr>
      <w:r w:rsidRPr="003D05DA">
        <w:rPr>
          <w:lang w:val="it-IT"/>
        </w:rPr>
        <w:t>Gap comparison terhadap kondisi institusi peserta.</w:t>
      </w:r>
    </w:p>
    <w:p w14:paraId="6208986E" w14:textId="77777777" w:rsidR="003B64CE" w:rsidRDefault="00000000">
      <w:pPr>
        <w:pStyle w:val="ListBullet"/>
        <w:spacing w:after="50"/>
        <w:ind w:left="198" w:hanging="102"/>
      </w:pPr>
      <w:r>
        <w:t xml:space="preserve">Action plan / </w:t>
      </w:r>
      <w:proofErr w:type="spellStart"/>
      <w:r>
        <w:t>rekomendasi</w:t>
      </w:r>
      <w:proofErr w:type="spellEnd"/>
      <w:r>
        <w:t xml:space="preserve"> tindak lanjut setelah kembali ke Indonesia.</w:t>
      </w:r>
    </w:p>
    <w:p w14:paraId="7ECC97D6" w14:textId="77777777" w:rsidR="003B64CE" w:rsidRDefault="00000000">
      <w:pPr>
        <w:spacing w:after="100" w:line="259" w:lineRule="auto"/>
      </w:pPr>
      <w:r>
        <w:rPr>
          <w:i/>
          <w:sz w:val="16"/>
        </w:rPr>
        <w:t>*Estimasi dapat berubah mengikuti negara tujuan, partner, kurs, transportasi, akomodasi, akses institusi, sertifikasi, dan ruang lingkup program.</w:t>
      </w:r>
    </w:p>
    <w:p w14:paraId="09E9F1D2" w14:textId="77777777" w:rsidR="003B64CE" w:rsidRDefault="00000000">
      <w:r>
        <w:br w:type="page"/>
      </w:r>
    </w:p>
    <w:p w14:paraId="6EEEA92D" w14:textId="77777777" w:rsidR="003B64CE" w:rsidRDefault="00000000">
      <w:pPr>
        <w:keepNext/>
        <w:spacing w:after="60"/>
      </w:pPr>
      <w:r>
        <w:rPr>
          <w:b/>
          <w:color w:val="0FA27A"/>
          <w:sz w:val="17"/>
        </w:rPr>
        <w:lastRenderedPageBreak/>
        <w:t>MENU PENGEMBANGAN KOMPETENSI</w:t>
      </w:r>
    </w:p>
    <w:p w14:paraId="0E095032" w14:textId="77777777" w:rsidR="003D05DA" w:rsidRDefault="003D05DA" w:rsidP="003D05DA">
      <w:pPr>
        <w:pStyle w:val="Heading1"/>
      </w:pPr>
      <w:r>
        <w:t xml:space="preserve">221 </w:t>
      </w:r>
      <w:proofErr w:type="spellStart"/>
      <w:r>
        <w:t>Pilihan</w:t>
      </w:r>
      <w:proofErr w:type="spellEnd"/>
      <w:r>
        <w:t xml:space="preserve"> </w:t>
      </w:r>
      <w:proofErr w:type="spellStart"/>
      <w:r>
        <w:t>Topik</w:t>
      </w:r>
      <w:proofErr w:type="spellEnd"/>
      <w:r>
        <w:t xml:space="preserve"> Pelatihan</w:t>
      </w:r>
    </w:p>
    <w:p w14:paraId="165646D0" w14:textId="77777777" w:rsidR="003D05DA" w:rsidRDefault="003D05DA" w:rsidP="003D05DA">
      <w:pPr>
        <w:spacing w:after="100" w:line="259" w:lineRule="auto"/>
      </w:pPr>
      <w:r>
        <w:t xml:space="preserve">Selain </w:t>
      </w:r>
      <w:proofErr w:type="spellStart"/>
      <w:r>
        <w:t>empat</w:t>
      </w:r>
      <w:proofErr w:type="spellEnd"/>
      <w:r>
        <w:t xml:space="preserve"> program </w:t>
      </w:r>
      <w:proofErr w:type="spellStart"/>
      <w:r>
        <w:t>utama</w:t>
      </w:r>
      <w:proofErr w:type="spellEnd"/>
      <w:r>
        <w:t xml:space="preserve">, PUSDITEK YANKES </w:t>
      </w:r>
      <w:proofErr w:type="spellStart"/>
      <w:r>
        <w:t>menyediakan</w:t>
      </w:r>
      <w:proofErr w:type="spellEnd"/>
      <w:r>
        <w:t xml:space="preserve"> menu </w:t>
      </w:r>
      <w:proofErr w:type="spellStart"/>
      <w:r>
        <w:t>pengembangan</w:t>
      </w:r>
      <w:proofErr w:type="spellEnd"/>
      <w:r>
        <w:t xml:space="preserve"> </w:t>
      </w:r>
      <w:proofErr w:type="spellStart"/>
      <w:r>
        <w:t>topik</w:t>
      </w:r>
      <w:proofErr w:type="spellEnd"/>
      <w:r>
        <w:t xml:space="preserve"> </w:t>
      </w:r>
      <w:proofErr w:type="spellStart"/>
      <w:r>
        <w:t>berbasis</w:t>
      </w:r>
      <w:proofErr w:type="spellEnd"/>
      <w:r>
        <w:t xml:space="preserve"> </w:t>
      </w:r>
      <w:proofErr w:type="spellStart"/>
      <w:r>
        <w:t>kombinasi</w:t>
      </w:r>
      <w:proofErr w:type="spellEnd"/>
      <w:r>
        <w:t xml:space="preserve"> </w:t>
      </w:r>
      <w:proofErr w:type="spellStart"/>
      <w:r>
        <w:t>aktivitas</w:t>
      </w:r>
      <w:proofErr w:type="spellEnd"/>
      <w:r>
        <w:t xml:space="preserve"> dan </w:t>
      </w:r>
      <w:proofErr w:type="spellStart"/>
      <w:r>
        <w:t>objek</w:t>
      </w:r>
      <w:proofErr w:type="spellEnd"/>
      <w:r>
        <w:t xml:space="preserve"> </w:t>
      </w:r>
      <w:proofErr w:type="spellStart"/>
      <w:r>
        <w:t>pembelajaran</w:t>
      </w:r>
      <w:proofErr w:type="spellEnd"/>
      <w:r>
        <w:t xml:space="preserve">. </w:t>
      </w:r>
      <w:proofErr w:type="spellStart"/>
      <w:r>
        <w:t>Sistem</w:t>
      </w:r>
      <w:proofErr w:type="spellEnd"/>
      <w:r>
        <w:t xml:space="preserve"> </w:t>
      </w:r>
      <w:proofErr w:type="spellStart"/>
      <w:r>
        <w:t>kode</w:t>
      </w:r>
      <w:proofErr w:type="spellEnd"/>
      <w:r>
        <w:t xml:space="preserve"> </w:t>
      </w:r>
      <w:proofErr w:type="spellStart"/>
      <w:r>
        <w:t>memudahkan</w:t>
      </w:r>
      <w:proofErr w:type="spellEnd"/>
      <w:r>
        <w:t xml:space="preserve"> </w:t>
      </w:r>
      <w:proofErr w:type="spellStart"/>
      <w:r>
        <w:t>rumah</w:t>
      </w:r>
      <w:proofErr w:type="spellEnd"/>
      <w:r>
        <w:t xml:space="preserve"> </w:t>
      </w:r>
      <w:proofErr w:type="spellStart"/>
      <w:r>
        <w:t>sakit</w:t>
      </w:r>
      <w:proofErr w:type="spellEnd"/>
      <w:r>
        <w:t>/</w:t>
      </w:r>
      <w:proofErr w:type="spellStart"/>
      <w:r>
        <w:t>instansi</w:t>
      </w:r>
      <w:proofErr w:type="spellEnd"/>
      <w:r>
        <w:t xml:space="preserve"> </w:t>
      </w:r>
      <w:proofErr w:type="spellStart"/>
      <w:r>
        <w:t>menyusun</w:t>
      </w:r>
      <w:proofErr w:type="spellEnd"/>
      <w:r>
        <w:t xml:space="preserve"> </w:t>
      </w:r>
      <w:proofErr w:type="spellStart"/>
      <w:r>
        <w:t>kelas</w:t>
      </w:r>
      <w:proofErr w:type="spellEnd"/>
      <w:r>
        <w:t xml:space="preserve"> </w:t>
      </w:r>
      <w:proofErr w:type="spellStart"/>
      <w:r>
        <w:t>sesuai</w:t>
      </w:r>
      <w:proofErr w:type="spellEnd"/>
      <w:r>
        <w:t xml:space="preserve"> </w:t>
      </w:r>
      <w:proofErr w:type="spellStart"/>
      <w:r>
        <w:t>kebutuhan</w:t>
      </w:r>
      <w:proofErr w:type="spellEnd"/>
      <w:r>
        <w:t xml:space="preserve"> </w:t>
      </w:r>
      <w:proofErr w:type="spellStart"/>
      <w:r>
        <w:t>tanpa</w:t>
      </w:r>
      <w:proofErr w:type="spellEnd"/>
      <w:r>
        <w:t xml:space="preserve"> </w:t>
      </w:r>
      <w:proofErr w:type="spellStart"/>
      <w:r>
        <w:t>harus</w:t>
      </w:r>
      <w:proofErr w:type="spellEnd"/>
      <w:r>
        <w:t xml:space="preserve"> </w:t>
      </w:r>
      <w:proofErr w:type="spellStart"/>
      <w:r>
        <w:t>memilih</w:t>
      </w:r>
      <w:proofErr w:type="spellEnd"/>
      <w:r>
        <w:t xml:space="preserve"> </w:t>
      </w:r>
      <w:proofErr w:type="spellStart"/>
      <w:r>
        <w:t>paket</w:t>
      </w:r>
      <w:proofErr w:type="spellEnd"/>
      <w:r>
        <w:t xml:space="preserve"> yang </w:t>
      </w:r>
      <w:proofErr w:type="spellStart"/>
      <w:r>
        <w:t>seragam</w:t>
      </w:r>
      <w:proofErr w:type="spellEnd"/>
      <w:r>
        <w:t>.</w:t>
      </w:r>
    </w:p>
    <w:tbl>
      <w:tblPr>
        <w:tblW w:w="0" w:type="auto"/>
        <w:jc w:val="center"/>
        <w:tblLayout w:type="fixed"/>
        <w:tblLook w:val="04A0" w:firstRow="1" w:lastRow="0" w:firstColumn="1" w:lastColumn="0" w:noHBand="0" w:noVBand="1"/>
      </w:tblPr>
      <w:tblGrid>
        <w:gridCol w:w="3969"/>
        <w:gridCol w:w="3969"/>
        <w:gridCol w:w="2098"/>
      </w:tblGrid>
      <w:tr w:rsidR="003D05DA" w14:paraId="4102EE20" w14:textId="77777777" w:rsidTr="00426D0A">
        <w:trPr>
          <w:cantSplit/>
          <w:tblHeader/>
          <w:jc w:val="center"/>
        </w:trPr>
        <w:tc>
          <w:tcPr>
            <w:tcW w:w="3969"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06E75955" w14:textId="77777777" w:rsidR="003D05DA" w:rsidRDefault="003D05DA" w:rsidP="00426D0A">
            <w:pPr>
              <w:spacing w:after="0"/>
              <w:jc w:val="center"/>
            </w:pPr>
            <w:proofErr w:type="spellStart"/>
            <w:r>
              <w:rPr>
                <w:b/>
                <w:color w:val="FFFFFF"/>
                <w:sz w:val="17"/>
              </w:rPr>
              <w:t>Kategori</w:t>
            </w:r>
            <w:proofErr w:type="spellEnd"/>
          </w:p>
        </w:tc>
        <w:tc>
          <w:tcPr>
            <w:tcW w:w="3969"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45AB518" w14:textId="77777777" w:rsidR="003D05DA" w:rsidRDefault="003D05DA" w:rsidP="00426D0A">
            <w:pPr>
              <w:spacing w:after="0"/>
              <w:jc w:val="center"/>
            </w:pPr>
            <w:proofErr w:type="spellStart"/>
            <w:r>
              <w:rPr>
                <w:b/>
                <w:color w:val="FFFFFF"/>
                <w:sz w:val="17"/>
              </w:rPr>
              <w:t>Cakupan</w:t>
            </w:r>
            <w:proofErr w:type="spellEnd"/>
          </w:p>
        </w:tc>
        <w:tc>
          <w:tcPr>
            <w:tcW w:w="209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56E241CB" w14:textId="77777777" w:rsidR="003D05DA" w:rsidRDefault="003D05DA" w:rsidP="00426D0A">
            <w:pPr>
              <w:spacing w:after="0"/>
              <w:jc w:val="center"/>
            </w:pPr>
            <w:proofErr w:type="spellStart"/>
            <w:r>
              <w:rPr>
                <w:b/>
                <w:color w:val="FFFFFF"/>
                <w:sz w:val="17"/>
              </w:rPr>
              <w:t>Jumlah</w:t>
            </w:r>
            <w:proofErr w:type="spellEnd"/>
          </w:p>
        </w:tc>
      </w:tr>
      <w:tr w:rsidR="003D05DA" w14:paraId="075B33FD" w14:textId="77777777" w:rsidTr="00426D0A">
        <w:trPr>
          <w:cantSplit/>
          <w:jc w:val="center"/>
        </w:trPr>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8761240" w14:textId="77777777" w:rsidR="003D05DA" w:rsidRDefault="003D05DA" w:rsidP="00426D0A">
            <w:pPr>
              <w:spacing w:after="0"/>
            </w:pPr>
            <w:r>
              <w:rPr>
                <w:sz w:val="17"/>
              </w:rPr>
              <w:t xml:space="preserve">A - Teknik </w:t>
            </w:r>
            <w:proofErr w:type="spellStart"/>
            <w:r>
              <w:rPr>
                <w:sz w:val="17"/>
              </w:rPr>
              <w:t>Pelayanan</w:t>
            </w:r>
            <w:proofErr w:type="spellEnd"/>
            <w:r>
              <w:rPr>
                <w:sz w:val="17"/>
              </w:rPr>
              <w:t xml:space="preserve"> Kesehatan</w:t>
            </w:r>
          </w:p>
        </w:tc>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4A6E5CF" w14:textId="77777777" w:rsidR="003D05DA" w:rsidRDefault="003D05DA" w:rsidP="00426D0A">
            <w:pPr>
              <w:spacing w:after="0"/>
            </w:pPr>
            <w:r>
              <w:rPr>
                <w:sz w:val="17"/>
              </w:rPr>
              <w:t xml:space="preserve">11 </w:t>
            </w:r>
            <w:proofErr w:type="spellStart"/>
            <w:r>
              <w:rPr>
                <w:sz w:val="17"/>
              </w:rPr>
              <w:t>aktivitas</w:t>
            </w:r>
            <w:proofErr w:type="spellEnd"/>
            <w:r>
              <w:rPr>
                <w:sz w:val="17"/>
              </w:rPr>
              <w:t xml:space="preserve"> x 14 </w:t>
            </w:r>
            <w:proofErr w:type="spellStart"/>
            <w:r>
              <w:rPr>
                <w:sz w:val="17"/>
              </w:rPr>
              <w:t>objek</w:t>
            </w:r>
            <w:proofErr w:type="spellEnd"/>
          </w:p>
        </w:tc>
        <w:tc>
          <w:tcPr>
            <w:tcW w:w="209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1CB17C2" w14:textId="77777777" w:rsidR="003D05DA" w:rsidRDefault="003D05DA" w:rsidP="00426D0A">
            <w:pPr>
              <w:spacing w:after="0"/>
            </w:pPr>
            <w:r>
              <w:rPr>
                <w:sz w:val="17"/>
              </w:rPr>
              <w:t xml:space="preserve">154 </w:t>
            </w:r>
            <w:proofErr w:type="spellStart"/>
            <w:r>
              <w:rPr>
                <w:sz w:val="17"/>
              </w:rPr>
              <w:t>topik</w:t>
            </w:r>
            <w:proofErr w:type="spellEnd"/>
          </w:p>
        </w:tc>
      </w:tr>
      <w:tr w:rsidR="003D05DA" w14:paraId="581211A0" w14:textId="77777777" w:rsidTr="00426D0A">
        <w:trPr>
          <w:cantSplit/>
          <w:jc w:val="center"/>
        </w:trPr>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0E62177" w14:textId="77777777" w:rsidR="003D05DA" w:rsidRDefault="003D05DA" w:rsidP="00426D0A">
            <w:pPr>
              <w:spacing w:after="0"/>
            </w:pPr>
            <w:r>
              <w:rPr>
                <w:sz w:val="17"/>
              </w:rPr>
              <w:t>B - Smart Hospital</w:t>
            </w:r>
          </w:p>
        </w:tc>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79EA0AF" w14:textId="77777777" w:rsidR="003D05DA" w:rsidRDefault="003D05DA" w:rsidP="00426D0A">
            <w:pPr>
              <w:spacing w:after="0"/>
            </w:pPr>
            <w:r>
              <w:rPr>
                <w:sz w:val="17"/>
              </w:rPr>
              <w:t xml:space="preserve">11 </w:t>
            </w:r>
            <w:proofErr w:type="spellStart"/>
            <w:r>
              <w:rPr>
                <w:sz w:val="17"/>
              </w:rPr>
              <w:t>aktivitas</w:t>
            </w:r>
            <w:proofErr w:type="spellEnd"/>
            <w:r>
              <w:rPr>
                <w:sz w:val="17"/>
              </w:rPr>
              <w:t xml:space="preserve"> x 5 </w:t>
            </w:r>
            <w:proofErr w:type="spellStart"/>
            <w:r>
              <w:rPr>
                <w:sz w:val="17"/>
              </w:rPr>
              <w:t>objek</w:t>
            </w:r>
            <w:proofErr w:type="spellEnd"/>
          </w:p>
        </w:tc>
        <w:tc>
          <w:tcPr>
            <w:tcW w:w="209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B8713DF" w14:textId="77777777" w:rsidR="003D05DA" w:rsidRDefault="003D05DA" w:rsidP="00426D0A">
            <w:pPr>
              <w:spacing w:after="0"/>
            </w:pPr>
            <w:r>
              <w:rPr>
                <w:sz w:val="17"/>
              </w:rPr>
              <w:t xml:space="preserve">55 </w:t>
            </w:r>
            <w:proofErr w:type="spellStart"/>
            <w:r>
              <w:rPr>
                <w:sz w:val="17"/>
              </w:rPr>
              <w:t>topik</w:t>
            </w:r>
            <w:proofErr w:type="spellEnd"/>
          </w:p>
        </w:tc>
      </w:tr>
      <w:tr w:rsidR="003D05DA" w14:paraId="1F285E87" w14:textId="77777777" w:rsidTr="00426D0A">
        <w:trPr>
          <w:cantSplit/>
          <w:jc w:val="center"/>
        </w:trPr>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83B0922" w14:textId="77777777" w:rsidR="003D05DA" w:rsidRDefault="003D05DA" w:rsidP="00426D0A">
            <w:pPr>
              <w:spacing w:after="0"/>
            </w:pPr>
            <w:proofErr w:type="spellStart"/>
            <w:r>
              <w:rPr>
                <w:sz w:val="17"/>
              </w:rPr>
              <w:t>Topik</w:t>
            </w:r>
            <w:proofErr w:type="spellEnd"/>
            <w:r>
              <w:rPr>
                <w:sz w:val="17"/>
              </w:rPr>
              <w:t xml:space="preserve"> </w:t>
            </w:r>
            <w:proofErr w:type="spellStart"/>
            <w:r>
              <w:rPr>
                <w:sz w:val="17"/>
              </w:rPr>
              <w:t>Spesial</w:t>
            </w:r>
            <w:proofErr w:type="spellEnd"/>
          </w:p>
        </w:tc>
        <w:tc>
          <w:tcPr>
            <w:tcW w:w="396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BDA274F" w14:textId="77777777" w:rsidR="003D05DA" w:rsidRDefault="003D05DA" w:rsidP="00426D0A">
            <w:pPr>
              <w:spacing w:after="0"/>
            </w:pPr>
            <w:r>
              <w:rPr>
                <w:sz w:val="17"/>
              </w:rPr>
              <w:t xml:space="preserve">12 </w:t>
            </w:r>
            <w:proofErr w:type="spellStart"/>
            <w:r>
              <w:rPr>
                <w:sz w:val="17"/>
              </w:rPr>
              <w:t>judul</w:t>
            </w:r>
            <w:proofErr w:type="spellEnd"/>
            <w:r>
              <w:rPr>
                <w:sz w:val="17"/>
              </w:rPr>
              <w:t xml:space="preserve"> </w:t>
            </w:r>
            <w:proofErr w:type="spellStart"/>
            <w:r>
              <w:rPr>
                <w:sz w:val="17"/>
              </w:rPr>
              <w:t>mandiri</w:t>
            </w:r>
            <w:proofErr w:type="spellEnd"/>
          </w:p>
        </w:tc>
        <w:tc>
          <w:tcPr>
            <w:tcW w:w="209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B22BFE4" w14:textId="77777777" w:rsidR="003D05DA" w:rsidRDefault="003D05DA" w:rsidP="00426D0A">
            <w:pPr>
              <w:spacing w:after="0"/>
            </w:pPr>
            <w:r>
              <w:rPr>
                <w:sz w:val="17"/>
              </w:rPr>
              <w:t xml:space="preserve">12 </w:t>
            </w:r>
            <w:proofErr w:type="spellStart"/>
            <w:r>
              <w:rPr>
                <w:sz w:val="17"/>
              </w:rPr>
              <w:t>topik</w:t>
            </w:r>
            <w:proofErr w:type="spellEnd"/>
          </w:p>
        </w:tc>
      </w:tr>
      <w:tr w:rsidR="003D05DA" w14:paraId="7C401B48" w14:textId="77777777" w:rsidTr="00426D0A">
        <w:trPr>
          <w:cantSplit/>
          <w:jc w:val="center"/>
        </w:trPr>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ABF2C92" w14:textId="77777777" w:rsidR="003D05DA" w:rsidRDefault="003D05DA" w:rsidP="00426D0A">
            <w:pPr>
              <w:spacing w:after="0"/>
            </w:pPr>
            <w:r>
              <w:rPr>
                <w:b/>
                <w:sz w:val="17"/>
              </w:rPr>
              <w:t>TOTAL</w:t>
            </w:r>
          </w:p>
        </w:tc>
        <w:tc>
          <w:tcPr>
            <w:tcW w:w="396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31DBA7A" w14:textId="77777777" w:rsidR="003D05DA" w:rsidRDefault="003D05DA" w:rsidP="00426D0A">
            <w:pPr>
              <w:spacing w:after="0"/>
            </w:pPr>
            <w:proofErr w:type="spellStart"/>
            <w:r>
              <w:rPr>
                <w:b/>
                <w:sz w:val="17"/>
              </w:rPr>
              <w:t>Seluruh</w:t>
            </w:r>
            <w:proofErr w:type="spellEnd"/>
            <w:r>
              <w:rPr>
                <w:b/>
                <w:sz w:val="17"/>
              </w:rPr>
              <w:t xml:space="preserve"> </w:t>
            </w:r>
            <w:proofErr w:type="spellStart"/>
            <w:r>
              <w:rPr>
                <w:b/>
                <w:sz w:val="17"/>
              </w:rPr>
              <w:t>pilihan</w:t>
            </w:r>
            <w:proofErr w:type="spellEnd"/>
            <w:r>
              <w:rPr>
                <w:b/>
                <w:sz w:val="17"/>
              </w:rPr>
              <w:t xml:space="preserve"> program</w:t>
            </w:r>
          </w:p>
        </w:tc>
        <w:tc>
          <w:tcPr>
            <w:tcW w:w="209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687A133" w14:textId="77777777" w:rsidR="003D05DA" w:rsidRDefault="003D05DA" w:rsidP="00426D0A">
            <w:pPr>
              <w:spacing w:after="0"/>
            </w:pPr>
            <w:r>
              <w:rPr>
                <w:b/>
                <w:sz w:val="17"/>
              </w:rPr>
              <w:t xml:space="preserve">221 </w:t>
            </w:r>
            <w:proofErr w:type="spellStart"/>
            <w:r>
              <w:rPr>
                <w:b/>
                <w:sz w:val="17"/>
              </w:rPr>
              <w:t>pilihan</w:t>
            </w:r>
            <w:proofErr w:type="spellEnd"/>
          </w:p>
        </w:tc>
      </w:tr>
    </w:tbl>
    <w:p w14:paraId="42639FBA" w14:textId="77777777" w:rsidR="003D05DA" w:rsidRDefault="003D05DA" w:rsidP="003D05DA">
      <w:pPr>
        <w:pStyle w:val="Heading2"/>
      </w:pPr>
      <w:r>
        <w:t xml:space="preserve">Cara </w:t>
      </w:r>
      <w:proofErr w:type="spellStart"/>
      <w:r>
        <w:t>Membaca</w:t>
      </w:r>
      <w:proofErr w:type="spellEnd"/>
      <w:r>
        <w:t xml:space="preserve"> Kode</w:t>
      </w:r>
    </w:p>
    <w:p w14:paraId="02F3851B" w14:textId="77777777" w:rsidR="003D05DA" w:rsidRDefault="003D05DA" w:rsidP="003D05DA">
      <w:pPr>
        <w:pStyle w:val="ListBullet"/>
        <w:spacing w:after="50"/>
        <w:ind w:left="198" w:hanging="102"/>
      </w:pPr>
      <w:proofErr w:type="spellStart"/>
      <w:r>
        <w:t>A.</w:t>
      </w:r>
      <w:proofErr w:type="gramStart"/>
      <w:r>
        <w:t>xx.yy</w:t>
      </w:r>
      <w:proofErr w:type="spellEnd"/>
      <w:proofErr w:type="gramEnd"/>
      <w:r>
        <w:t xml:space="preserve"> = </w:t>
      </w:r>
      <w:proofErr w:type="spellStart"/>
      <w:r>
        <w:t>kategori</w:t>
      </w:r>
      <w:proofErr w:type="spellEnd"/>
      <w:r>
        <w:t xml:space="preserve"> Teknik </w:t>
      </w:r>
      <w:proofErr w:type="spellStart"/>
      <w:r>
        <w:t>Pelayanan</w:t>
      </w:r>
      <w:proofErr w:type="spellEnd"/>
      <w:r>
        <w:t xml:space="preserve"> Kesehatan; xx = </w:t>
      </w:r>
      <w:proofErr w:type="spellStart"/>
      <w:r>
        <w:t>aktivitas</w:t>
      </w:r>
      <w:proofErr w:type="spellEnd"/>
      <w:r>
        <w:t xml:space="preserve"> 01-11; </w:t>
      </w:r>
      <w:proofErr w:type="spellStart"/>
      <w:r>
        <w:t>yy</w:t>
      </w:r>
      <w:proofErr w:type="spellEnd"/>
      <w:r>
        <w:t xml:space="preserve"> = </w:t>
      </w:r>
      <w:proofErr w:type="spellStart"/>
      <w:r>
        <w:t>objek</w:t>
      </w:r>
      <w:proofErr w:type="spellEnd"/>
      <w:r>
        <w:t xml:space="preserve"> 01-14.</w:t>
      </w:r>
    </w:p>
    <w:p w14:paraId="53460AD0" w14:textId="77777777" w:rsidR="003D05DA" w:rsidRDefault="003D05DA" w:rsidP="003D05DA">
      <w:pPr>
        <w:pStyle w:val="ListBullet"/>
        <w:spacing w:after="50"/>
        <w:ind w:left="198" w:hanging="102"/>
      </w:pPr>
      <w:proofErr w:type="spellStart"/>
      <w:r>
        <w:t>B.</w:t>
      </w:r>
      <w:proofErr w:type="gramStart"/>
      <w:r>
        <w:t>xx.yy</w:t>
      </w:r>
      <w:proofErr w:type="spellEnd"/>
      <w:proofErr w:type="gramEnd"/>
      <w:r>
        <w:t xml:space="preserve"> = </w:t>
      </w:r>
      <w:proofErr w:type="spellStart"/>
      <w:r>
        <w:t>kategori</w:t>
      </w:r>
      <w:proofErr w:type="spellEnd"/>
      <w:r>
        <w:t xml:space="preserve"> Smart Hospital; xx = </w:t>
      </w:r>
      <w:proofErr w:type="spellStart"/>
      <w:r>
        <w:t>aktivitas</w:t>
      </w:r>
      <w:proofErr w:type="spellEnd"/>
      <w:r>
        <w:t xml:space="preserve"> 01-11; </w:t>
      </w:r>
      <w:proofErr w:type="spellStart"/>
      <w:r>
        <w:t>objek</w:t>
      </w:r>
      <w:proofErr w:type="spellEnd"/>
      <w:r>
        <w:t xml:space="preserve"> </w:t>
      </w:r>
      <w:proofErr w:type="spellStart"/>
      <w:r>
        <w:t>dipilih</w:t>
      </w:r>
      <w:proofErr w:type="spellEnd"/>
      <w:r>
        <w:t xml:space="preserve"> </w:t>
      </w:r>
      <w:proofErr w:type="spellStart"/>
      <w:r>
        <w:t>dari</w:t>
      </w:r>
      <w:proofErr w:type="spellEnd"/>
      <w:r>
        <w:t xml:space="preserve"> Smart Hospital, SFN, SFM, SMO, </w:t>
      </w:r>
      <w:proofErr w:type="spellStart"/>
      <w:r>
        <w:t>atau</w:t>
      </w:r>
      <w:proofErr w:type="spellEnd"/>
      <w:r>
        <w:t xml:space="preserve"> SDM.</w:t>
      </w:r>
    </w:p>
    <w:p w14:paraId="4119BBA2" w14:textId="77777777" w:rsidR="003D05DA" w:rsidRDefault="003D05DA" w:rsidP="003D05DA">
      <w:pPr>
        <w:pStyle w:val="ListBullet"/>
        <w:spacing w:after="50"/>
        <w:ind w:left="198" w:hanging="102"/>
      </w:pPr>
      <w:proofErr w:type="spellStart"/>
      <w:r>
        <w:t>Topik</w:t>
      </w:r>
      <w:proofErr w:type="spellEnd"/>
      <w:r>
        <w:t xml:space="preserve"> </w:t>
      </w:r>
      <w:proofErr w:type="spellStart"/>
      <w:r>
        <w:t>Spesial</w:t>
      </w:r>
      <w:proofErr w:type="spellEnd"/>
      <w:r>
        <w:t xml:space="preserve"> </w:t>
      </w:r>
      <w:proofErr w:type="spellStart"/>
      <w:r>
        <w:t>dipilih</w:t>
      </w:r>
      <w:proofErr w:type="spellEnd"/>
      <w:r>
        <w:t xml:space="preserve"> </w:t>
      </w:r>
      <w:proofErr w:type="spellStart"/>
      <w:r>
        <w:t>langsung</w:t>
      </w:r>
      <w:proofErr w:type="spellEnd"/>
      <w:r>
        <w:t xml:space="preserve"> </w:t>
      </w:r>
      <w:proofErr w:type="spellStart"/>
      <w:r>
        <w:t>berdasarkan</w:t>
      </w:r>
      <w:proofErr w:type="spellEnd"/>
      <w:r>
        <w:t xml:space="preserve"> </w:t>
      </w:r>
      <w:proofErr w:type="spellStart"/>
      <w:r>
        <w:t>nomor</w:t>
      </w:r>
      <w:proofErr w:type="spellEnd"/>
      <w:r>
        <w:t xml:space="preserve"> </w:t>
      </w:r>
      <w:proofErr w:type="spellStart"/>
      <w:r>
        <w:t>urut</w:t>
      </w:r>
      <w:proofErr w:type="spellEnd"/>
      <w:r>
        <w:t xml:space="preserve"> 01-12 dan </w:t>
      </w:r>
      <w:proofErr w:type="spellStart"/>
      <w:r>
        <w:t>judul</w:t>
      </w:r>
      <w:proofErr w:type="spellEnd"/>
      <w:r>
        <w:t>.</w:t>
      </w:r>
    </w:p>
    <w:tbl>
      <w:tblPr>
        <w:tblW w:w="0" w:type="auto"/>
        <w:jc w:val="center"/>
        <w:tblLayout w:type="fixed"/>
        <w:tblLook w:val="04A0" w:firstRow="1" w:lastRow="0" w:firstColumn="1" w:lastColumn="0" w:noHBand="0" w:noVBand="1"/>
      </w:tblPr>
      <w:tblGrid>
        <w:gridCol w:w="10376"/>
      </w:tblGrid>
      <w:tr w:rsidR="003D05DA" w14:paraId="2D488BCB" w14:textId="77777777" w:rsidTr="00426D0A">
        <w:trPr>
          <w:jc w:val="center"/>
        </w:trPr>
        <w:tc>
          <w:tcPr>
            <w:tcW w:w="10376" w:type="dxa"/>
            <w:tcBorders>
              <w:top w:val="single" w:sz="0" w:space="0" w:color="EAF3FA"/>
              <w:left w:val="single" w:sz="0" w:space="0" w:color="EAF3FA"/>
              <w:bottom w:val="single" w:sz="0" w:space="0" w:color="EAF3FA"/>
              <w:right w:val="single" w:sz="0" w:space="0" w:color="EAF3FA"/>
            </w:tcBorders>
            <w:shd w:val="clear" w:color="auto" w:fill="EAF3FA"/>
            <w:tcMar>
              <w:top w:w="100" w:type="dxa"/>
              <w:left w:w="110" w:type="dxa"/>
              <w:bottom w:w="100" w:type="dxa"/>
              <w:right w:w="110" w:type="dxa"/>
            </w:tcMar>
          </w:tcPr>
          <w:p w14:paraId="1340202E" w14:textId="77777777" w:rsidR="003D05DA" w:rsidRDefault="003D05DA" w:rsidP="00426D0A">
            <w:pPr>
              <w:spacing w:after="60"/>
            </w:pPr>
            <w:proofErr w:type="spellStart"/>
            <w:r>
              <w:rPr>
                <w:b/>
                <w:color w:val="1B75BB"/>
                <w:sz w:val="21"/>
              </w:rPr>
              <w:t>Contoh</w:t>
            </w:r>
            <w:proofErr w:type="spellEnd"/>
          </w:p>
          <w:p w14:paraId="1E1F2E86" w14:textId="77777777" w:rsidR="003D05DA" w:rsidRDefault="003D05DA" w:rsidP="00426D0A">
            <w:pPr>
              <w:spacing w:after="0"/>
            </w:pPr>
            <w:r>
              <w:t xml:space="preserve">A.01.09 = </w:t>
            </w:r>
            <w:proofErr w:type="spellStart"/>
            <w:r>
              <w:t>Perencanaan</w:t>
            </w:r>
            <w:proofErr w:type="spellEnd"/>
            <w:r>
              <w:t xml:space="preserve"> </w:t>
            </w:r>
            <w:proofErr w:type="spellStart"/>
            <w:r>
              <w:t>Bangunan</w:t>
            </w:r>
            <w:proofErr w:type="spellEnd"/>
            <w:r>
              <w:t xml:space="preserve"> Rumah Sakit. B.07.12 = </w:t>
            </w:r>
            <w:proofErr w:type="spellStart"/>
            <w:r>
              <w:t>Penilaian</w:t>
            </w:r>
            <w:proofErr w:type="spellEnd"/>
            <w:r>
              <w:t xml:space="preserve"> </w:t>
            </w:r>
            <w:proofErr w:type="spellStart"/>
            <w:r>
              <w:t>Sistem</w:t>
            </w:r>
            <w:proofErr w:type="spellEnd"/>
            <w:r>
              <w:t xml:space="preserve"> </w:t>
            </w:r>
            <w:proofErr w:type="spellStart"/>
            <w:r>
              <w:t>Fisik</w:t>
            </w:r>
            <w:proofErr w:type="spellEnd"/>
            <w:r>
              <w:t xml:space="preserve"> Maya. </w:t>
            </w:r>
            <w:proofErr w:type="spellStart"/>
            <w:r>
              <w:t>Topik</w:t>
            </w:r>
            <w:proofErr w:type="spellEnd"/>
            <w:r>
              <w:t xml:space="preserve"> </w:t>
            </w:r>
            <w:proofErr w:type="spellStart"/>
            <w:r>
              <w:t>Spesial</w:t>
            </w:r>
            <w:proofErr w:type="spellEnd"/>
            <w:r>
              <w:t xml:space="preserve"> No. 09 = </w:t>
            </w:r>
            <w:proofErr w:type="spellStart"/>
            <w:r>
              <w:t>Analisis</w:t>
            </w:r>
            <w:proofErr w:type="spellEnd"/>
            <w:r>
              <w:t xml:space="preserve"> dan strategi </w:t>
            </w:r>
            <w:proofErr w:type="spellStart"/>
            <w:r>
              <w:t>penerapan</w:t>
            </w:r>
            <w:proofErr w:type="spellEnd"/>
            <w:r>
              <w:t xml:space="preserve"> AI.</w:t>
            </w:r>
          </w:p>
        </w:tc>
      </w:tr>
    </w:tbl>
    <w:p w14:paraId="5327BEAA" w14:textId="77777777" w:rsidR="003D05DA" w:rsidRDefault="003D05DA" w:rsidP="003D05DA">
      <w:pPr>
        <w:spacing w:after="0"/>
      </w:pPr>
    </w:p>
    <w:p w14:paraId="36CA6A62" w14:textId="77777777" w:rsidR="003D05DA" w:rsidRDefault="003D05DA" w:rsidP="003D05DA">
      <w:r>
        <w:br w:type="page"/>
      </w:r>
    </w:p>
    <w:p w14:paraId="0E5FF74A" w14:textId="77777777" w:rsidR="003D05DA" w:rsidRDefault="003D05DA" w:rsidP="003D05DA">
      <w:pPr>
        <w:keepNext/>
        <w:spacing w:after="60"/>
      </w:pPr>
      <w:r>
        <w:rPr>
          <w:b/>
          <w:color w:val="0FA27A"/>
          <w:sz w:val="17"/>
        </w:rPr>
        <w:lastRenderedPageBreak/>
        <w:t>MENU 221 TOPIK</w:t>
      </w:r>
    </w:p>
    <w:p w14:paraId="129E8284" w14:textId="77777777" w:rsidR="003D05DA" w:rsidRDefault="003D05DA" w:rsidP="003D05DA">
      <w:pPr>
        <w:pStyle w:val="Heading1"/>
      </w:pPr>
      <w:r>
        <w:t xml:space="preserve">11 </w:t>
      </w:r>
      <w:proofErr w:type="spellStart"/>
      <w:r>
        <w:t>Aktivitas</w:t>
      </w:r>
      <w:proofErr w:type="spellEnd"/>
      <w:r>
        <w:t xml:space="preserve"> </w:t>
      </w:r>
      <w:proofErr w:type="spellStart"/>
      <w:r>
        <w:t>Pembelajaran</w:t>
      </w:r>
      <w:proofErr w:type="spellEnd"/>
    </w:p>
    <w:tbl>
      <w:tblPr>
        <w:tblW w:w="0" w:type="auto"/>
        <w:jc w:val="center"/>
        <w:tblLayout w:type="fixed"/>
        <w:tblLook w:val="04A0" w:firstRow="1" w:lastRow="0" w:firstColumn="1" w:lastColumn="0" w:noHBand="0" w:noVBand="1"/>
      </w:tblPr>
      <w:tblGrid>
        <w:gridCol w:w="850"/>
        <w:gridCol w:w="2948"/>
        <w:gridCol w:w="6578"/>
        <w:gridCol w:w="212"/>
      </w:tblGrid>
      <w:tr w:rsidR="003D05DA" w14:paraId="19073ACA" w14:textId="77777777" w:rsidTr="00426D0A">
        <w:trPr>
          <w:cantSplit/>
          <w:tblHeader/>
          <w:jc w:val="center"/>
        </w:trPr>
        <w:tc>
          <w:tcPr>
            <w:tcW w:w="850"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601B102" w14:textId="77777777" w:rsidR="003D05DA" w:rsidRDefault="003D05DA" w:rsidP="00426D0A">
            <w:pPr>
              <w:spacing w:after="0"/>
              <w:jc w:val="center"/>
            </w:pPr>
            <w:r>
              <w:rPr>
                <w:b/>
                <w:color w:val="FFFFFF"/>
                <w:sz w:val="16"/>
              </w:rPr>
              <w:t>Kode</w:t>
            </w:r>
          </w:p>
        </w:tc>
        <w:tc>
          <w:tcPr>
            <w:tcW w:w="294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9F07643" w14:textId="77777777" w:rsidR="003D05DA" w:rsidRDefault="003D05DA" w:rsidP="00426D0A">
            <w:pPr>
              <w:spacing w:after="0"/>
              <w:jc w:val="center"/>
            </w:pPr>
            <w:proofErr w:type="spellStart"/>
            <w:r>
              <w:rPr>
                <w:b/>
                <w:color w:val="FFFFFF"/>
                <w:sz w:val="16"/>
              </w:rPr>
              <w:t>Aktivitas</w:t>
            </w:r>
            <w:proofErr w:type="spellEnd"/>
          </w:p>
        </w:tc>
        <w:tc>
          <w:tcPr>
            <w:tcW w:w="6236" w:type="dxa"/>
            <w:gridSpan w:val="2"/>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8F5CEB1" w14:textId="77777777" w:rsidR="003D05DA" w:rsidRDefault="003D05DA" w:rsidP="00426D0A">
            <w:pPr>
              <w:spacing w:after="0"/>
              <w:jc w:val="center"/>
            </w:pPr>
            <w:proofErr w:type="spellStart"/>
            <w:r>
              <w:rPr>
                <w:b/>
                <w:color w:val="FFFFFF"/>
                <w:sz w:val="16"/>
              </w:rPr>
              <w:t>Subtopik</w:t>
            </w:r>
            <w:proofErr w:type="spellEnd"/>
            <w:r>
              <w:rPr>
                <w:b/>
                <w:color w:val="FFFFFF"/>
                <w:sz w:val="16"/>
              </w:rPr>
              <w:t xml:space="preserve"> </w:t>
            </w:r>
            <w:proofErr w:type="spellStart"/>
            <w:r>
              <w:rPr>
                <w:b/>
                <w:color w:val="FFFFFF"/>
                <w:sz w:val="16"/>
              </w:rPr>
              <w:t>Pembelajaran</w:t>
            </w:r>
            <w:proofErr w:type="spellEnd"/>
          </w:p>
        </w:tc>
      </w:tr>
      <w:tr w:rsidR="003D05DA" w14:paraId="477426F7"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5670CBB" w14:textId="77777777" w:rsidR="003D05DA" w:rsidRDefault="003D05DA" w:rsidP="00426D0A">
            <w:pPr>
              <w:spacing w:after="0"/>
              <w:jc w:val="center"/>
            </w:pPr>
            <w:r>
              <w:rPr>
                <w:b/>
                <w:sz w:val="16"/>
              </w:rPr>
              <w:t>01</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D60485D" w14:textId="77777777" w:rsidR="003D05DA" w:rsidRDefault="003D05DA" w:rsidP="00426D0A">
            <w:pPr>
              <w:spacing w:after="0"/>
            </w:pPr>
            <w:proofErr w:type="spellStart"/>
            <w:r>
              <w:rPr>
                <w:b/>
                <w:sz w:val="16"/>
              </w:rPr>
              <w:t>Perencanaan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1C4D6E1" w14:textId="77777777" w:rsidR="003D05DA" w:rsidRDefault="003D05DA" w:rsidP="00426D0A">
            <w:pPr>
              <w:spacing w:after="0"/>
            </w:pPr>
            <w:proofErr w:type="spellStart"/>
            <w:r>
              <w:rPr>
                <w:sz w:val="16"/>
              </w:rPr>
              <w:t>Analisis</w:t>
            </w:r>
            <w:proofErr w:type="spellEnd"/>
            <w:r>
              <w:rPr>
                <w:sz w:val="16"/>
              </w:rPr>
              <w:t xml:space="preserve"> </w:t>
            </w:r>
            <w:proofErr w:type="spellStart"/>
            <w:r>
              <w:rPr>
                <w:sz w:val="16"/>
              </w:rPr>
              <w:t>kebutuhan</w:t>
            </w:r>
            <w:proofErr w:type="spellEnd"/>
            <w:r>
              <w:rPr>
                <w:sz w:val="16"/>
              </w:rPr>
              <w:t xml:space="preserve">, FS/MP, </w:t>
            </w:r>
            <w:proofErr w:type="spellStart"/>
            <w:r>
              <w:rPr>
                <w:sz w:val="16"/>
              </w:rPr>
              <w:t>kebutuhan</w:t>
            </w:r>
            <w:proofErr w:type="spellEnd"/>
            <w:r>
              <w:rPr>
                <w:sz w:val="16"/>
              </w:rPr>
              <w:t xml:space="preserve"> </w:t>
            </w:r>
            <w:proofErr w:type="spellStart"/>
            <w:r>
              <w:rPr>
                <w:sz w:val="16"/>
              </w:rPr>
              <w:t>layanan</w:t>
            </w:r>
            <w:proofErr w:type="spellEnd"/>
            <w:r>
              <w:rPr>
                <w:sz w:val="16"/>
              </w:rPr>
              <w:t xml:space="preserve"> dan </w:t>
            </w:r>
            <w:proofErr w:type="spellStart"/>
            <w:r>
              <w:rPr>
                <w:sz w:val="16"/>
              </w:rPr>
              <w:t>prioritas</w:t>
            </w:r>
            <w:proofErr w:type="spellEnd"/>
          </w:p>
        </w:tc>
      </w:tr>
      <w:tr w:rsidR="003D05DA" w14:paraId="5645D887"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E07B888" w14:textId="77777777" w:rsidR="003D05DA" w:rsidRDefault="003D05DA" w:rsidP="00426D0A">
            <w:pPr>
              <w:spacing w:after="0"/>
              <w:jc w:val="center"/>
            </w:pPr>
            <w:r>
              <w:rPr>
                <w:b/>
                <w:sz w:val="16"/>
              </w:rPr>
              <w:t>02</w:t>
            </w:r>
          </w:p>
        </w:tc>
        <w:tc>
          <w:tcPr>
            <w:tcW w:w="294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93F1B57" w14:textId="77777777" w:rsidR="003D05DA" w:rsidRDefault="003D05DA" w:rsidP="00426D0A">
            <w:pPr>
              <w:spacing w:after="0"/>
            </w:pPr>
            <w:proofErr w:type="spellStart"/>
            <w:r>
              <w:rPr>
                <w:b/>
                <w:sz w:val="16"/>
              </w:rPr>
              <w:t>Penganggaran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5089B98" w14:textId="77777777" w:rsidR="003D05DA" w:rsidRDefault="003D05DA" w:rsidP="00426D0A">
            <w:pPr>
              <w:spacing w:after="0"/>
            </w:pPr>
            <w:r>
              <w:rPr>
                <w:sz w:val="16"/>
              </w:rPr>
              <w:t xml:space="preserve">RBA/RKA, </w:t>
            </w:r>
            <w:proofErr w:type="spellStart"/>
            <w:r>
              <w:rPr>
                <w:sz w:val="16"/>
              </w:rPr>
              <w:t>belanja</w:t>
            </w:r>
            <w:proofErr w:type="spellEnd"/>
            <w:r>
              <w:rPr>
                <w:sz w:val="16"/>
              </w:rPr>
              <w:t xml:space="preserve"> modal, </w:t>
            </w:r>
            <w:proofErr w:type="spellStart"/>
            <w:r>
              <w:rPr>
                <w:sz w:val="16"/>
              </w:rPr>
              <w:t>operasi</w:t>
            </w:r>
            <w:proofErr w:type="spellEnd"/>
            <w:r>
              <w:rPr>
                <w:sz w:val="16"/>
              </w:rPr>
              <w:t xml:space="preserve"> dan </w:t>
            </w:r>
            <w:proofErr w:type="spellStart"/>
            <w:r>
              <w:rPr>
                <w:sz w:val="16"/>
              </w:rPr>
              <w:t>biaya</w:t>
            </w:r>
            <w:proofErr w:type="spellEnd"/>
            <w:r>
              <w:rPr>
                <w:sz w:val="16"/>
              </w:rPr>
              <w:t xml:space="preserve"> </w:t>
            </w:r>
            <w:proofErr w:type="spellStart"/>
            <w:r>
              <w:rPr>
                <w:sz w:val="16"/>
              </w:rPr>
              <w:t>siklus</w:t>
            </w:r>
            <w:proofErr w:type="spellEnd"/>
            <w:r>
              <w:rPr>
                <w:sz w:val="16"/>
              </w:rPr>
              <w:t xml:space="preserve"> </w:t>
            </w:r>
            <w:proofErr w:type="spellStart"/>
            <w:r>
              <w:rPr>
                <w:sz w:val="16"/>
              </w:rPr>
              <w:t>hidup</w:t>
            </w:r>
            <w:proofErr w:type="spellEnd"/>
          </w:p>
        </w:tc>
      </w:tr>
      <w:tr w:rsidR="003D05DA" w14:paraId="031B2A15"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090A9BB" w14:textId="77777777" w:rsidR="003D05DA" w:rsidRDefault="003D05DA" w:rsidP="00426D0A">
            <w:pPr>
              <w:spacing w:after="0"/>
              <w:jc w:val="center"/>
            </w:pPr>
            <w:r>
              <w:rPr>
                <w:b/>
                <w:sz w:val="16"/>
              </w:rPr>
              <w:t>03</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8CC39FB" w14:textId="77777777" w:rsidR="003D05DA" w:rsidRDefault="003D05DA" w:rsidP="00426D0A">
            <w:pPr>
              <w:spacing w:after="0"/>
            </w:pPr>
            <w:proofErr w:type="spellStart"/>
            <w:r>
              <w:rPr>
                <w:b/>
                <w:sz w:val="16"/>
              </w:rPr>
              <w:t>Perancangan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DD9443A" w14:textId="77777777" w:rsidR="003D05DA" w:rsidRDefault="003D05DA" w:rsidP="00426D0A">
            <w:pPr>
              <w:spacing w:after="0"/>
            </w:pPr>
            <w:proofErr w:type="spellStart"/>
            <w:r>
              <w:rPr>
                <w:sz w:val="16"/>
              </w:rPr>
              <w:t>Persyaratan</w:t>
            </w:r>
            <w:proofErr w:type="spellEnd"/>
            <w:r>
              <w:rPr>
                <w:sz w:val="16"/>
              </w:rPr>
              <w:t xml:space="preserve"> </w:t>
            </w:r>
            <w:proofErr w:type="spellStart"/>
            <w:r>
              <w:rPr>
                <w:sz w:val="16"/>
              </w:rPr>
              <w:t>fungsi</w:t>
            </w:r>
            <w:proofErr w:type="spellEnd"/>
            <w:r>
              <w:rPr>
                <w:sz w:val="16"/>
              </w:rPr>
              <w:t xml:space="preserve">, </w:t>
            </w:r>
            <w:proofErr w:type="spellStart"/>
            <w:r>
              <w:rPr>
                <w:sz w:val="16"/>
              </w:rPr>
              <w:t>desain</w:t>
            </w:r>
            <w:proofErr w:type="spellEnd"/>
            <w:r>
              <w:rPr>
                <w:sz w:val="16"/>
              </w:rPr>
              <w:t xml:space="preserve"> </w:t>
            </w:r>
            <w:proofErr w:type="spellStart"/>
            <w:r>
              <w:rPr>
                <w:sz w:val="16"/>
              </w:rPr>
              <w:t>teknis</w:t>
            </w:r>
            <w:proofErr w:type="spellEnd"/>
            <w:r>
              <w:rPr>
                <w:sz w:val="16"/>
              </w:rPr>
              <w:t xml:space="preserve">, </w:t>
            </w:r>
            <w:proofErr w:type="spellStart"/>
            <w:r>
              <w:rPr>
                <w:sz w:val="16"/>
              </w:rPr>
              <w:t>integrasi</w:t>
            </w:r>
            <w:proofErr w:type="spellEnd"/>
            <w:r>
              <w:rPr>
                <w:sz w:val="16"/>
              </w:rPr>
              <w:t xml:space="preserve"> dan </w:t>
            </w:r>
            <w:proofErr w:type="spellStart"/>
            <w:r>
              <w:rPr>
                <w:sz w:val="16"/>
              </w:rPr>
              <w:t>keselamatan</w:t>
            </w:r>
            <w:proofErr w:type="spellEnd"/>
          </w:p>
        </w:tc>
      </w:tr>
      <w:tr w:rsidR="003D05DA" w:rsidRPr="003D05DA" w14:paraId="1A4B01A4"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42A2645" w14:textId="77777777" w:rsidR="003D05DA" w:rsidRDefault="003D05DA" w:rsidP="00426D0A">
            <w:pPr>
              <w:spacing w:after="0"/>
              <w:jc w:val="center"/>
            </w:pPr>
            <w:r>
              <w:rPr>
                <w:b/>
                <w:sz w:val="16"/>
              </w:rPr>
              <w:t>04</w:t>
            </w:r>
          </w:p>
        </w:tc>
        <w:tc>
          <w:tcPr>
            <w:tcW w:w="294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00AF937" w14:textId="77777777" w:rsidR="003D05DA" w:rsidRDefault="003D05DA" w:rsidP="00426D0A">
            <w:pPr>
              <w:spacing w:after="0"/>
            </w:pPr>
            <w:proofErr w:type="spellStart"/>
            <w:r>
              <w:rPr>
                <w:b/>
                <w:sz w:val="16"/>
              </w:rPr>
              <w:t>Pengadaan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0077CC9" w14:textId="77777777" w:rsidR="003D05DA" w:rsidRPr="003D05DA" w:rsidRDefault="003D05DA" w:rsidP="00426D0A">
            <w:pPr>
              <w:spacing w:after="0"/>
              <w:rPr>
                <w:lang w:val="it-IT"/>
              </w:rPr>
            </w:pPr>
            <w:r w:rsidRPr="003D05DA">
              <w:rPr>
                <w:sz w:val="16"/>
                <w:lang w:val="it-IT"/>
              </w:rPr>
              <w:t>Spesifikasi, evaluasi vendor, kontrak dan penerimaan</w:t>
            </w:r>
          </w:p>
        </w:tc>
      </w:tr>
      <w:tr w:rsidR="003D05DA" w:rsidRPr="003D05DA" w14:paraId="53039D71"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A8AA328" w14:textId="77777777" w:rsidR="003D05DA" w:rsidRDefault="003D05DA" w:rsidP="00426D0A">
            <w:pPr>
              <w:spacing w:after="0"/>
              <w:jc w:val="center"/>
            </w:pPr>
            <w:r>
              <w:rPr>
                <w:b/>
                <w:sz w:val="16"/>
              </w:rPr>
              <w:t>05</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3A2004F" w14:textId="77777777" w:rsidR="003D05DA" w:rsidRDefault="003D05DA" w:rsidP="00426D0A">
            <w:pPr>
              <w:spacing w:after="0"/>
            </w:pPr>
            <w:proofErr w:type="spellStart"/>
            <w:r>
              <w:rPr>
                <w:b/>
                <w:sz w:val="16"/>
              </w:rPr>
              <w:t>Instalasi</w:t>
            </w:r>
            <w:proofErr w:type="spellEnd"/>
            <w:r>
              <w:rPr>
                <w:b/>
                <w:sz w:val="16"/>
              </w:rPr>
              <w:t xml:space="preserve"> dan </w:t>
            </w:r>
            <w:proofErr w:type="spellStart"/>
            <w:r>
              <w:rPr>
                <w:b/>
                <w:sz w:val="16"/>
              </w:rPr>
              <w:t>konstruksi</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8F2BB2E" w14:textId="77777777" w:rsidR="003D05DA" w:rsidRPr="003D05DA" w:rsidRDefault="003D05DA" w:rsidP="00426D0A">
            <w:pPr>
              <w:spacing w:after="0"/>
              <w:rPr>
                <w:lang w:val="it-IT"/>
              </w:rPr>
            </w:pPr>
            <w:r w:rsidRPr="003D05DA">
              <w:rPr>
                <w:sz w:val="16"/>
                <w:lang w:val="it-IT"/>
              </w:rPr>
              <w:t>Implementasi, keselamatan konstruksi, integrasi sistem</w:t>
            </w:r>
          </w:p>
        </w:tc>
      </w:tr>
      <w:tr w:rsidR="003D05DA" w14:paraId="0033D97B"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CBBC7B3" w14:textId="77777777" w:rsidR="003D05DA" w:rsidRDefault="003D05DA" w:rsidP="00426D0A">
            <w:pPr>
              <w:spacing w:after="0"/>
              <w:jc w:val="center"/>
            </w:pPr>
            <w:r>
              <w:rPr>
                <w:b/>
                <w:sz w:val="16"/>
              </w:rPr>
              <w:t>06</w:t>
            </w:r>
          </w:p>
        </w:tc>
        <w:tc>
          <w:tcPr>
            <w:tcW w:w="294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AE8FB16" w14:textId="77777777" w:rsidR="003D05DA" w:rsidRDefault="003D05DA" w:rsidP="00426D0A">
            <w:pPr>
              <w:spacing w:after="0"/>
            </w:pPr>
            <w:proofErr w:type="spellStart"/>
            <w:r>
              <w:rPr>
                <w:b/>
                <w:sz w:val="16"/>
              </w:rPr>
              <w:t>Pengujian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6F56BC3" w14:textId="77777777" w:rsidR="003D05DA" w:rsidRDefault="003D05DA" w:rsidP="00426D0A">
            <w:pPr>
              <w:spacing w:after="0"/>
            </w:pPr>
            <w:proofErr w:type="spellStart"/>
            <w:r>
              <w:rPr>
                <w:sz w:val="16"/>
              </w:rPr>
              <w:t>Komisioning</w:t>
            </w:r>
            <w:proofErr w:type="spellEnd"/>
            <w:r>
              <w:rPr>
                <w:sz w:val="16"/>
              </w:rPr>
              <w:t xml:space="preserve">, </w:t>
            </w:r>
            <w:proofErr w:type="spellStart"/>
            <w:r>
              <w:rPr>
                <w:sz w:val="16"/>
              </w:rPr>
              <w:t>validasi</w:t>
            </w:r>
            <w:proofErr w:type="spellEnd"/>
            <w:r>
              <w:rPr>
                <w:sz w:val="16"/>
              </w:rPr>
              <w:t xml:space="preserve">, </w:t>
            </w:r>
            <w:proofErr w:type="spellStart"/>
            <w:r>
              <w:rPr>
                <w:sz w:val="16"/>
              </w:rPr>
              <w:t>pengujian</w:t>
            </w:r>
            <w:proofErr w:type="spellEnd"/>
            <w:r>
              <w:rPr>
                <w:sz w:val="16"/>
              </w:rPr>
              <w:t xml:space="preserve"> </w:t>
            </w:r>
            <w:proofErr w:type="spellStart"/>
            <w:r>
              <w:rPr>
                <w:sz w:val="16"/>
              </w:rPr>
              <w:t>fungsi</w:t>
            </w:r>
            <w:proofErr w:type="spellEnd"/>
            <w:r>
              <w:rPr>
                <w:sz w:val="16"/>
              </w:rPr>
              <w:t xml:space="preserve"> dan </w:t>
            </w:r>
            <w:proofErr w:type="spellStart"/>
            <w:r>
              <w:rPr>
                <w:sz w:val="16"/>
              </w:rPr>
              <w:t>kinerja</w:t>
            </w:r>
            <w:proofErr w:type="spellEnd"/>
          </w:p>
        </w:tc>
      </w:tr>
      <w:tr w:rsidR="003D05DA" w14:paraId="32F1CAD0"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02AFBA7" w14:textId="77777777" w:rsidR="003D05DA" w:rsidRDefault="003D05DA" w:rsidP="00426D0A">
            <w:pPr>
              <w:spacing w:after="0"/>
              <w:jc w:val="center"/>
            </w:pPr>
            <w:r>
              <w:rPr>
                <w:b/>
                <w:sz w:val="16"/>
              </w:rPr>
              <w:t>07</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C0529CE" w14:textId="77777777" w:rsidR="003D05DA" w:rsidRDefault="003D05DA" w:rsidP="00426D0A">
            <w:pPr>
              <w:spacing w:after="0"/>
            </w:pPr>
            <w:proofErr w:type="spellStart"/>
            <w:r>
              <w:rPr>
                <w:b/>
                <w:sz w:val="16"/>
              </w:rPr>
              <w:t>Penilaian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D21C0E5" w14:textId="77777777" w:rsidR="003D05DA" w:rsidRDefault="003D05DA" w:rsidP="00426D0A">
            <w:pPr>
              <w:spacing w:after="0"/>
            </w:pPr>
            <w:r>
              <w:rPr>
                <w:sz w:val="16"/>
              </w:rPr>
              <w:t xml:space="preserve">Audit </w:t>
            </w:r>
            <w:proofErr w:type="spellStart"/>
            <w:r>
              <w:rPr>
                <w:sz w:val="16"/>
              </w:rPr>
              <w:t>kesiapan</w:t>
            </w:r>
            <w:proofErr w:type="spellEnd"/>
            <w:r>
              <w:rPr>
                <w:sz w:val="16"/>
              </w:rPr>
              <w:t xml:space="preserve">, </w:t>
            </w:r>
            <w:proofErr w:type="spellStart"/>
            <w:r>
              <w:rPr>
                <w:sz w:val="16"/>
              </w:rPr>
              <w:t>asesmen</w:t>
            </w:r>
            <w:proofErr w:type="spellEnd"/>
            <w:r>
              <w:rPr>
                <w:sz w:val="16"/>
              </w:rPr>
              <w:t xml:space="preserve"> </w:t>
            </w:r>
            <w:proofErr w:type="spellStart"/>
            <w:r>
              <w:rPr>
                <w:sz w:val="16"/>
              </w:rPr>
              <w:t>kesenjangan</w:t>
            </w:r>
            <w:proofErr w:type="spellEnd"/>
            <w:r>
              <w:rPr>
                <w:sz w:val="16"/>
              </w:rPr>
              <w:t xml:space="preserve"> dan </w:t>
            </w:r>
            <w:proofErr w:type="spellStart"/>
            <w:r>
              <w:rPr>
                <w:sz w:val="16"/>
              </w:rPr>
              <w:t>indikator</w:t>
            </w:r>
            <w:proofErr w:type="spellEnd"/>
          </w:p>
        </w:tc>
      </w:tr>
      <w:tr w:rsidR="003D05DA" w14:paraId="103BB307"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0FE5B31" w14:textId="77777777" w:rsidR="003D05DA" w:rsidRDefault="003D05DA" w:rsidP="00426D0A">
            <w:pPr>
              <w:spacing w:after="0"/>
              <w:jc w:val="center"/>
            </w:pPr>
            <w:r>
              <w:rPr>
                <w:b/>
                <w:sz w:val="16"/>
              </w:rPr>
              <w:t>08</w:t>
            </w:r>
          </w:p>
        </w:tc>
        <w:tc>
          <w:tcPr>
            <w:tcW w:w="294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8FD212C" w14:textId="77777777" w:rsidR="003D05DA" w:rsidRDefault="003D05DA" w:rsidP="00426D0A">
            <w:pPr>
              <w:spacing w:after="0"/>
            </w:pPr>
            <w:proofErr w:type="spellStart"/>
            <w:r>
              <w:rPr>
                <w:b/>
                <w:sz w:val="16"/>
              </w:rPr>
              <w:t>Pemanfaatan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1EE5B91" w14:textId="77777777" w:rsidR="003D05DA" w:rsidRDefault="003D05DA" w:rsidP="00426D0A">
            <w:pPr>
              <w:spacing w:after="0"/>
            </w:pPr>
            <w:proofErr w:type="spellStart"/>
            <w:r>
              <w:rPr>
                <w:sz w:val="16"/>
              </w:rPr>
              <w:t>Operasi</w:t>
            </w:r>
            <w:proofErr w:type="spellEnd"/>
            <w:r>
              <w:rPr>
                <w:sz w:val="16"/>
              </w:rPr>
              <w:t xml:space="preserve">, </w:t>
            </w:r>
            <w:proofErr w:type="spellStart"/>
            <w:r>
              <w:rPr>
                <w:sz w:val="16"/>
              </w:rPr>
              <w:t>produktivitas</w:t>
            </w:r>
            <w:proofErr w:type="spellEnd"/>
            <w:r>
              <w:rPr>
                <w:sz w:val="16"/>
              </w:rPr>
              <w:t xml:space="preserve">, </w:t>
            </w:r>
            <w:proofErr w:type="spellStart"/>
            <w:r>
              <w:rPr>
                <w:sz w:val="16"/>
              </w:rPr>
              <w:t>pemanfaatan</w:t>
            </w:r>
            <w:proofErr w:type="spellEnd"/>
            <w:r>
              <w:rPr>
                <w:sz w:val="16"/>
              </w:rPr>
              <w:t xml:space="preserve"> </w:t>
            </w:r>
            <w:proofErr w:type="spellStart"/>
            <w:r>
              <w:rPr>
                <w:sz w:val="16"/>
              </w:rPr>
              <w:t>aset</w:t>
            </w:r>
            <w:proofErr w:type="spellEnd"/>
            <w:r>
              <w:rPr>
                <w:sz w:val="16"/>
              </w:rPr>
              <w:t xml:space="preserve"> dan </w:t>
            </w:r>
            <w:proofErr w:type="spellStart"/>
            <w:r>
              <w:rPr>
                <w:sz w:val="16"/>
              </w:rPr>
              <w:t>layanan</w:t>
            </w:r>
            <w:proofErr w:type="spellEnd"/>
          </w:p>
        </w:tc>
      </w:tr>
      <w:tr w:rsidR="003D05DA" w14:paraId="4E5D0ED8"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4FD5DA" w14:textId="77777777" w:rsidR="003D05DA" w:rsidRDefault="003D05DA" w:rsidP="00426D0A">
            <w:pPr>
              <w:spacing w:after="0"/>
              <w:jc w:val="center"/>
            </w:pPr>
            <w:r>
              <w:rPr>
                <w:b/>
                <w:sz w:val="16"/>
              </w:rPr>
              <w:t>09</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ACC02E1" w14:textId="77777777" w:rsidR="003D05DA" w:rsidRDefault="003D05DA" w:rsidP="00426D0A">
            <w:pPr>
              <w:spacing w:after="0"/>
            </w:pPr>
            <w:proofErr w:type="spellStart"/>
            <w:r>
              <w:rPr>
                <w:b/>
                <w:sz w:val="16"/>
              </w:rPr>
              <w:t>Pengelolaan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F976726" w14:textId="77777777" w:rsidR="003D05DA" w:rsidRDefault="003D05DA" w:rsidP="00426D0A">
            <w:pPr>
              <w:spacing w:after="0"/>
            </w:pPr>
            <w:r>
              <w:rPr>
                <w:sz w:val="16"/>
              </w:rPr>
              <w:t xml:space="preserve">Tata </w:t>
            </w:r>
            <w:proofErr w:type="spellStart"/>
            <w:r>
              <w:rPr>
                <w:sz w:val="16"/>
              </w:rPr>
              <w:t>kelola</w:t>
            </w:r>
            <w:proofErr w:type="spellEnd"/>
            <w:r>
              <w:rPr>
                <w:sz w:val="16"/>
              </w:rPr>
              <w:t xml:space="preserve">, SOP, SDM, </w:t>
            </w:r>
            <w:proofErr w:type="spellStart"/>
            <w:r>
              <w:rPr>
                <w:sz w:val="16"/>
              </w:rPr>
              <w:t>risiko</w:t>
            </w:r>
            <w:proofErr w:type="spellEnd"/>
            <w:r>
              <w:rPr>
                <w:sz w:val="16"/>
              </w:rPr>
              <w:t xml:space="preserve"> dan </w:t>
            </w:r>
            <w:proofErr w:type="spellStart"/>
            <w:r>
              <w:rPr>
                <w:sz w:val="16"/>
              </w:rPr>
              <w:t>pengukuran</w:t>
            </w:r>
            <w:proofErr w:type="spellEnd"/>
            <w:r>
              <w:rPr>
                <w:sz w:val="16"/>
              </w:rPr>
              <w:t xml:space="preserve"> </w:t>
            </w:r>
            <w:proofErr w:type="spellStart"/>
            <w:r>
              <w:rPr>
                <w:sz w:val="16"/>
              </w:rPr>
              <w:t>kinerja</w:t>
            </w:r>
            <w:proofErr w:type="spellEnd"/>
          </w:p>
        </w:tc>
      </w:tr>
      <w:tr w:rsidR="003D05DA" w14:paraId="7D85CA96"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30F5FD7" w14:textId="77777777" w:rsidR="003D05DA" w:rsidRDefault="003D05DA" w:rsidP="00426D0A">
            <w:pPr>
              <w:spacing w:after="0"/>
              <w:jc w:val="center"/>
            </w:pPr>
            <w:r>
              <w:rPr>
                <w:b/>
                <w:sz w:val="16"/>
              </w:rPr>
              <w:t>10</w:t>
            </w:r>
          </w:p>
        </w:tc>
        <w:tc>
          <w:tcPr>
            <w:tcW w:w="294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5FDCA01B" w14:textId="77777777" w:rsidR="003D05DA" w:rsidRDefault="003D05DA" w:rsidP="00426D0A">
            <w:pPr>
              <w:spacing w:after="0"/>
            </w:pPr>
            <w:proofErr w:type="spellStart"/>
            <w:r>
              <w:rPr>
                <w:b/>
                <w:sz w:val="16"/>
              </w:rPr>
              <w:t>Pemeliharaan</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DF72651" w14:textId="77777777" w:rsidR="003D05DA" w:rsidRDefault="003D05DA" w:rsidP="00426D0A">
            <w:pPr>
              <w:spacing w:after="0"/>
            </w:pPr>
            <w:proofErr w:type="spellStart"/>
            <w:r>
              <w:rPr>
                <w:sz w:val="16"/>
              </w:rPr>
              <w:t>Pemeliharaan</w:t>
            </w:r>
            <w:proofErr w:type="spellEnd"/>
            <w:r>
              <w:rPr>
                <w:sz w:val="16"/>
              </w:rPr>
              <w:t xml:space="preserve"> </w:t>
            </w:r>
            <w:proofErr w:type="spellStart"/>
            <w:r>
              <w:rPr>
                <w:sz w:val="16"/>
              </w:rPr>
              <w:t>preventif</w:t>
            </w:r>
            <w:proofErr w:type="spellEnd"/>
            <w:r>
              <w:rPr>
                <w:sz w:val="16"/>
              </w:rPr>
              <w:t xml:space="preserve">, </w:t>
            </w:r>
            <w:proofErr w:type="spellStart"/>
            <w:r>
              <w:rPr>
                <w:sz w:val="16"/>
              </w:rPr>
              <w:t>prediktif</w:t>
            </w:r>
            <w:proofErr w:type="spellEnd"/>
            <w:r>
              <w:rPr>
                <w:sz w:val="16"/>
              </w:rPr>
              <w:t xml:space="preserve">, </w:t>
            </w:r>
            <w:proofErr w:type="spellStart"/>
            <w:r>
              <w:rPr>
                <w:sz w:val="16"/>
              </w:rPr>
              <w:t>korektif</w:t>
            </w:r>
            <w:proofErr w:type="spellEnd"/>
            <w:r>
              <w:rPr>
                <w:sz w:val="16"/>
              </w:rPr>
              <w:t xml:space="preserve"> dan </w:t>
            </w:r>
            <w:proofErr w:type="spellStart"/>
            <w:r>
              <w:rPr>
                <w:sz w:val="16"/>
              </w:rPr>
              <w:t>peremajaan</w:t>
            </w:r>
            <w:proofErr w:type="spellEnd"/>
          </w:p>
        </w:tc>
      </w:tr>
      <w:tr w:rsidR="003D05DA" w14:paraId="0C7674C9" w14:textId="77777777" w:rsidTr="00426D0A">
        <w:trPr>
          <w:cantSplit/>
          <w:jc w:val="center"/>
        </w:trPr>
        <w:tc>
          <w:tcPr>
            <w:tcW w:w="850"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0B9E28B" w14:textId="77777777" w:rsidR="003D05DA" w:rsidRDefault="003D05DA" w:rsidP="00426D0A">
            <w:pPr>
              <w:spacing w:after="0"/>
              <w:jc w:val="center"/>
            </w:pPr>
            <w:r>
              <w:rPr>
                <w:b/>
                <w:sz w:val="16"/>
              </w:rPr>
              <w:t>11</w:t>
            </w:r>
          </w:p>
        </w:tc>
        <w:tc>
          <w:tcPr>
            <w:tcW w:w="294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634A053" w14:textId="77777777" w:rsidR="003D05DA" w:rsidRDefault="003D05DA" w:rsidP="00426D0A">
            <w:pPr>
              <w:spacing w:after="0"/>
            </w:pPr>
            <w:proofErr w:type="spellStart"/>
            <w:r>
              <w:rPr>
                <w:b/>
                <w:sz w:val="16"/>
              </w:rPr>
              <w:t>Sertifikasi</w:t>
            </w:r>
            <w:proofErr w:type="spellEnd"/>
          </w:p>
        </w:tc>
        <w:tc>
          <w:tcPr>
            <w:tcW w:w="6236"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BF761F9" w14:textId="77777777" w:rsidR="003D05DA" w:rsidRDefault="003D05DA" w:rsidP="00426D0A">
            <w:pPr>
              <w:spacing w:after="0"/>
            </w:pPr>
            <w:proofErr w:type="spellStart"/>
            <w:r>
              <w:rPr>
                <w:sz w:val="16"/>
              </w:rPr>
              <w:t>Persyaratan</w:t>
            </w:r>
            <w:proofErr w:type="spellEnd"/>
            <w:r>
              <w:rPr>
                <w:sz w:val="16"/>
              </w:rPr>
              <w:t xml:space="preserve"> </w:t>
            </w:r>
            <w:proofErr w:type="spellStart"/>
            <w:r>
              <w:rPr>
                <w:sz w:val="16"/>
              </w:rPr>
              <w:t>sertifikasi</w:t>
            </w:r>
            <w:proofErr w:type="spellEnd"/>
            <w:r>
              <w:rPr>
                <w:sz w:val="16"/>
              </w:rPr>
              <w:t xml:space="preserve">; </w:t>
            </w:r>
            <w:proofErr w:type="spellStart"/>
            <w:r>
              <w:rPr>
                <w:sz w:val="16"/>
              </w:rPr>
              <w:t>skema</w:t>
            </w:r>
            <w:proofErr w:type="spellEnd"/>
            <w:r>
              <w:rPr>
                <w:sz w:val="16"/>
              </w:rPr>
              <w:t xml:space="preserve"> dan </w:t>
            </w:r>
            <w:proofErr w:type="spellStart"/>
            <w:r>
              <w:rPr>
                <w:sz w:val="16"/>
              </w:rPr>
              <w:t>standar</w:t>
            </w:r>
            <w:proofErr w:type="spellEnd"/>
            <w:r>
              <w:rPr>
                <w:sz w:val="16"/>
              </w:rPr>
              <w:t xml:space="preserve">; </w:t>
            </w:r>
            <w:proofErr w:type="spellStart"/>
            <w:r>
              <w:rPr>
                <w:sz w:val="16"/>
              </w:rPr>
              <w:t>kesiapan</w:t>
            </w:r>
            <w:proofErr w:type="spellEnd"/>
            <w:r>
              <w:rPr>
                <w:sz w:val="16"/>
              </w:rPr>
              <w:t xml:space="preserve"> </w:t>
            </w:r>
            <w:proofErr w:type="spellStart"/>
            <w:r>
              <w:rPr>
                <w:sz w:val="16"/>
              </w:rPr>
              <w:t>dokumen</w:t>
            </w:r>
            <w:proofErr w:type="spellEnd"/>
            <w:r>
              <w:rPr>
                <w:sz w:val="16"/>
              </w:rPr>
              <w:t>/</w:t>
            </w:r>
            <w:proofErr w:type="spellStart"/>
            <w:r>
              <w:rPr>
                <w:sz w:val="16"/>
              </w:rPr>
              <w:t>bukti</w:t>
            </w:r>
            <w:proofErr w:type="spellEnd"/>
            <w:r>
              <w:rPr>
                <w:sz w:val="16"/>
              </w:rPr>
              <w:t xml:space="preserve">; </w:t>
            </w:r>
            <w:proofErr w:type="spellStart"/>
            <w:r>
              <w:rPr>
                <w:sz w:val="16"/>
              </w:rPr>
              <w:t>simulasi</w:t>
            </w:r>
            <w:proofErr w:type="spellEnd"/>
            <w:r>
              <w:rPr>
                <w:sz w:val="16"/>
              </w:rPr>
              <w:t xml:space="preserve"> </w:t>
            </w:r>
            <w:proofErr w:type="spellStart"/>
            <w:r>
              <w:rPr>
                <w:sz w:val="16"/>
              </w:rPr>
              <w:t>asesmen</w:t>
            </w:r>
            <w:proofErr w:type="spellEnd"/>
            <w:r>
              <w:rPr>
                <w:sz w:val="16"/>
              </w:rPr>
              <w:t xml:space="preserve"> dan </w:t>
            </w:r>
            <w:proofErr w:type="spellStart"/>
            <w:r>
              <w:rPr>
                <w:sz w:val="16"/>
              </w:rPr>
              <w:t>tindak</w:t>
            </w:r>
            <w:proofErr w:type="spellEnd"/>
            <w:r>
              <w:rPr>
                <w:sz w:val="16"/>
              </w:rPr>
              <w:t xml:space="preserve"> </w:t>
            </w:r>
            <w:proofErr w:type="spellStart"/>
            <w:r>
              <w:rPr>
                <w:sz w:val="16"/>
              </w:rPr>
              <w:t>lanjut</w:t>
            </w:r>
            <w:proofErr w:type="spellEnd"/>
          </w:p>
        </w:tc>
      </w:tr>
      <w:tr w:rsidR="003D05DA" w14:paraId="08C36E7A" w14:textId="77777777" w:rsidTr="00426D0A">
        <w:trPr>
          <w:gridAfter w:val="1"/>
          <w:wAfter w:w="212" w:type="dxa"/>
          <w:jc w:val="center"/>
        </w:trPr>
        <w:tc>
          <w:tcPr>
            <w:tcW w:w="10376" w:type="dxa"/>
            <w:gridSpan w:val="3"/>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376B0914" w14:textId="77777777" w:rsidR="003D05DA" w:rsidRDefault="003D05DA" w:rsidP="00426D0A">
            <w:pPr>
              <w:spacing w:after="60"/>
            </w:pPr>
            <w:proofErr w:type="spellStart"/>
            <w:r>
              <w:rPr>
                <w:b/>
                <w:color w:val="0FA27A"/>
                <w:sz w:val="21"/>
              </w:rPr>
              <w:t>Prinsip</w:t>
            </w:r>
            <w:proofErr w:type="spellEnd"/>
            <w:r>
              <w:rPr>
                <w:b/>
                <w:color w:val="0FA27A"/>
                <w:sz w:val="21"/>
              </w:rPr>
              <w:t xml:space="preserve"> </w:t>
            </w:r>
            <w:proofErr w:type="spellStart"/>
            <w:r>
              <w:rPr>
                <w:b/>
                <w:color w:val="0FA27A"/>
                <w:sz w:val="21"/>
              </w:rPr>
              <w:t>Kelas</w:t>
            </w:r>
            <w:proofErr w:type="spellEnd"/>
          </w:p>
          <w:p w14:paraId="204817BD" w14:textId="77777777" w:rsidR="003D05DA" w:rsidRDefault="003D05DA" w:rsidP="00426D0A">
            <w:pPr>
              <w:spacing w:after="0"/>
            </w:pPr>
            <w:proofErr w:type="spellStart"/>
            <w:r>
              <w:t>Setiap</w:t>
            </w:r>
            <w:proofErr w:type="spellEnd"/>
            <w:r>
              <w:t xml:space="preserve"> </w:t>
            </w:r>
            <w:proofErr w:type="spellStart"/>
            <w:r>
              <w:t>aktivitas</w:t>
            </w:r>
            <w:proofErr w:type="spellEnd"/>
            <w:r>
              <w:t xml:space="preserve"> </w:t>
            </w:r>
            <w:proofErr w:type="spellStart"/>
            <w:r>
              <w:t>dapat</w:t>
            </w:r>
            <w:proofErr w:type="spellEnd"/>
            <w:r>
              <w:t xml:space="preserve"> </w:t>
            </w:r>
            <w:proofErr w:type="spellStart"/>
            <w:r>
              <w:t>diterapkan</w:t>
            </w:r>
            <w:proofErr w:type="spellEnd"/>
            <w:r>
              <w:t xml:space="preserve"> </w:t>
            </w:r>
            <w:proofErr w:type="spellStart"/>
            <w:r>
              <w:t>ke</w:t>
            </w:r>
            <w:proofErr w:type="spellEnd"/>
            <w:r>
              <w:t xml:space="preserve"> </w:t>
            </w:r>
            <w:proofErr w:type="spellStart"/>
            <w:r>
              <w:t>objek</w:t>
            </w:r>
            <w:proofErr w:type="spellEnd"/>
            <w:r>
              <w:t xml:space="preserve"> </w:t>
            </w:r>
            <w:proofErr w:type="spellStart"/>
            <w:r>
              <w:t>pembelajaran</w:t>
            </w:r>
            <w:proofErr w:type="spellEnd"/>
            <w:r>
              <w:t xml:space="preserve"> yang </w:t>
            </w:r>
            <w:proofErr w:type="spellStart"/>
            <w:r>
              <w:t>relevan</w:t>
            </w:r>
            <w:proofErr w:type="spellEnd"/>
            <w:r>
              <w:t xml:space="preserve"> dan </w:t>
            </w:r>
            <w:proofErr w:type="spellStart"/>
            <w:r>
              <w:t>dipilih</w:t>
            </w:r>
            <w:proofErr w:type="spellEnd"/>
            <w:r>
              <w:t xml:space="preserve"> </w:t>
            </w:r>
            <w:proofErr w:type="spellStart"/>
            <w:r>
              <w:t>sebagai</w:t>
            </w:r>
            <w:proofErr w:type="spellEnd"/>
            <w:r>
              <w:t xml:space="preserve"> seminar </w:t>
            </w:r>
            <w:proofErr w:type="spellStart"/>
            <w:r>
              <w:t>pengantar</w:t>
            </w:r>
            <w:proofErr w:type="spellEnd"/>
            <w:r>
              <w:t xml:space="preserve">, workshop </w:t>
            </w:r>
            <w:proofErr w:type="spellStart"/>
            <w:r>
              <w:t>terapan</w:t>
            </w:r>
            <w:proofErr w:type="spellEnd"/>
            <w:r>
              <w:t xml:space="preserve">, </w:t>
            </w:r>
            <w:proofErr w:type="spellStart"/>
            <w:r>
              <w:t>kursus</w:t>
            </w:r>
            <w:proofErr w:type="spellEnd"/>
            <w:r>
              <w:t xml:space="preserve"> </w:t>
            </w:r>
            <w:proofErr w:type="spellStart"/>
            <w:r>
              <w:t>intensif</w:t>
            </w:r>
            <w:proofErr w:type="spellEnd"/>
            <w:r>
              <w:t xml:space="preserve">, </w:t>
            </w:r>
            <w:proofErr w:type="spellStart"/>
            <w:r>
              <w:t>atau</w:t>
            </w:r>
            <w:proofErr w:type="spellEnd"/>
            <w:r>
              <w:t xml:space="preserve"> </w:t>
            </w:r>
            <w:proofErr w:type="spellStart"/>
            <w:r>
              <w:t>kelas</w:t>
            </w:r>
            <w:proofErr w:type="spellEnd"/>
            <w:r>
              <w:t xml:space="preserve"> in-house.</w:t>
            </w:r>
          </w:p>
        </w:tc>
      </w:tr>
    </w:tbl>
    <w:p w14:paraId="4C71F65E" w14:textId="77777777" w:rsidR="003D05DA" w:rsidRDefault="003D05DA" w:rsidP="003D05DA">
      <w:pPr>
        <w:spacing w:after="0"/>
      </w:pPr>
    </w:p>
    <w:p w14:paraId="4B0548E4" w14:textId="77777777" w:rsidR="003D05DA" w:rsidRDefault="003D05DA" w:rsidP="003D05DA">
      <w:r>
        <w:br w:type="page"/>
      </w:r>
    </w:p>
    <w:p w14:paraId="24CA3D61" w14:textId="77777777" w:rsidR="003D05DA" w:rsidRDefault="003D05DA" w:rsidP="003D05DA">
      <w:pPr>
        <w:keepNext/>
        <w:spacing w:after="60"/>
      </w:pPr>
      <w:r>
        <w:rPr>
          <w:b/>
          <w:color w:val="0FA27A"/>
          <w:sz w:val="17"/>
        </w:rPr>
        <w:lastRenderedPageBreak/>
        <w:t>MENU 221 TOPIK</w:t>
      </w:r>
    </w:p>
    <w:p w14:paraId="7DA170F3" w14:textId="77777777" w:rsidR="003D05DA" w:rsidRDefault="003D05DA" w:rsidP="003D05DA">
      <w:pPr>
        <w:pStyle w:val="Heading1"/>
      </w:pPr>
      <w:proofErr w:type="spellStart"/>
      <w:r>
        <w:t>Objek</w:t>
      </w:r>
      <w:proofErr w:type="spellEnd"/>
      <w:r>
        <w:t xml:space="preserve"> </w:t>
      </w:r>
      <w:proofErr w:type="spellStart"/>
      <w:r>
        <w:t>Pembelajaran</w:t>
      </w:r>
      <w:proofErr w:type="spellEnd"/>
      <w:r>
        <w:t xml:space="preserve"> &amp; </w:t>
      </w:r>
      <w:proofErr w:type="spellStart"/>
      <w:r>
        <w:t>Sasaran</w:t>
      </w:r>
      <w:proofErr w:type="spellEnd"/>
      <w:r>
        <w:t xml:space="preserve"> Unit</w:t>
      </w:r>
    </w:p>
    <w:tbl>
      <w:tblPr>
        <w:tblW w:w="0" w:type="auto"/>
        <w:jc w:val="center"/>
        <w:tblLayout w:type="fixed"/>
        <w:tblLook w:val="04A0" w:firstRow="1" w:lastRow="0" w:firstColumn="1" w:lastColumn="0" w:noHBand="0" w:noVBand="1"/>
      </w:tblPr>
      <w:tblGrid>
        <w:gridCol w:w="794"/>
        <w:gridCol w:w="5102"/>
        <w:gridCol w:w="4139"/>
      </w:tblGrid>
      <w:tr w:rsidR="003D05DA" w14:paraId="3DA32B73" w14:textId="77777777" w:rsidTr="00426D0A">
        <w:trPr>
          <w:cantSplit/>
          <w:tblHeader/>
          <w:jc w:val="center"/>
        </w:trPr>
        <w:tc>
          <w:tcPr>
            <w:tcW w:w="794"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5771BC1" w14:textId="77777777" w:rsidR="003D05DA" w:rsidRDefault="003D05DA" w:rsidP="00426D0A">
            <w:pPr>
              <w:spacing w:after="0"/>
              <w:jc w:val="center"/>
            </w:pPr>
            <w:r>
              <w:rPr>
                <w:b/>
                <w:color w:val="FFFFFF"/>
                <w:sz w:val="16"/>
              </w:rPr>
              <w:t>Kode</w:t>
            </w:r>
          </w:p>
        </w:tc>
        <w:tc>
          <w:tcPr>
            <w:tcW w:w="5102"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5709028" w14:textId="77777777" w:rsidR="003D05DA" w:rsidRDefault="003D05DA" w:rsidP="00426D0A">
            <w:pPr>
              <w:spacing w:after="0"/>
              <w:jc w:val="center"/>
            </w:pPr>
            <w:proofErr w:type="spellStart"/>
            <w:r>
              <w:rPr>
                <w:b/>
                <w:color w:val="FFFFFF"/>
                <w:sz w:val="16"/>
              </w:rPr>
              <w:t>Objek</w:t>
            </w:r>
            <w:proofErr w:type="spellEnd"/>
          </w:p>
        </w:tc>
        <w:tc>
          <w:tcPr>
            <w:tcW w:w="4139"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A572E97" w14:textId="77777777" w:rsidR="003D05DA" w:rsidRDefault="003D05DA" w:rsidP="00426D0A">
            <w:pPr>
              <w:spacing w:after="0"/>
              <w:jc w:val="center"/>
            </w:pPr>
            <w:proofErr w:type="spellStart"/>
            <w:r>
              <w:rPr>
                <w:b/>
                <w:color w:val="FFFFFF"/>
                <w:sz w:val="16"/>
              </w:rPr>
              <w:t>Fokus</w:t>
            </w:r>
            <w:proofErr w:type="spellEnd"/>
            <w:r>
              <w:rPr>
                <w:b/>
                <w:color w:val="FFFFFF"/>
                <w:sz w:val="16"/>
              </w:rPr>
              <w:t xml:space="preserve"> </w:t>
            </w:r>
            <w:proofErr w:type="spellStart"/>
            <w:r>
              <w:rPr>
                <w:b/>
                <w:color w:val="FFFFFF"/>
                <w:sz w:val="16"/>
              </w:rPr>
              <w:t>Peserta</w:t>
            </w:r>
            <w:proofErr w:type="spellEnd"/>
            <w:r>
              <w:rPr>
                <w:b/>
                <w:color w:val="FFFFFF"/>
                <w:sz w:val="16"/>
              </w:rPr>
              <w:t>/Unit</w:t>
            </w:r>
          </w:p>
        </w:tc>
      </w:tr>
      <w:tr w:rsidR="003D05DA" w14:paraId="6A6BCA30"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7C6B764" w14:textId="77777777" w:rsidR="003D05DA" w:rsidRDefault="003D05DA" w:rsidP="00426D0A">
            <w:pPr>
              <w:spacing w:after="0"/>
              <w:jc w:val="center"/>
            </w:pPr>
            <w:r>
              <w:rPr>
                <w:b/>
                <w:sz w:val="16"/>
              </w:rPr>
              <w:t>01</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763E49" w14:textId="77777777" w:rsidR="003D05DA" w:rsidRDefault="003D05DA" w:rsidP="00426D0A">
            <w:pPr>
              <w:spacing w:after="0"/>
            </w:pPr>
            <w:r>
              <w:rPr>
                <w:sz w:val="16"/>
              </w:rPr>
              <w:t xml:space="preserve">Rumah </w:t>
            </w:r>
            <w:proofErr w:type="spellStart"/>
            <w:r>
              <w:rPr>
                <w:sz w:val="16"/>
              </w:rPr>
              <w:t>sakit</w:t>
            </w:r>
            <w:proofErr w:type="spellEnd"/>
            <w:r>
              <w:rPr>
                <w:sz w:val="16"/>
              </w:rPr>
              <w:t xml:space="preserve"> </w:t>
            </w:r>
            <w:proofErr w:type="spellStart"/>
            <w:r>
              <w:rPr>
                <w:sz w:val="16"/>
              </w:rPr>
              <w:t>secara</w:t>
            </w:r>
            <w:proofErr w:type="spellEnd"/>
            <w:r>
              <w:rPr>
                <w:sz w:val="16"/>
              </w:rPr>
              <w:t xml:space="preserve"> </w:t>
            </w:r>
            <w:proofErr w:type="spellStart"/>
            <w:r>
              <w:rPr>
                <w:sz w:val="16"/>
              </w:rPr>
              <w:t>umum</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C4050E3" w14:textId="77777777" w:rsidR="003D05DA" w:rsidRDefault="003D05DA" w:rsidP="00426D0A">
            <w:pPr>
              <w:spacing w:after="0"/>
            </w:pPr>
            <w:proofErr w:type="spellStart"/>
            <w:r>
              <w:rPr>
                <w:sz w:val="16"/>
              </w:rPr>
              <w:t>Direksi</w:t>
            </w:r>
            <w:proofErr w:type="spellEnd"/>
            <w:r>
              <w:rPr>
                <w:sz w:val="16"/>
              </w:rPr>
              <w:t>/</w:t>
            </w:r>
            <w:proofErr w:type="spellStart"/>
            <w:r>
              <w:rPr>
                <w:sz w:val="16"/>
              </w:rPr>
              <w:t>manajemen</w:t>
            </w:r>
            <w:proofErr w:type="spellEnd"/>
            <w:r>
              <w:rPr>
                <w:sz w:val="16"/>
              </w:rPr>
              <w:t xml:space="preserve"> RS</w:t>
            </w:r>
          </w:p>
        </w:tc>
      </w:tr>
      <w:tr w:rsidR="003D05DA" w14:paraId="353DBE86"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4387658" w14:textId="77777777" w:rsidR="003D05DA" w:rsidRDefault="003D05DA" w:rsidP="00426D0A">
            <w:pPr>
              <w:spacing w:after="0"/>
              <w:jc w:val="center"/>
            </w:pPr>
            <w:r>
              <w:rPr>
                <w:b/>
                <w:sz w:val="16"/>
              </w:rPr>
              <w:t>02</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520DED1" w14:textId="77777777" w:rsidR="003D05DA" w:rsidRDefault="003D05DA" w:rsidP="00426D0A">
            <w:pPr>
              <w:spacing w:after="0"/>
            </w:pPr>
            <w:r>
              <w:rPr>
                <w:sz w:val="16"/>
              </w:rPr>
              <w:t>Smart Hospital</w:t>
            </w:r>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910D165" w14:textId="77777777" w:rsidR="003D05DA" w:rsidRDefault="003D05DA" w:rsidP="00426D0A">
            <w:pPr>
              <w:spacing w:after="0"/>
            </w:pPr>
            <w:proofErr w:type="spellStart"/>
            <w:r>
              <w:rPr>
                <w:sz w:val="16"/>
              </w:rPr>
              <w:t>Direksi</w:t>
            </w:r>
            <w:proofErr w:type="spellEnd"/>
            <w:r>
              <w:rPr>
                <w:sz w:val="16"/>
              </w:rPr>
              <w:t>/</w:t>
            </w:r>
            <w:proofErr w:type="spellStart"/>
            <w:r>
              <w:rPr>
                <w:sz w:val="16"/>
              </w:rPr>
              <w:t>manajemen</w:t>
            </w:r>
            <w:proofErr w:type="spellEnd"/>
            <w:r>
              <w:rPr>
                <w:sz w:val="16"/>
              </w:rPr>
              <w:t xml:space="preserve"> RS</w:t>
            </w:r>
          </w:p>
        </w:tc>
      </w:tr>
      <w:tr w:rsidR="003D05DA" w14:paraId="5932C913"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CC2E250" w14:textId="77777777" w:rsidR="003D05DA" w:rsidRDefault="003D05DA" w:rsidP="00426D0A">
            <w:pPr>
              <w:spacing w:after="0"/>
              <w:jc w:val="center"/>
            </w:pPr>
            <w:r>
              <w:rPr>
                <w:b/>
                <w:sz w:val="16"/>
              </w:rPr>
              <w:t>03</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B70E369" w14:textId="77777777" w:rsidR="003D05DA" w:rsidRDefault="003D05DA" w:rsidP="00426D0A">
            <w:pPr>
              <w:spacing w:after="0"/>
            </w:pPr>
            <w:proofErr w:type="spellStart"/>
            <w:r>
              <w:rPr>
                <w:sz w:val="16"/>
              </w:rPr>
              <w:t>Fasilitas</w:t>
            </w:r>
            <w:proofErr w:type="spellEnd"/>
            <w:r>
              <w:rPr>
                <w:sz w:val="16"/>
              </w:rPr>
              <w:t xml:space="preserve"> dan </w:t>
            </w:r>
            <w:proofErr w:type="spellStart"/>
            <w:r>
              <w:rPr>
                <w:sz w:val="16"/>
              </w:rPr>
              <w:t>manajemen</w:t>
            </w:r>
            <w:proofErr w:type="spellEnd"/>
            <w:r>
              <w:rPr>
                <w:sz w:val="16"/>
              </w:rPr>
              <w:t xml:space="preserve"> </w:t>
            </w:r>
            <w:proofErr w:type="spellStart"/>
            <w:r>
              <w:rPr>
                <w:sz w:val="16"/>
              </w:rPr>
              <w:t>fasilitas</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4D136DF" w14:textId="77777777" w:rsidR="003D05DA" w:rsidRDefault="003D05DA" w:rsidP="00426D0A">
            <w:pPr>
              <w:spacing w:after="0"/>
            </w:pPr>
            <w:r>
              <w:rPr>
                <w:sz w:val="16"/>
              </w:rPr>
              <w:t>IPSRS/</w:t>
            </w:r>
            <w:proofErr w:type="spellStart"/>
            <w:r>
              <w:rPr>
                <w:sz w:val="16"/>
              </w:rPr>
              <w:t>manajemen</w:t>
            </w:r>
            <w:proofErr w:type="spellEnd"/>
            <w:r>
              <w:rPr>
                <w:sz w:val="16"/>
              </w:rPr>
              <w:t xml:space="preserve"> </w:t>
            </w:r>
            <w:proofErr w:type="spellStart"/>
            <w:r>
              <w:rPr>
                <w:sz w:val="16"/>
              </w:rPr>
              <w:t>fasilitas</w:t>
            </w:r>
            <w:proofErr w:type="spellEnd"/>
            <w:r>
              <w:rPr>
                <w:sz w:val="16"/>
              </w:rPr>
              <w:t>/</w:t>
            </w:r>
            <w:proofErr w:type="spellStart"/>
            <w:r>
              <w:rPr>
                <w:sz w:val="16"/>
              </w:rPr>
              <w:t>konsultan</w:t>
            </w:r>
            <w:proofErr w:type="spellEnd"/>
          </w:p>
        </w:tc>
      </w:tr>
      <w:tr w:rsidR="003D05DA" w14:paraId="3C43D1BE"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C58C35C" w14:textId="77777777" w:rsidR="003D05DA" w:rsidRDefault="003D05DA" w:rsidP="00426D0A">
            <w:pPr>
              <w:spacing w:after="0"/>
              <w:jc w:val="center"/>
            </w:pPr>
            <w:r>
              <w:rPr>
                <w:b/>
                <w:sz w:val="16"/>
              </w:rPr>
              <w:t>04</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44B51A6" w14:textId="77777777" w:rsidR="003D05DA" w:rsidRDefault="003D05DA" w:rsidP="00426D0A">
            <w:pPr>
              <w:spacing w:after="0"/>
            </w:pPr>
            <w:r>
              <w:rPr>
                <w:sz w:val="16"/>
              </w:rPr>
              <w:t xml:space="preserve">SDM dan </w:t>
            </w:r>
            <w:proofErr w:type="spellStart"/>
            <w:r>
              <w:rPr>
                <w:sz w:val="16"/>
              </w:rPr>
              <w:t>manajemen</w:t>
            </w:r>
            <w:proofErr w:type="spellEnd"/>
            <w:r>
              <w:rPr>
                <w:sz w:val="16"/>
              </w:rPr>
              <w:t xml:space="preserve"> SDM</w:t>
            </w:r>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888341C" w14:textId="77777777" w:rsidR="003D05DA" w:rsidRDefault="003D05DA" w:rsidP="00426D0A">
            <w:pPr>
              <w:spacing w:after="0"/>
            </w:pPr>
            <w:r>
              <w:rPr>
                <w:sz w:val="16"/>
              </w:rPr>
              <w:t>SDM/</w:t>
            </w:r>
            <w:proofErr w:type="spellStart"/>
            <w:r>
              <w:rPr>
                <w:sz w:val="16"/>
              </w:rPr>
              <w:t>diklat</w:t>
            </w:r>
            <w:proofErr w:type="spellEnd"/>
            <w:r>
              <w:rPr>
                <w:sz w:val="16"/>
              </w:rPr>
              <w:t>/</w:t>
            </w:r>
            <w:proofErr w:type="spellStart"/>
            <w:r>
              <w:rPr>
                <w:sz w:val="16"/>
              </w:rPr>
              <w:t>pimpinan</w:t>
            </w:r>
            <w:proofErr w:type="spellEnd"/>
          </w:p>
        </w:tc>
      </w:tr>
      <w:tr w:rsidR="003D05DA" w14:paraId="7D689512"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0D22903" w14:textId="77777777" w:rsidR="003D05DA" w:rsidRDefault="003D05DA" w:rsidP="00426D0A">
            <w:pPr>
              <w:spacing w:after="0"/>
              <w:jc w:val="center"/>
            </w:pPr>
            <w:r>
              <w:rPr>
                <w:b/>
                <w:sz w:val="16"/>
              </w:rPr>
              <w:t>05</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97C1A66" w14:textId="77777777" w:rsidR="003D05DA" w:rsidRDefault="003D05DA" w:rsidP="00426D0A">
            <w:pPr>
              <w:spacing w:after="0"/>
            </w:pPr>
            <w:proofErr w:type="spellStart"/>
            <w:r>
              <w:rPr>
                <w:sz w:val="16"/>
              </w:rPr>
              <w:t>Keuangan</w:t>
            </w:r>
            <w:proofErr w:type="spellEnd"/>
            <w:r>
              <w:rPr>
                <w:sz w:val="16"/>
              </w:rPr>
              <w:t xml:space="preserve"> dan </w:t>
            </w:r>
            <w:proofErr w:type="spellStart"/>
            <w:r>
              <w:rPr>
                <w:sz w:val="16"/>
              </w:rPr>
              <w:t>manajemen</w:t>
            </w:r>
            <w:proofErr w:type="spellEnd"/>
            <w:r>
              <w:rPr>
                <w:sz w:val="16"/>
              </w:rPr>
              <w:t xml:space="preserve"> </w:t>
            </w:r>
            <w:proofErr w:type="spellStart"/>
            <w:r>
              <w:rPr>
                <w:sz w:val="16"/>
              </w:rPr>
              <w:t>keuangan</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90DB1BD" w14:textId="77777777" w:rsidR="003D05DA" w:rsidRDefault="003D05DA" w:rsidP="00426D0A">
            <w:pPr>
              <w:spacing w:after="0"/>
            </w:pPr>
            <w:proofErr w:type="spellStart"/>
            <w:r>
              <w:rPr>
                <w:sz w:val="16"/>
              </w:rPr>
              <w:t>Keuangan</w:t>
            </w:r>
            <w:proofErr w:type="spellEnd"/>
            <w:r>
              <w:rPr>
                <w:sz w:val="16"/>
              </w:rPr>
              <w:t>/</w:t>
            </w:r>
            <w:proofErr w:type="spellStart"/>
            <w:r>
              <w:rPr>
                <w:sz w:val="16"/>
              </w:rPr>
              <w:t>perencana</w:t>
            </w:r>
            <w:proofErr w:type="spellEnd"/>
          </w:p>
        </w:tc>
      </w:tr>
      <w:tr w:rsidR="003D05DA" w14:paraId="5F446BC5"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02BC595" w14:textId="77777777" w:rsidR="003D05DA" w:rsidRDefault="003D05DA" w:rsidP="00426D0A">
            <w:pPr>
              <w:spacing w:after="0"/>
              <w:jc w:val="center"/>
            </w:pPr>
            <w:r>
              <w:rPr>
                <w:b/>
                <w:sz w:val="16"/>
              </w:rPr>
              <w:t>06</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A47AA4A" w14:textId="77777777" w:rsidR="003D05DA" w:rsidRDefault="003D05DA" w:rsidP="00426D0A">
            <w:pPr>
              <w:spacing w:after="0"/>
            </w:pPr>
            <w:proofErr w:type="spellStart"/>
            <w:r>
              <w:rPr>
                <w:sz w:val="16"/>
              </w:rPr>
              <w:t>Korporasi</w:t>
            </w:r>
            <w:proofErr w:type="spellEnd"/>
            <w:r>
              <w:rPr>
                <w:sz w:val="16"/>
              </w:rPr>
              <w:t xml:space="preserve"> dan tata </w:t>
            </w:r>
            <w:proofErr w:type="spellStart"/>
            <w:r>
              <w:rPr>
                <w:sz w:val="16"/>
              </w:rPr>
              <w:t>kelola</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A5CA576" w14:textId="77777777" w:rsidR="003D05DA" w:rsidRDefault="003D05DA" w:rsidP="00426D0A">
            <w:pPr>
              <w:spacing w:after="0"/>
            </w:pPr>
            <w:proofErr w:type="spellStart"/>
            <w:r>
              <w:rPr>
                <w:sz w:val="16"/>
              </w:rPr>
              <w:t>Direksi</w:t>
            </w:r>
            <w:proofErr w:type="spellEnd"/>
            <w:r>
              <w:rPr>
                <w:sz w:val="16"/>
              </w:rPr>
              <w:t>/</w:t>
            </w:r>
            <w:proofErr w:type="spellStart"/>
            <w:r>
              <w:rPr>
                <w:sz w:val="16"/>
              </w:rPr>
              <w:t>manajemen</w:t>
            </w:r>
            <w:proofErr w:type="spellEnd"/>
            <w:r>
              <w:rPr>
                <w:sz w:val="16"/>
              </w:rPr>
              <w:t xml:space="preserve"> RS</w:t>
            </w:r>
          </w:p>
        </w:tc>
      </w:tr>
      <w:tr w:rsidR="003D05DA" w14:paraId="2C7703D6"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EE73E7B" w14:textId="77777777" w:rsidR="003D05DA" w:rsidRDefault="003D05DA" w:rsidP="00426D0A">
            <w:pPr>
              <w:spacing w:after="0"/>
              <w:jc w:val="center"/>
            </w:pPr>
            <w:r>
              <w:rPr>
                <w:b/>
                <w:sz w:val="16"/>
              </w:rPr>
              <w:t>07</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854CD52" w14:textId="77777777" w:rsidR="003D05DA" w:rsidRDefault="003D05DA" w:rsidP="00426D0A">
            <w:pPr>
              <w:spacing w:after="0"/>
            </w:pPr>
            <w:proofErr w:type="spellStart"/>
            <w:r>
              <w:rPr>
                <w:sz w:val="16"/>
              </w:rPr>
              <w:t>Proyek</w:t>
            </w:r>
            <w:proofErr w:type="spellEnd"/>
            <w:r>
              <w:rPr>
                <w:sz w:val="16"/>
              </w:rPr>
              <w:t xml:space="preserve"> dan </w:t>
            </w:r>
            <w:proofErr w:type="spellStart"/>
            <w:r>
              <w:rPr>
                <w:sz w:val="16"/>
              </w:rPr>
              <w:t>manajemen</w:t>
            </w:r>
            <w:proofErr w:type="spellEnd"/>
            <w:r>
              <w:rPr>
                <w:sz w:val="16"/>
              </w:rPr>
              <w:t xml:space="preserve"> </w:t>
            </w:r>
            <w:proofErr w:type="spellStart"/>
            <w:r>
              <w:rPr>
                <w:sz w:val="16"/>
              </w:rPr>
              <w:t>proyek</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855BE6C" w14:textId="77777777" w:rsidR="003D05DA" w:rsidRDefault="003D05DA" w:rsidP="00426D0A">
            <w:pPr>
              <w:spacing w:after="0"/>
            </w:pPr>
            <w:proofErr w:type="spellStart"/>
            <w:r>
              <w:rPr>
                <w:sz w:val="16"/>
              </w:rPr>
              <w:t>Perencana</w:t>
            </w:r>
            <w:proofErr w:type="spellEnd"/>
            <w:r>
              <w:rPr>
                <w:sz w:val="16"/>
              </w:rPr>
              <w:t>/</w:t>
            </w:r>
            <w:proofErr w:type="spellStart"/>
            <w:r>
              <w:rPr>
                <w:sz w:val="16"/>
              </w:rPr>
              <w:t>pengadaan</w:t>
            </w:r>
            <w:proofErr w:type="spellEnd"/>
          </w:p>
        </w:tc>
      </w:tr>
      <w:tr w:rsidR="003D05DA" w14:paraId="263CF0BC"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CDAF0F8" w14:textId="77777777" w:rsidR="003D05DA" w:rsidRDefault="003D05DA" w:rsidP="00426D0A">
            <w:pPr>
              <w:spacing w:after="0"/>
              <w:jc w:val="center"/>
            </w:pPr>
            <w:r>
              <w:rPr>
                <w:b/>
                <w:sz w:val="16"/>
              </w:rPr>
              <w:t>08</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65B5E32" w14:textId="77777777" w:rsidR="003D05DA" w:rsidRDefault="003D05DA" w:rsidP="00426D0A">
            <w:pPr>
              <w:spacing w:after="0"/>
            </w:pPr>
            <w:proofErr w:type="spellStart"/>
            <w:r>
              <w:rPr>
                <w:sz w:val="16"/>
              </w:rPr>
              <w:t>Layanan</w:t>
            </w:r>
            <w:proofErr w:type="spellEnd"/>
            <w:r>
              <w:rPr>
                <w:sz w:val="16"/>
              </w:rPr>
              <w:t xml:space="preserve"> </w:t>
            </w:r>
            <w:proofErr w:type="spellStart"/>
            <w:r>
              <w:rPr>
                <w:sz w:val="16"/>
              </w:rPr>
              <w:t>klinis</w:t>
            </w:r>
            <w:proofErr w:type="spellEnd"/>
            <w:r>
              <w:rPr>
                <w:sz w:val="16"/>
              </w:rPr>
              <w:t xml:space="preserve"> dan </w:t>
            </w:r>
            <w:proofErr w:type="spellStart"/>
            <w:r>
              <w:rPr>
                <w:sz w:val="16"/>
              </w:rPr>
              <w:t>manajemen</w:t>
            </w:r>
            <w:proofErr w:type="spellEnd"/>
            <w:r>
              <w:rPr>
                <w:sz w:val="16"/>
              </w:rPr>
              <w:t xml:space="preserve"> </w:t>
            </w:r>
            <w:proofErr w:type="spellStart"/>
            <w:r>
              <w:rPr>
                <w:sz w:val="16"/>
              </w:rPr>
              <w:t>pasien</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A3960A2" w14:textId="77777777" w:rsidR="003D05DA" w:rsidRDefault="003D05DA" w:rsidP="00426D0A">
            <w:pPr>
              <w:spacing w:after="0"/>
            </w:pPr>
            <w:r>
              <w:rPr>
                <w:sz w:val="16"/>
              </w:rPr>
              <w:t>Klinis/</w:t>
            </w:r>
            <w:proofErr w:type="spellStart"/>
            <w:r>
              <w:rPr>
                <w:sz w:val="16"/>
              </w:rPr>
              <w:t>mutu</w:t>
            </w:r>
            <w:proofErr w:type="spellEnd"/>
            <w:r>
              <w:rPr>
                <w:sz w:val="16"/>
              </w:rPr>
              <w:t>/SIMRS</w:t>
            </w:r>
          </w:p>
        </w:tc>
      </w:tr>
      <w:tr w:rsidR="003D05DA" w14:paraId="6635E49B"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AEC1386" w14:textId="77777777" w:rsidR="003D05DA" w:rsidRDefault="003D05DA" w:rsidP="00426D0A">
            <w:pPr>
              <w:spacing w:after="0"/>
              <w:jc w:val="center"/>
            </w:pPr>
            <w:r>
              <w:rPr>
                <w:b/>
                <w:sz w:val="16"/>
              </w:rPr>
              <w:t>09</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DB5AA23" w14:textId="77777777" w:rsidR="003D05DA" w:rsidRDefault="003D05DA" w:rsidP="00426D0A">
            <w:pPr>
              <w:spacing w:after="0"/>
            </w:pPr>
            <w:proofErr w:type="spellStart"/>
            <w:r>
              <w:rPr>
                <w:sz w:val="16"/>
              </w:rPr>
              <w:t>Bangunan</w:t>
            </w:r>
            <w:proofErr w:type="spellEnd"/>
            <w:r>
              <w:rPr>
                <w:sz w:val="16"/>
              </w:rPr>
              <w:t xml:space="preserve"> </w:t>
            </w:r>
            <w:proofErr w:type="spellStart"/>
            <w:r>
              <w:rPr>
                <w:sz w:val="16"/>
              </w:rPr>
              <w:t>rumah</w:t>
            </w:r>
            <w:proofErr w:type="spellEnd"/>
            <w:r>
              <w:rPr>
                <w:sz w:val="16"/>
              </w:rPr>
              <w:t xml:space="preserve"> </w:t>
            </w:r>
            <w:proofErr w:type="spellStart"/>
            <w:r>
              <w:rPr>
                <w:sz w:val="16"/>
              </w:rPr>
              <w:t>sakit</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4CCBDE" w14:textId="77777777" w:rsidR="003D05DA" w:rsidRDefault="003D05DA" w:rsidP="00426D0A">
            <w:pPr>
              <w:spacing w:after="0"/>
            </w:pPr>
            <w:r>
              <w:rPr>
                <w:sz w:val="16"/>
              </w:rPr>
              <w:t>Teknik/</w:t>
            </w:r>
            <w:proofErr w:type="spellStart"/>
            <w:r>
              <w:rPr>
                <w:sz w:val="16"/>
              </w:rPr>
              <w:t>konsultan</w:t>
            </w:r>
            <w:proofErr w:type="spellEnd"/>
            <w:r>
              <w:rPr>
                <w:sz w:val="16"/>
              </w:rPr>
              <w:t>/</w:t>
            </w:r>
            <w:proofErr w:type="spellStart"/>
            <w:r>
              <w:rPr>
                <w:sz w:val="16"/>
              </w:rPr>
              <w:t>arsitek</w:t>
            </w:r>
            <w:proofErr w:type="spellEnd"/>
          </w:p>
        </w:tc>
      </w:tr>
      <w:tr w:rsidR="003D05DA" w14:paraId="5A3B58E0"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C8FE9CC" w14:textId="77777777" w:rsidR="003D05DA" w:rsidRDefault="003D05DA" w:rsidP="00426D0A">
            <w:pPr>
              <w:spacing w:after="0"/>
              <w:jc w:val="center"/>
            </w:pPr>
            <w:r>
              <w:rPr>
                <w:b/>
                <w:sz w:val="16"/>
              </w:rPr>
              <w:t>10</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80908A1" w14:textId="77777777" w:rsidR="003D05DA" w:rsidRDefault="003D05DA" w:rsidP="00426D0A">
            <w:pPr>
              <w:spacing w:after="0"/>
            </w:pPr>
            <w:proofErr w:type="spellStart"/>
            <w:r>
              <w:rPr>
                <w:sz w:val="16"/>
              </w:rPr>
              <w:t>Elektrikal</w:t>
            </w:r>
            <w:proofErr w:type="spellEnd"/>
            <w:r>
              <w:rPr>
                <w:sz w:val="16"/>
              </w:rPr>
              <w:t xml:space="preserve"> </w:t>
            </w:r>
            <w:proofErr w:type="spellStart"/>
            <w:r>
              <w:rPr>
                <w:sz w:val="16"/>
              </w:rPr>
              <w:t>rumah</w:t>
            </w:r>
            <w:proofErr w:type="spellEnd"/>
            <w:r>
              <w:rPr>
                <w:sz w:val="16"/>
              </w:rPr>
              <w:t xml:space="preserve"> </w:t>
            </w:r>
            <w:proofErr w:type="spellStart"/>
            <w:r>
              <w:rPr>
                <w:sz w:val="16"/>
              </w:rPr>
              <w:t>sakit</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D9CFA4F" w14:textId="77777777" w:rsidR="003D05DA" w:rsidRDefault="003D05DA" w:rsidP="00426D0A">
            <w:pPr>
              <w:spacing w:after="0"/>
            </w:pPr>
            <w:r>
              <w:rPr>
                <w:sz w:val="16"/>
              </w:rPr>
              <w:t xml:space="preserve">Manager </w:t>
            </w:r>
            <w:proofErr w:type="spellStart"/>
            <w:r>
              <w:rPr>
                <w:sz w:val="16"/>
              </w:rPr>
              <w:t>listrik</w:t>
            </w:r>
            <w:proofErr w:type="spellEnd"/>
            <w:r>
              <w:rPr>
                <w:sz w:val="16"/>
              </w:rPr>
              <w:t>/engineer/</w:t>
            </w:r>
            <w:proofErr w:type="spellStart"/>
            <w:r>
              <w:rPr>
                <w:sz w:val="16"/>
              </w:rPr>
              <w:t>konsultan</w:t>
            </w:r>
            <w:proofErr w:type="spellEnd"/>
          </w:p>
        </w:tc>
      </w:tr>
      <w:tr w:rsidR="003D05DA" w14:paraId="5D5BA633"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1CD81B6" w14:textId="77777777" w:rsidR="003D05DA" w:rsidRDefault="003D05DA" w:rsidP="00426D0A">
            <w:pPr>
              <w:spacing w:after="0"/>
              <w:jc w:val="center"/>
            </w:pPr>
            <w:r>
              <w:rPr>
                <w:b/>
                <w:sz w:val="16"/>
              </w:rPr>
              <w:t>11</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F5F205" w14:textId="77777777" w:rsidR="003D05DA" w:rsidRDefault="003D05DA" w:rsidP="00426D0A">
            <w:pPr>
              <w:spacing w:after="0"/>
            </w:pPr>
            <w:proofErr w:type="spellStart"/>
            <w:r>
              <w:rPr>
                <w:sz w:val="16"/>
              </w:rPr>
              <w:t>Mekanikal</w:t>
            </w:r>
            <w:proofErr w:type="spellEnd"/>
            <w:r>
              <w:rPr>
                <w:sz w:val="16"/>
              </w:rPr>
              <w:t xml:space="preserve"> </w:t>
            </w:r>
            <w:proofErr w:type="spellStart"/>
            <w:r>
              <w:rPr>
                <w:sz w:val="16"/>
              </w:rPr>
              <w:t>rumah</w:t>
            </w:r>
            <w:proofErr w:type="spellEnd"/>
            <w:r>
              <w:rPr>
                <w:sz w:val="16"/>
              </w:rPr>
              <w:t xml:space="preserve"> </w:t>
            </w:r>
            <w:proofErr w:type="spellStart"/>
            <w:r>
              <w:rPr>
                <w:sz w:val="16"/>
              </w:rPr>
              <w:t>sakit</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D52678E" w14:textId="77777777" w:rsidR="003D05DA" w:rsidRDefault="003D05DA" w:rsidP="00426D0A">
            <w:pPr>
              <w:spacing w:after="0"/>
            </w:pPr>
            <w:r>
              <w:rPr>
                <w:sz w:val="16"/>
              </w:rPr>
              <w:t xml:space="preserve">Manager </w:t>
            </w:r>
            <w:proofErr w:type="spellStart"/>
            <w:r>
              <w:rPr>
                <w:sz w:val="16"/>
              </w:rPr>
              <w:t>mekanikal</w:t>
            </w:r>
            <w:proofErr w:type="spellEnd"/>
            <w:r>
              <w:rPr>
                <w:sz w:val="16"/>
              </w:rPr>
              <w:t>/engineer/</w:t>
            </w:r>
            <w:proofErr w:type="spellStart"/>
            <w:r>
              <w:rPr>
                <w:sz w:val="16"/>
              </w:rPr>
              <w:t>konsultan</w:t>
            </w:r>
            <w:proofErr w:type="spellEnd"/>
          </w:p>
        </w:tc>
      </w:tr>
      <w:tr w:rsidR="003D05DA" w14:paraId="151F85D4"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003D6DC" w14:textId="77777777" w:rsidR="003D05DA" w:rsidRDefault="003D05DA" w:rsidP="00426D0A">
            <w:pPr>
              <w:spacing w:after="0"/>
              <w:jc w:val="center"/>
            </w:pPr>
            <w:r>
              <w:rPr>
                <w:b/>
                <w:sz w:val="16"/>
              </w:rPr>
              <w:t>12</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E5671B7" w14:textId="77777777" w:rsidR="003D05DA" w:rsidRDefault="003D05DA" w:rsidP="00426D0A">
            <w:pPr>
              <w:spacing w:after="0"/>
            </w:pPr>
            <w:proofErr w:type="spellStart"/>
            <w:r>
              <w:rPr>
                <w:sz w:val="16"/>
              </w:rPr>
              <w:t>Sistem</w:t>
            </w:r>
            <w:proofErr w:type="spellEnd"/>
            <w:r>
              <w:rPr>
                <w:sz w:val="16"/>
              </w:rPr>
              <w:t xml:space="preserve"> </w:t>
            </w:r>
            <w:proofErr w:type="spellStart"/>
            <w:r>
              <w:rPr>
                <w:sz w:val="16"/>
              </w:rPr>
              <w:t>fisik</w:t>
            </w:r>
            <w:proofErr w:type="spellEnd"/>
            <w:r>
              <w:rPr>
                <w:sz w:val="16"/>
              </w:rPr>
              <w:t xml:space="preserve"> maya dan </w:t>
            </w:r>
            <w:proofErr w:type="spellStart"/>
            <w:r>
              <w:rPr>
                <w:sz w:val="16"/>
              </w:rPr>
              <w:t>sistem</w:t>
            </w:r>
            <w:proofErr w:type="spellEnd"/>
            <w:r>
              <w:rPr>
                <w:sz w:val="16"/>
              </w:rPr>
              <w:t xml:space="preserve"> </w:t>
            </w:r>
            <w:proofErr w:type="spellStart"/>
            <w:r>
              <w:rPr>
                <w:sz w:val="16"/>
              </w:rPr>
              <w:t>informasi</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555515F" w14:textId="77777777" w:rsidR="003D05DA" w:rsidRDefault="003D05DA" w:rsidP="00426D0A">
            <w:pPr>
              <w:spacing w:after="0"/>
            </w:pPr>
            <w:r>
              <w:rPr>
                <w:sz w:val="16"/>
              </w:rPr>
              <w:t>IT/SIMRS/digital</w:t>
            </w:r>
          </w:p>
        </w:tc>
      </w:tr>
      <w:tr w:rsidR="003D05DA" w14:paraId="6FE94417"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55DC119" w14:textId="77777777" w:rsidR="003D05DA" w:rsidRDefault="003D05DA" w:rsidP="00426D0A">
            <w:pPr>
              <w:spacing w:after="0"/>
              <w:jc w:val="center"/>
            </w:pPr>
            <w:r>
              <w:rPr>
                <w:b/>
                <w:sz w:val="16"/>
              </w:rPr>
              <w:t>13</w:t>
            </w:r>
          </w:p>
        </w:tc>
        <w:tc>
          <w:tcPr>
            <w:tcW w:w="5102"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8C5C6EE" w14:textId="77777777" w:rsidR="003D05DA" w:rsidRDefault="003D05DA" w:rsidP="00426D0A">
            <w:pPr>
              <w:spacing w:after="0"/>
            </w:pPr>
            <w:proofErr w:type="spellStart"/>
            <w:r>
              <w:rPr>
                <w:sz w:val="16"/>
              </w:rPr>
              <w:t>Ekologi</w:t>
            </w:r>
            <w:proofErr w:type="spellEnd"/>
            <w:r>
              <w:rPr>
                <w:sz w:val="16"/>
              </w:rPr>
              <w:t xml:space="preserve"> </w:t>
            </w:r>
            <w:proofErr w:type="spellStart"/>
            <w:r>
              <w:rPr>
                <w:sz w:val="16"/>
              </w:rPr>
              <w:t>rumah</w:t>
            </w:r>
            <w:proofErr w:type="spellEnd"/>
            <w:r>
              <w:rPr>
                <w:sz w:val="16"/>
              </w:rPr>
              <w:t xml:space="preserve"> </w:t>
            </w:r>
            <w:proofErr w:type="spellStart"/>
            <w:r>
              <w:rPr>
                <w:sz w:val="16"/>
              </w:rPr>
              <w:t>sakit</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66D7333" w14:textId="77777777" w:rsidR="003D05DA" w:rsidRDefault="003D05DA" w:rsidP="00426D0A">
            <w:pPr>
              <w:spacing w:after="0"/>
            </w:pPr>
            <w:proofErr w:type="spellStart"/>
            <w:r>
              <w:rPr>
                <w:sz w:val="16"/>
              </w:rPr>
              <w:t>Lingkungan</w:t>
            </w:r>
            <w:proofErr w:type="spellEnd"/>
            <w:r>
              <w:rPr>
                <w:sz w:val="16"/>
              </w:rPr>
              <w:t>/</w:t>
            </w:r>
            <w:proofErr w:type="spellStart"/>
            <w:r>
              <w:rPr>
                <w:sz w:val="16"/>
              </w:rPr>
              <w:t>teknik</w:t>
            </w:r>
            <w:proofErr w:type="spellEnd"/>
            <w:r>
              <w:rPr>
                <w:sz w:val="16"/>
              </w:rPr>
              <w:t>/</w:t>
            </w:r>
            <w:proofErr w:type="spellStart"/>
            <w:r>
              <w:rPr>
                <w:sz w:val="16"/>
              </w:rPr>
              <w:t>konsultan</w:t>
            </w:r>
            <w:proofErr w:type="spellEnd"/>
          </w:p>
        </w:tc>
      </w:tr>
      <w:tr w:rsidR="003D05DA" w14:paraId="0106DF10" w14:textId="77777777" w:rsidTr="00426D0A">
        <w:trPr>
          <w:cantSplit/>
          <w:jc w:val="center"/>
        </w:trPr>
        <w:tc>
          <w:tcPr>
            <w:tcW w:w="794"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2E61B04" w14:textId="77777777" w:rsidR="003D05DA" w:rsidRDefault="003D05DA" w:rsidP="00426D0A">
            <w:pPr>
              <w:spacing w:after="0"/>
              <w:jc w:val="center"/>
            </w:pPr>
            <w:r>
              <w:rPr>
                <w:b/>
                <w:sz w:val="16"/>
              </w:rPr>
              <w:t>14</w:t>
            </w:r>
          </w:p>
        </w:tc>
        <w:tc>
          <w:tcPr>
            <w:tcW w:w="5102"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0A7619D" w14:textId="77777777" w:rsidR="003D05DA" w:rsidRDefault="003D05DA" w:rsidP="00426D0A">
            <w:pPr>
              <w:spacing w:after="0"/>
            </w:pPr>
            <w:r>
              <w:rPr>
                <w:sz w:val="16"/>
              </w:rPr>
              <w:t xml:space="preserve">Alat </w:t>
            </w:r>
            <w:proofErr w:type="spellStart"/>
            <w:r>
              <w:rPr>
                <w:sz w:val="16"/>
              </w:rPr>
              <w:t>kesehatan</w:t>
            </w:r>
            <w:proofErr w:type="spellEnd"/>
          </w:p>
        </w:tc>
        <w:tc>
          <w:tcPr>
            <w:tcW w:w="41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05892DD" w14:textId="77777777" w:rsidR="003D05DA" w:rsidRDefault="003D05DA" w:rsidP="00426D0A">
            <w:pPr>
              <w:spacing w:after="0"/>
            </w:pPr>
            <w:proofErr w:type="spellStart"/>
            <w:r>
              <w:rPr>
                <w:sz w:val="16"/>
              </w:rPr>
              <w:t>Elektromedis</w:t>
            </w:r>
            <w:proofErr w:type="spellEnd"/>
            <w:r>
              <w:rPr>
                <w:sz w:val="16"/>
              </w:rPr>
              <w:t>/</w:t>
            </w:r>
            <w:proofErr w:type="spellStart"/>
            <w:r>
              <w:rPr>
                <w:sz w:val="16"/>
              </w:rPr>
              <w:t>alkes</w:t>
            </w:r>
            <w:proofErr w:type="spellEnd"/>
          </w:p>
        </w:tc>
      </w:tr>
    </w:tbl>
    <w:p w14:paraId="240C7C4D" w14:textId="77777777" w:rsidR="003D05DA" w:rsidRDefault="003D05DA">
      <w:pPr>
        <w:pStyle w:val="Heading2"/>
      </w:pPr>
    </w:p>
    <w:p w14:paraId="19A1E28A" w14:textId="2B31D890" w:rsidR="003B64CE" w:rsidRDefault="003B64CE"/>
    <w:p w14:paraId="6CB20F51" w14:textId="77777777" w:rsidR="003D05DA" w:rsidRDefault="003D05DA"/>
    <w:p w14:paraId="2CC3CB60" w14:textId="77777777" w:rsidR="003D05DA" w:rsidRDefault="003D05DA"/>
    <w:p w14:paraId="26A28C40" w14:textId="77777777" w:rsidR="003D05DA" w:rsidRDefault="003D05DA"/>
    <w:p w14:paraId="0D982F78" w14:textId="77777777" w:rsidR="003D05DA" w:rsidRDefault="003D05DA"/>
    <w:p w14:paraId="1AB285F9" w14:textId="77777777" w:rsidR="003D05DA" w:rsidRDefault="003D05DA"/>
    <w:p w14:paraId="68A749C9" w14:textId="77777777" w:rsidR="003D05DA" w:rsidRDefault="003D05DA"/>
    <w:p w14:paraId="7EA62947" w14:textId="77777777" w:rsidR="003D05DA" w:rsidRDefault="003D05DA"/>
    <w:p w14:paraId="2A31DF50" w14:textId="77777777" w:rsidR="003D05DA" w:rsidRDefault="003D05DA"/>
    <w:p w14:paraId="76B5E53C" w14:textId="77777777" w:rsidR="003D05DA" w:rsidRDefault="003D05DA"/>
    <w:p w14:paraId="0CE5641A" w14:textId="77777777" w:rsidR="003D05DA" w:rsidRDefault="003D05DA"/>
    <w:p w14:paraId="7E3E0553" w14:textId="77777777" w:rsidR="003D05DA" w:rsidRDefault="003D05DA"/>
    <w:p w14:paraId="5D01F5BD" w14:textId="77777777" w:rsidR="003D05DA" w:rsidRDefault="003D05DA"/>
    <w:p w14:paraId="5ADBE417" w14:textId="77777777" w:rsidR="003D05DA" w:rsidRDefault="003D05DA"/>
    <w:p w14:paraId="28023027" w14:textId="77777777" w:rsidR="003D05DA" w:rsidRDefault="003D05DA"/>
    <w:p w14:paraId="0C85AE42" w14:textId="77777777" w:rsidR="003D05DA" w:rsidRDefault="003D05DA"/>
    <w:p w14:paraId="25FD633F" w14:textId="77777777" w:rsidR="003D05DA" w:rsidRDefault="003D05DA"/>
    <w:p w14:paraId="7EC10DDE" w14:textId="77777777" w:rsidR="003D05DA" w:rsidRDefault="003D05DA"/>
    <w:p w14:paraId="1754B08D" w14:textId="77777777" w:rsidR="003D05DA" w:rsidRDefault="003D05DA"/>
    <w:p w14:paraId="23383A20" w14:textId="77777777" w:rsidR="003D05DA" w:rsidRDefault="003D05DA"/>
    <w:p w14:paraId="7A3778DD" w14:textId="77777777" w:rsidR="003D05DA" w:rsidRDefault="003D05DA"/>
    <w:p w14:paraId="426BA2C0" w14:textId="77777777" w:rsidR="003D05DA" w:rsidRDefault="003D05DA"/>
    <w:p w14:paraId="1FF01EF0" w14:textId="77777777" w:rsidR="003D05DA" w:rsidRDefault="003D05DA"/>
    <w:p w14:paraId="7338DED9" w14:textId="77777777" w:rsidR="003D05DA" w:rsidRDefault="003D05DA"/>
    <w:p w14:paraId="4D8F1BE2" w14:textId="77777777" w:rsidR="003D05DA" w:rsidRDefault="003D05DA"/>
    <w:p w14:paraId="2A87D2D9" w14:textId="77777777" w:rsidR="003D05DA" w:rsidRDefault="003D05DA" w:rsidP="003D05DA">
      <w:pPr>
        <w:pStyle w:val="MainTitle"/>
        <w:rPr>
          <w:rFonts w:hint="eastAsia"/>
        </w:rPr>
      </w:pPr>
      <w:r>
        <w:rPr>
          <w:b w:val="0"/>
        </w:rPr>
        <w:lastRenderedPageBreak/>
        <w:t xml:space="preserve">Smart Hospital &amp; </w:t>
      </w:r>
      <w:proofErr w:type="spellStart"/>
      <w:r>
        <w:rPr>
          <w:b w:val="0"/>
        </w:rPr>
        <w:t>Kriteria</w:t>
      </w:r>
      <w:proofErr w:type="spellEnd"/>
      <w:r>
        <w:rPr>
          <w:b w:val="0"/>
        </w:rPr>
        <w:t xml:space="preserve"> SNI</w:t>
      </w:r>
    </w:p>
    <w:p w14:paraId="37B0AA9F" w14:textId="77777777" w:rsidR="003D05DA" w:rsidRDefault="003D05DA" w:rsidP="003D05DA">
      <w:pPr>
        <w:pStyle w:val="BodySmall"/>
        <w:rPr>
          <w:rFonts w:hint="eastAsia"/>
        </w:rPr>
      </w:pPr>
      <w:proofErr w:type="spellStart"/>
      <w:r>
        <w:t>Katalog</w:t>
      </w:r>
      <w:proofErr w:type="spellEnd"/>
      <w:r>
        <w:t xml:space="preserve"> Smart Hospital </w:t>
      </w:r>
      <w:proofErr w:type="spellStart"/>
      <w:r>
        <w:t>dibangun</w:t>
      </w:r>
      <w:proofErr w:type="spellEnd"/>
      <w:r>
        <w:t xml:space="preserve"> di </w:t>
      </w:r>
      <w:proofErr w:type="spellStart"/>
      <w:r>
        <w:t>atas</w:t>
      </w:r>
      <w:proofErr w:type="spellEnd"/>
      <w:r>
        <w:t xml:space="preserve"> </w:t>
      </w:r>
      <w:proofErr w:type="spellStart"/>
      <w:r>
        <w:t>empat</w:t>
      </w:r>
      <w:proofErr w:type="spellEnd"/>
      <w:r>
        <w:t xml:space="preserve"> </w:t>
      </w:r>
      <w:proofErr w:type="spellStart"/>
      <w:r>
        <w:t>komponen</w:t>
      </w:r>
      <w:proofErr w:type="spellEnd"/>
      <w:r>
        <w:t xml:space="preserve"> </w:t>
      </w:r>
      <w:proofErr w:type="spellStart"/>
      <w:r>
        <w:t>utama</w:t>
      </w:r>
      <w:proofErr w:type="spellEnd"/>
      <w:r>
        <w:t xml:space="preserve"> SNI 9459:2026 </w:t>
      </w:r>
      <w:proofErr w:type="spellStart"/>
      <w:r>
        <w:t>dengan</w:t>
      </w:r>
      <w:proofErr w:type="spellEnd"/>
      <w:r>
        <w:t xml:space="preserve"> </w:t>
      </w:r>
      <w:proofErr w:type="spellStart"/>
      <w:r>
        <w:t>siklus</w:t>
      </w:r>
      <w:proofErr w:type="spellEnd"/>
      <w:r>
        <w:t xml:space="preserve"> </w:t>
      </w:r>
      <w:proofErr w:type="spellStart"/>
      <w:r>
        <w:t>hidup</w:t>
      </w:r>
      <w:proofErr w:type="spellEnd"/>
      <w:r>
        <w:t xml:space="preserve"> </w:t>
      </w:r>
      <w:proofErr w:type="spellStart"/>
      <w:r>
        <w:t>aset</w:t>
      </w:r>
      <w:proofErr w:type="spellEnd"/>
      <w:r>
        <w:t xml:space="preserve"> </w:t>
      </w:r>
      <w:proofErr w:type="spellStart"/>
      <w:r>
        <w:t>sebagai</w:t>
      </w:r>
      <w:proofErr w:type="spellEnd"/>
      <w:r>
        <w:t xml:space="preserve"> </w:t>
      </w:r>
      <w:proofErr w:type="spellStart"/>
      <w:r>
        <w:t>lingkup</w:t>
      </w:r>
      <w:proofErr w:type="spellEnd"/>
      <w:r>
        <w:t xml:space="preserve"> </w:t>
      </w:r>
      <w:proofErr w:type="spellStart"/>
      <w:r>
        <w:t>lintas</w:t>
      </w:r>
      <w:proofErr w:type="spellEnd"/>
      <w:r>
        <w:t xml:space="preserve"> </w:t>
      </w:r>
      <w:proofErr w:type="spellStart"/>
      <w:r>
        <w:t>komponen</w:t>
      </w:r>
      <w:proofErr w:type="spellEnd"/>
      <w:r>
        <w:t>.</w:t>
      </w:r>
    </w:p>
    <w:tbl>
      <w:tblPr>
        <w:tblW w:w="0" w:type="auto"/>
        <w:jc w:val="center"/>
        <w:tblLayout w:type="fixed"/>
        <w:tblLook w:val="04A0" w:firstRow="1" w:lastRow="0" w:firstColumn="1" w:lastColumn="0" w:noHBand="0" w:noVBand="1"/>
      </w:tblPr>
      <w:tblGrid>
        <w:gridCol w:w="3599"/>
        <w:gridCol w:w="6578"/>
      </w:tblGrid>
      <w:tr w:rsidR="003D05DA" w14:paraId="5BEB0C3B" w14:textId="77777777" w:rsidTr="00426D0A">
        <w:trPr>
          <w:cantSplit/>
          <w:tblHeader/>
          <w:jc w:val="center"/>
        </w:trPr>
        <w:tc>
          <w:tcPr>
            <w:tcW w:w="3599" w:type="dxa"/>
            <w:shd w:val="clear" w:color="auto" w:fill="103967"/>
            <w:tcMar>
              <w:top w:w="75" w:type="dxa"/>
              <w:left w:w="85" w:type="dxa"/>
              <w:bottom w:w="70" w:type="dxa"/>
              <w:right w:w="85" w:type="dxa"/>
            </w:tcMar>
            <w:vAlign w:val="center"/>
          </w:tcPr>
          <w:p w14:paraId="0F8E5CCC" w14:textId="77777777" w:rsidR="003D05DA" w:rsidRDefault="003D05DA" w:rsidP="00426D0A">
            <w:pPr>
              <w:spacing w:after="0" w:line="259" w:lineRule="auto"/>
              <w:rPr>
                <w:rFonts w:hint="eastAsia"/>
              </w:rPr>
            </w:pPr>
            <w:proofErr w:type="spellStart"/>
            <w:r>
              <w:rPr>
                <w:b/>
                <w:color w:val="FFFFFF"/>
                <w:sz w:val="14"/>
              </w:rPr>
              <w:t>Komponen</w:t>
            </w:r>
            <w:proofErr w:type="spellEnd"/>
            <w:r>
              <w:rPr>
                <w:b/>
                <w:color w:val="FFFFFF"/>
                <w:sz w:val="14"/>
              </w:rPr>
              <w:t xml:space="preserve"> SNI</w:t>
            </w:r>
          </w:p>
        </w:tc>
        <w:tc>
          <w:tcPr>
            <w:tcW w:w="6578" w:type="dxa"/>
            <w:shd w:val="clear" w:color="auto" w:fill="103967"/>
            <w:tcMar>
              <w:top w:w="75" w:type="dxa"/>
              <w:left w:w="85" w:type="dxa"/>
              <w:bottom w:w="70" w:type="dxa"/>
              <w:right w:w="85" w:type="dxa"/>
            </w:tcMar>
            <w:vAlign w:val="center"/>
          </w:tcPr>
          <w:p w14:paraId="638AB913" w14:textId="77777777" w:rsidR="003D05DA" w:rsidRDefault="003D05DA" w:rsidP="00426D0A">
            <w:pPr>
              <w:spacing w:after="0" w:line="259" w:lineRule="auto"/>
              <w:rPr>
                <w:rFonts w:hint="eastAsia"/>
              </w:rPr>
            </w:pPr>
            <w:r>
              <w:rPr>
                <w:b/>
                <w:color w:val="FFFFFF"/>
                <w:sz w:val="14"/>
              </w:rPr>
              <w:t xml:space="preserve">Ruang </w:t>
            </w:r>
            <w:proofErr w:type="spellStart"/>
            <w:r>
              <w:rPr>
                <w:b/>
                <w:color w:val="FFFFFF"/>
                <w:sz w:val="14"/>
              </w:rPr>
              <w:t>lingkup</w:t>
            </w:r>
            <w:proofErr w:type="spellEnd"/>
            <w:r>
              <w:rPr>
                <w:b/>
                <w:color w:val="FFFFFF"/>
                <w:sz w:val="14"/>
              </w:rPr>
              <w:t xml:space="preserve"> </w:t>
            </w:r>
            <w:proofErr w:type="spellStart"/>
            <w:r>
              <w:rPr>
                <w:b/>
                <w:color w:val="FFFFFF"/>
                <w:sz w:val="14"/>
              </w:rPr>
              <w:t>pelatihan</w:t>
            </w:r>
            <w:proofErr w:type="spellEnd"/>
          </w:p>
        </w:tc>
      </w:tr>
      <w:tr w:rsidR="003D05DA" w14:paraId="5696C50F" w14:textId="77777777" w:rsidTr="00426D0A">
        <w:trPr>
          <w:cantSplit/>
          <w:jc w:val="center"/>
        </w:trPr>
        <w:tc>
          <w:tcPr>
            <w:tcW w:w="3599" w:type="dxa"/>
            <w:tcMar>
              <w:top w:w="75" w:type="dxa"/>
              <w:left w:w="85" w:type="dxa"/>
              <w:bottom w:w="70" w:type="dxa"/>
              <w:right w:w="85" w:type="dxa"/>
            </w:tcMar>
            <w:vAlign w:val="center"/>
          </w:tcPr>
          <w:p w14:paraId="634116B6" w14:textId="77777777" w:rsidR="003D05DA" w:rsidRDefault="003D05DA" w:rsidP="00426D0A">
            <w:pPr>
              <w:spacing w:after="0" w:line="259" w:lineRule="auto"/>
              <w:rPr>
                <w:rFonts w:hint="eastAsia"/>
              </w:rPr>
            </w:pPr>
            <w:proofErr w:type="spellStart"/>
            <w:r>
              <w:rPr>
                <w:b/>
                <w:color w:val="135DB4"/>
                <w:sz w:val="14"/>
              </w:rPr>
              <w:t>Sistem</w:t>
            </w:r>
            <w:proofErr w:type="spellEnd"/>
            <w:r>
              <w:rPr>
                <w:b/>
                <w:color w:val="135DB4"/>
                <w:sz w:val="14"/>
              </w:rPr>
              <w:t xml:space="preserve"> </w:t>
            </w:r>
            <w:proofErr w:type="spellStart"/>
            <w:r>
              <w:rPr>
                <w:b/>
                <w:color w:val="135DB4"/>
                <w:sz w:val="14"/>
              </w:rPr>
              <w:t>Fisik</w:t>
            </w:r>
            <w:proofErr w:type="spellEnd"/>
            <w:r>
              <w:rPr>
                <w:b/>
                <w:color w:val="135DB4"/>
                <w:sz w:val="14"/>
              </w:rPr>
              <w:t xml:space="preserve"> </w:t>
            </w:r>
            <w:proofErr w:type="spellStart"/>
            <w:r>
              <w:rPr>
                <w:b/>
                <w:color w:val="135DB4"/>
                <w:sz w:val="14"/>
              </w:rPr>
              <w:t>Nyata</w:t>
            </w:r>
            <w:proofErr w:type="spellEnd"/>
            <w:r>
              <w:rPr>
                <w:b/>
                <w:color w:val="135DB4"/>
                <w:sz w:val="14"/>
              </w:rPr>
              <w:t xml:space="preserve"> (SFN)</w:t>
            </w:r>
          </w:p>
        </w:tc>
        <w:tc>
          <w:tcPr>
            <w:tcW w:w="6578" w:type="dxa"/>
            <w:tcMar>
              <w:top w:w="75" w:type="dxa"/>
              <w:left w:w="85" w:type="dxa"/>
              <w:bottom w:w="70" w:type="dxa"/>
              <w:right w:w="85" w:type="dxa"/>
            </w:tcMar>
            <w:vAlign w:val="center"/>
          </w:tcPr>
          <w:p w14:paraId="531137CE"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mekanikal</w:t>
            </w:r>
            <w:proofErr w:type="spellEnd"/>
            <w:r>
              <w:rPr>
                <w:sz w:val="14"/>
              </w:rPr>
              <w:t xml:space="preserve">, </w:t>
            </w:r>
            <w:proofErr w:type="spellStart"/>
            <w:r>
              <w:rPr>
                <w:sz w:val="14"/>
              </w:rPr>
              <w:t>elektrikal</w:t>
            </w:r>
            <w:proofErr w:type="spellEnd"/>
            <w:r>
              <w:rPr>
                <w:sz w:val="14"/>
              </w:rPr>
              <w:t xml:space="preserve">, </w:t>
            </w:r>
            <w:proofErr w:type="spellStart"/>
            <w:r>
              <w:rPr>
                <w:sz w:val="14"/>
              </w:rPr>
              <w:t>ekologi</w:t>
            </w:r>
            <w:proofErr w:type="spellEnd"/>
            <w:r>
              <w:rPr>
                <w:sz w:val="14"/>
              </w:rPr>
              <w:t xml:space="preserve"> dan </w:t>
            </w:r>
            <w:proofErr w:type="spellStart"/>
            <w:r>
              <w:rPr>
                <w:sz w:val="14"/>
              </w:rPr>
              <w:t>alat</w:t>
            </w:r>
            <w:proofErr w:type="spellEnd"/>
            <w:r>
              <w:rPr>
                <w:sz w:val="14"/>
              </w:rPr>
              <w:t xml:space="preserve"> </w:t>
            </w:r>
            <w:proofErr w:type="spellStart"/>
            <w:r>
              <w:rPr>
                <w:sz w:val="14"/>
              </w:rPr>
              <w:t>kesehatan</w:t>
            </w:r>
            <w:proofErr w:type="spellEnd"/>
          </w:p>
        </w:tc>
      </w:tr>
      <w:tr w:rsidR="003D05DA" w:rsidRPr="003D05DA" w14:paraId="743D9518" w14:textId="77777777" w:rsidTr="00426D0A">
        <w:trPr>
          <w:cantSplit/>
          <w:jc w:val="center"/>
        </w:trPr>
        <w:tc>
          <w:tcPr>
            <w:tcW w:w="3599" w:type="dxa"/>
            <w:shd w:val="clear" w:color="auto" w:fill="F0F6FC"/>
            <w:tcMar>
              <w:top w:w="75" w:type="dxa"/>
              <w:left w:w="85" w:type="dxa"/>
              <w:bottom w:w="70" w:type="dxa"/>
              <w:right w:w="85" w:type="dxa"/>
            </w:tcMar>
            <w:vAlign w:val="center"/>
          </w:tcPr>
          <w:p w14:paraId="7112A783" w14:textId="77777777" w:rsidR="003D05DA" w:rsidRDefault="003D05DA" w:rsidP="00426D0A">
            <w:pPr>
              <w:spacing w:after="0" w:line="259" w:lineRule="auto"/>
              <w:rPr>
                <w:rFonts w:hint="eastAsia"/>
              </w:rPr>
            </w:pPr>
            <w:proofErr w:type="spellStart"/>
            <w:r>
              <w:rPr>
                <w:b/>
                <w:color w:val="135DB4"/>
                <w:sz w:val="14"/>
              </w:rPr>
              <w:t>Sistem</w:t>
            </w:r>
            <w:proofErr w:type="spellEnd"/>
            <w:r>
              <w:rPr>
                <w:b/>
                <w:color w:val="135DB4"/>
                <w:sz w:val="14"/>
              </w:rPr>
              <w:t xml:space="preserve"> </w:t>
            </w:r>
            <w:proofErr w:type="spellStart"/>
            <w:r>
              <w:rPr>
                <w:b/>
                <w:color w:val="135DB4"/>
                <w:sz w:val="14"/>
              </w:rPr>
              <w:t>Fisik</w:t>
            </w:r>
            <w:proofErr w:type="spellEnd"/>
            <w:r>
              <w:rPr>
                <w:b/>
                <w:color w:val="135DB4"/>
                <w:sz w:val="14"/>
              </w:rPr>
              <w:t xml:space="preserve"> Maya (SFM)</w:t>
            </w:r>
          </w:p>
        </w:tc>
        <w:tc>
          <w:tcPr>
            <w:tcW w:w="6578" w:type="dxa"/>
            <w:shd w:val="clear" w:color="auto" w:fill="F0F6FC"/>
            <w:tcMar>
              <w:top w:w="75" w:type="dxa"/>
              <w:left w:w="85" w:type="dxa"/>
              <w:bottom w:w="70" w:type="dxa"/>
              <w:right w:w="85" w:type="dxa"/>
            </w:tcMar>
            <w:vAlign w:val="center"/>
          </w:tcPr>
          <w:p w14:paraId="73B14F56" w14:textId="77777777" w:rsidR="003D05DA" w:rsidRPr="003D05DA" w:rsidRDefault="003D05DA" w:rsidP="00426D0A">
            <w:pPr>
              <w:spacing w:after="0" w:line="259" w:lineRule="auto"/>
              <w:rPr>
                <w:rFonts w:hint="eastAsia"/>
                <w:lang w:val="it-IT"/>
              </w:rPr>
            </w:pPr>
            <w:r w:rsidRPr="003D05DA">
              <w:rPr>
                <w:sz w:val="14"/>
                <w:lang w:val="it-IT"/>
              </w:rPr>
              <w:t>Akuisisi data, interoperabilitas, komputasi, aplikasi, analitik-AI, antarmuka, otomasi dan robotika</w:t>
            </w:r>
          </w:p>
        </w:tc>
      </w:tr>
      <w:tr w:rsidR="003D05DA" w14:paraId="43CBE203" w14:textId="77777777" w:rsidTr="00426D0A">
        <w:trPr>
          <w:cantSplit/>
          <w:jc w:val="center"/>
        </w:trPr>
        <w:tc>
          <w:tcPr>
            <w:tcW w:w="3599" w:type="dxa"/>
            <w:tcMar>
              <w:top w:w="75" w:type="dxa"/>
              <w:left w:w="85" w:type="dxa"/>
              <w:bottom w:w="70" w:type="dxa"/>
              <w:right w:w="85" w:type="dxa"/>
            </w:tcMar>
            <w:vAlign w:val="center"/>
          </w:tcPr>
          <w:p w14:paraId="798DA77C" w14:textId="77777777" w:rsidR="003D05DA" w:rsidRDefault="003D05DA" w:rsidP="00426D0A">
            <w:pPr>
              <w:spacing w:after="0" w:line="259" w:lineRule="auto"/>
              <w:rPr>
                <w:rFonts w:hint="eastAsia"/>
              </w:rPr>
            </w:pPr>
            <w:proofErr w:type="spellStart"/>
            <w:r>
              <w:rPr>
                <w:b/>
                <w:color w:val="135DB4"/>
                <w:sz w:val="14"/>
              </w:rPr>
              <w:t>Sistem</w:t>
            </w:r>
            <w:proofErr w:type="spellEnd"/>
            <w:r>
              <w:rPr>
                <w:b/>
                <w:color w:val="135DB4"/>
                <w:sz w:val="14"/>
              </w:rPr>
              <w:t xml:space="preserve"> </w:t>
            </w:r>
            <w:proofErr w:type="spellStart"/>
            <w:r>
              <w:rPr>
                <w:b/>
                <w:color w:val="135DB4"/>
                <w:sz w:val="14"/>
              </w:rPr>
              <w:t>Manajemen</w:t>
            </w:r>
            <w:proofErr w:type="spellEnd"/>
            <w:r>
              <w:rPr>
                <w:b/>
                <w:color w:val="135DB4"/>
                <w:sz w:val="14"/>
              </w:rPr>
              <w:t xml:space="preserve"> </w:t>
            </w:r>
            <w:proofErr w:type="spellStart"/>
            <w:r>
              <w:rPr>
                <w:b/>
                <w:color w:val="135DB4"/>
                <w:sz w:val="14"/>
              </w:rPr>
              <w:t>Organisasi</w:t>
            </w:r>
            <w:proofErr w:type="spellEnd"/>
            <w:r>
              <w:rPr>
                <w:b/>
                <w:color w:val="135DB4"/>
                <w:sz w:val="14"/>
              </w:rPr>
              <w:t xml:space="preserve"> (SMO)</w:t>
            </w:r>
          </w:p>
        </w:tc>
        <w:tc>
          <w:tcPr>
            <w:tcW w:w="6578" w:type="dxa"/>
            <w:tcMar>
              <w:top w:w="75" w:type="dxa"/>
              <w:left w:w="85" w:type="dxa"/>
              <w:bottom w:w="70" w:type="dxa"/>
              <w:right w:w="85" w:type="dxa"/>
            </w:tcMar>
            <w:vAlign w:val="center"/>
          </w:tcPr>
          <w:p w14:paraId="4A5F444C" w14:textId="77777777" w:rsidR="003D05DA" w:rsidRDefault="003D05DA" w:rsidP="00426D0A">
            <w:pPr>
              <w:spacing w:after="0" w:line="259" w:lineRule="auto"/>
              <w:rPr>
                <w:rFonts w:hint="eastAsia"/>
              </w:rPr>
            </w:pPr>
            <w:proofErr w:type="spellStart"/>
            <w:r>
              <w:rPr>
                <w:sz w:val="14"/>
              </w:rPr>
              <w:t>Manajemen</w:t>
            </w:r>
            <w:proofErr w:type="spellEnd"/>
            <w:r>
              <w:rPr>
                <w:sz w:val="14"/>
              </w:rPr>
              <w:t xml:space="preserve"> </w:t>
            </w:r>
            <w:proofErr w:type="spellStart"/>
            <w:r>
              <w:rPr>
                <w:sz w:val="14"/>
              </w:rPr>
              <w:t>korporat</w:t>
            </w:r>
            <w:proofErr w:type="spellEnd"/>
            <w:r>
              <w:rPr>
                <w:sz w:val="14"/>
              </w:rPr>
              <w:t xml:space="preserve">, SDM, </w:t>
            </w:r>
            <w:proofErr w:type="spellStart"/>
            <w:r>
              <w:rPr>
                <w:sz w:val="14"/>
              </w:rPr>
              <w:t>keuangan</w:t>
            </w:r>
            <w:proofErr w:type="spellEnd"/>
            <w:r>
              <w:rPr>
                <w:sz w:val="14"/>
              </w:rPr>
              <w:t xml:space="preserve">, </w:t>
            </w:r>
            <w:proofErr w:type="spellStart"/>
            <w:r>
              <w:rPr>
                <w:sz w:val="14"/>
              </w:rPr>
              <w:t>fasilitas</w:t>
            </w:r>
            <w:proofErr w:type="spellEnd"/>
            <w:r>
              <w:rPr>
                <w:sz w:val="14"/>
              </w:rPr>
              <w:t xml:space="preserve">, digital, </w:t>
            </w:r>
            <w:proofErr w:type="spellStart"/>
            <w:r>
              <w:rPr>
                <w:sz w:val="14"/>
              </w:rPr>
              <w:t>farmasi</w:t>
            </w:r>
            <w:proofErr w:type="spellEnd"/>
            <w:r>
              <w:rPr>
                <w:sz w:val="14"/>
              </w:rPr>
              <w:t xml:space="preserve">, </w:t>
            </w:r>
            <w:proofErr w:type="spellStart"/>
            <w:r>
              <w:rPr>
                <w:sz w:val="14"/>
              </w:rPr>
              <w:t>jejaring</w:t>
            </w:r>
            <w:proofErr w:type="spellEnd"/>
            <w:r>
              <w:rPr>
                <w:sz w:val="14"/>
              </w:rPr>
              <w:t xml:space="preserve"> </w:t>
            </w:r>
            <w:proofErr w:type="spellStart"/>
            <w:r>
              <w:rPr>
                <w:sz w:val="14"/>
              </w:rPr>
              <w:t>serta</w:t>
            </w:r>
            <w:proofErr w:type="spellEnd"/>
            <w:r>
              <w:rPr>
                <w:sz w:val="14"/>
              </w:rPr>
              <w:t xml:space="preserve"> </w:t>
            </w:r>
            <w:proofErr w:type="spellStart"/>
            <w:r>
              <w:rPr>
                <w:sz w:val="14"/>
              </w:rPr>
              <w:t>manajemen</w:t>
            </w:r>
            <w:proofErr w:type="spellEnd"/>
            <w:r>
              <w:rPr>
                <w:sz w:val="14"/>
              </w:rPr>
              <w:t xml:space="preserve"> </w:t>
            </w:r>
            <w:proofErr w:type="spellStart"/>
            <w:r>
              <w:rPr>
                <w:sz w:val="14"/>
              </w:rPr>
              <w:t>pasien</w:t>
            </w:r>
            <w:proofErr w:type="spellEnd"/>
          </w:p>
        </w:tc>
      </w:tr>
      <w:tr w:rsidR="003D05DA" w14:paraId="3C2B4127" w14:textId="77777777" w:rsidTr="00426D0A">
        <w:trPr>
          <w:cantSplit/>
          <w:jc w:val="center"/>
        </w:trPr>
        <w:tc>
          <w:tcPr>
            <w:tcW w:w="3599" w:type="dxa"/>
            <w:shd w:val="clear" w:color="auto" w:fill="F0F6FC"/>
            <w:tcMar>
              <w:top w:w="75" w:type="dxa"/>
              <w:left w:w="85" w:type="dxa"/>
              <w:bottom w:w="70" w:type="dxa"/>
              <w:right w:w="85" w:type="dxa"/>
            </w:tcMar>
            <w:vAlign w:val="center"/>
          </w:tcPr>
          <w:p w14:paraId="7FAA7516" w14:textId="77777777" w:rsidR="003D05DA" w:rsidRDefault="003D05DA" w:rsidP="00426D0A">
            <w:pPr>
              <w:spacing w:after="0" w:line="259" w:lineRule="auto"/>
              <w:rPr>
                <w:rFonts w:hint="eastAsia"/>
              </w:rPr>
            </w:pPr>
            <w:proofErr w:type="spellStart"/>
            <w:r>
              <w:rPr>
                <w:b/>
                <w:color w:val="135DB4"/>
                <w:sz w:val="14"/>
              </w:rPr>
              <w:t>Sumber</w:t>
            </w:r>
            <w:proofErr w:type="spellEnd"/>
            <w:r>
              <w:rPr>
                <w:b/>
                <w:color w:val="135DB4"/>
                <w:sz w:val="14"/>
              </w:rPr>
              <w:t xml:space="preserve"> Daya </w:t>
            </w:r>
            <w:proofErr w:type="spellStart"/>
            <w:r>
              <w:rPr>
                <w:b/>
                <w:color w:val="135DB4"/>
                <w:sz w:val="14"/>
              </w:rPr>
              <w:t>Manusia</w:t>
            </w:r>
            <w:proofErr w:type="spellEnd"/>
            <w:r>
              <w:rPr>
                <w:b/>
                <w:color w:val="135DB4"/>
                <w:sz w:val="14"/>
              </w:rPr>
              <w:t xml:space="preserve"> (SDM)</w:t>
            </w:r>
          </w:p>
        </w:tc>
        <w:tc>
          <w:tcPr>
            <w:tcW w:w="6578" w:type="dxa"/>
            <w:shd w:val="clear" w:color="auto" w:fill="F0F6FC"/>
            <w:tcMar>
              <w:top w:w="75" w:type="dxa"/>
              <w:left w:w="85" w:type="dxa"/>
              <w:bottom w:w="70" w:type="dxa"/>
              <w:right w:w="85" w:type="dxa"/>
            </w:tcMar>
            <w:vAlign w:val="center"/>
          </w:tcPr>
          <w:p w14:paraId="495AD1B1" w14:textId="77777777" w:rsidR="003D05DA" w:rsidRDefault="003D05DA" w:rsidP="00426D0A">
            <w:pPr>
              <w:spacing w:after="0" w:line="259" w:lineRule="auto"/>
              <w:rPr>
                <w:rFonts w:hint="eastAsia"/>
              </w:rPr>
            </w:pPr>
            <w:r>
              <w:rPr>
                <w:sz w:val="14"/>
              </w:rPr>
              <w:t xml:space="preserve">Tenaga </w:t>
            </w:r>
            <w:proofErr w:type="spellStart"/>
            <w:r>
              <w:rPr>
                <w:sz w:val="14"/>
              </w:rPr>
              <w:t>medis</w:t>
            </w:r>
            <w:proofErr w:type="spellEnd"/>
            <w:r>
              <w:rPr>
                <w:sz w:val="14"/>
              </w:rPr>
              <w:t xml:space="preserve">, </w:t>
            </w:r>
            <w:proofErr w:type="spellStart"/>
            <w:r>
              <w:rPr>
                <w:sz w:val="14"/>
              </w:rPr>
              <w:t>kesehatan</w:t>
            </w:r>
            <w:proofErr w:type="spellEnd"/>
            <w:r>
              <w:rPr>
                <w:sz w:val="14"/>
              </w:rPr>
              <w:t xml:space="preserve">, </w:t>
            </w:r>
            <w:proofErr w:type="spellStart"/>
            <w:r>
              <w:rPr>
                <w:sz w:val="14"/>
              </w:rPr>
              <w:t>administrasi</w:t>
            </w:r>
            <w:proofErr w:type="spellEnd"/>
            <w:r>
              <w:rPr>
                <w:sz w:val="14"/>
              </w:rPr>
              <w:t xml:space="preserve">-IT, </w:t>
            </w:r>
            <w:proofErr w:type="spellStart"/>
            <w:r>
              <w:rPr>
                <w:sz w:val="14"/>
              </w:rPr>
              <w:t>penunjang</w:t>
            </w:r>
            <w:proofErr w:type="spellEnd"/>
            <w:r>
              <w:rPr>
                <w:sz w:val="14"/>
              </w:rPr>
              <w:t xml:space="preserve"> </w:t>
            </w:r>
            <w:proofErr w:type="spellStart"/>
            <w:r>
              <w:rPr>
                <w:sz w:val="14"/>
              </w:rPr>
              <w:t>teknis</w:t>
            </w:r>
            <w:proofErr w:type="spellEnd"/>
            <w:r>
              <w:rPr>
                <w:sz w:val="14"/>
              </w:rPr>
              <w:t xml:space="preserve"> dan </w:t>
            </w:r>
            <w:proofErr w:type="spellStart"/>
            <w:r>
              <w:rPr>
                <w:sz w:val="14"/>
              </w:rPr>
              <w:t>pelayanan</w:t>
            </w:r>
            <w:proofErr w:type="spellEnd"/>
          </w:p>
        </w:tc>
      </w:tr>
      <w:tr w:rsidR="003D05DA" w14:paraId="0C43BCDD" w14:textId="77777777" w:rsidTr="00426D0A">
        <w:trPr>
          <w:cantSplit/>
          <w:jc w:val="center"/>
        </w:trPr>
        <w:tc>
          <w:tcPr>
            <w:tcW w:w="3599" w:type="dxa"/>
            <w:tcMar>
              <w:top w:w="75" w:type="dxa"/>
              <w:left w:w="85" w:type="dxa"/>
              <w:bottom w:w="70" w:type="dxa"/>
              <w:right w:w="85" w:type="dxa"/>
            </w:tcMar>
            <w:vAlign w:val="center"/>
          </w:tcPr>
          <w:p w14:paraId="626F4471" w14:textId="77777777" w:rsidR="003D05DA" w:rsidRDefault="003D05DA" w:rsidP="00426D0A">
            <w:pPr>
              <w:spacing w:after="0" w:line="259" w:lineRule="auto"/>
              <w:rPr>
                <w:rFonts w:hint="eastAsia"/>
              </w:rPr>
            </w:pPr>
            <w:r>
              <w:rPr>
                <w:b/>
                <w:color w:val="135DB4"/>
                <w:sz w:val="14"/>
              </w:rPr>
              <w:t xml:space="preserve">Lintas </w:t>
            </w:r>
            <w:proofErr w:type="spellStart"/>
            <w:r>
              <w:rPr>
                <w:b/>
                <w:color w:val="135DB4"/>
                <w:sz w:val="14"/>
              </w:rPr>
              <w:t>komponen</w:t>
            </w:r>
            <w:proofErr w:type="spellEnd"/>
          </w:p>
        </w:tc>
        <w:tc>
          <w:tcPr>
            <w:tcW w:w="6578" w:type="dxa"/>
            <w:tcMar>
              <w:top w:w="75" w:type="dxa"/>
              <w:left w:w="85" w:type="dxa"/>
              <w:bottom w:w="70" w:type="dxa"/>
              <w:right w:w="85" w:type="dxa"/>
            </w:tcMar>
            <w:vAlign w:val="center"/>
          </w:tcPr>
          <w:p w14:paraId="61A183A2" w14:textId="77777777" w:rsidR="003D05DA" w:rsidRDefault="003D05DA" w:rsidP="00426D0A">
            <w:pPr>
              <w:spacing w:after="0" w:line="259" w:lineRule="auto"/>
              <w:rPr>
                <w:rFonts w:hint="eastAsia"/>
              </w:rPr>
            </w:pPr>
            <w:proofErr w:type="spellStart"/>
            <w:r>
              <w:rPr>
                <w:sz w:val="14"/>
              </w:rPr>
              <w:t>Pengelolaan</w:t>
            </w:r>
            <w:proofErr w:type="spellEnd"/>
            <w:r>
              <w:rPr>
                <w:sz w:val="14"/>
              </w:rPr>
              <w:t xml:space="preserve"> </w:t>
            </w:r>
            <w:proofErr w:type="spellStart"/>
            <w:r>
              <w:rPr>
                <w:sz w:val="14"/>
              </w:rPr>
              <w:t>siklus</w:t>
            </w:r>
            <w:proofErr w:type="spellEnd"/>
            <w:r>
              <w:rPr>
                <w:sz w:val="14"/>
              </w:rPr>
              <w:t xml:space="preserve"> </w:t>
            </w:r>
            <w:proofErr w:type="spellStart"/>
            <w:r>
              <w:rPr>
                <w:sz w:val="14"/>
              </w:rPr>
              <w:t>hidup</w:t>
            </w:r>
            <w:proofErr w:type="spellEnd"/>
            <w:r>
              <w:rPr>
                <w:sz w:val="14"/>
              </w:rPr>
              <w:t xml:space="preserve"> </w:t>
            </w:r>
            <w:proofErr w:type="spellStart"/>
            <w:r>
              <w:rPr>
                <w:sz w:val="14"/>
              </w:rPr>
              <w:t>aset</w:t>
            </w:r>
            <w:proofErr w:type="spellEnd"/>
            <w:r>
              <w:rPr>
                <w:sz w:val="14"/>
              </w:rPr>
              <w:t xml:space="preserve">, </w:t>
            </w:r>
            <w:proofErr w:type="spellStart"/>
            <w:r>
              <w:rPr>
                <w:sz w:val="14"/>
              </w:rPr>
              <w:t>penilaian</w:t>
            </w:r>
            <w:proofErr w:type="spellEnd"/>
            <w:r>
              <w:rPr>
                <w:sz w:val="14"/>
              </w:rPr>
              <w:t xml:space="preserve"> </w:t>
            </w:r>
            <w:proofErr w:type="spellStart"/>
            <w:r>
              <w:rPr>
                <w:sz w:val="14"/>
              </w:rPr>
              <w:t>kesenjangan</w:t>
            </w:r>
            <w:proofErr w:type="spellEnd"/>
            <w:r>
              <w:rPr>
                <w:sz w:val="14"/>
              </w:rPr>
              <w:t xml:space="preserve"> dan </w:t>
            </w:r>
            <w:proofErr w:type="spellStart"/>
            <w:r>
              <w:rPr>
                <w:sz w:val="14"/>
              </w:rPr>
              <w:t>penyusunan</w:t>
            </w:r>
            <w:proofErr w:type="spellEnd"/>
            <w:r>
              <w:rPr>
                <w:sz w:val="14"/>
              </w:rPr>
              <w:t xml:space="preserve"> </w:t>
            </w:r>
            <w:proofErr w:type="spellStart"/>
            <w:r>
              <w:rPr>
                <w:sz w:val="14"/>
              </w:rPr>
              <w:t>prioritas</w:t>
            </w:r>
            <w:proofErr w:type="spellEnd"/>
          </w:p>
        </w:tc>
      </w:tr>
    </w:tbl>
    <w:p w14:paraId="30A6FE4E" w14:textId="77777777" w:rsidR="003D05DA" w:rsidRDefault="003D05DA" w:rsidP="003D05DA">
      <w:pPr>
        <w:spacing w:after="240"/>
        <w:rPr>
          <w:rFonts w:hint="eastAsia"/>
        </w:rPr>
      </w:pPr>
    </w:p>
    <w:p w14:paraId="1176B80D" w14:textId="77777777" w:rsidR="003D05DA" w:rsidRDefault="003D05DA" w:rsidP="003D05DA">
      <w:pPr>
        <w:pStyle w:val="SectionTitle"/>
        <w:rPr>
          <w:rFonts w:hint="eastAsia"/>
        </w:rPr>
      </w:pPr>
      <w:proofErr w:type="spellStart"/>
      <w:r>
        <w:rPr>
          <w:b w:val="0"/>
        </w:rPr>
        <w:t>Kriteria</w:t>
      </w:r>
      <w:proofErr w:type="spellEnd"/>
      <w:r>
        <w:rPr>
          <w:b w:val="0"/>
        </w:rPr>
        <w:t xml:space="preserve"> </w:t>
      </w:r>
      <w:proofErr w:type="spellStart"/>
      <w:r>
        <w:rPr>
          <w:b w:val="0"/>
        </w:rPr>
        <w:t>penilaian</w:t>
      </w:r>
      <w:proofErr w:type="spellEnd"/>
      <w:r>
        <w:rPr>
          <w:b w:val="0"/>
        </w:rPr>
        <w:t xml:space="preserve"> yang </w:t>
      </w:r>
      <w:proofErr w:type="spellStart"/>
      <w:r>
        <w:rPr>
          <w:b w:val="0"/>
        </w:rPr>
        <w:t>menjadi</w:t>
      </w:r>
      <w:proofErr w:type="spellEnd"/>
      <w:r>
        <w:rPr>
          <w:b w:val="0"/>
        </w:rPr>
        <w:t xml:space="preserve"> </w:t>
      </w:r>
      <w:proofErr w:type="spellStart"/>
      <w:r>
        <w:rPr>
          <w:b w:val="0"/>
        </w:rPr>
        <w:t>konteks</w:t>
      </w:r>
      <w:proofErr w:type="spellEnd"/>
      <w:r>
        <w:rPr>
          <w:b w:val="0"/>
        </w:rPr>
        <w:t xml:space="preserve"> </w:t>
      </w:r>
      <w:proofErr w:type="spellStart"/>
      <w:r>
        <w:rPr>
          <w:b w:val="0"/>
        </w:rPr>
        <w:t>pembelajaran</w:t>
      </w:r>
      <w:proofErr w:type="spellEnd"/>
    </w:p>
    <w:tbl>
      <w:tblPr>
        <w:tblW w:w="0" w:type="auto"/>
        <w:jc w:val="center"/>
        <w:tblLayout w:type="fixed"/>
        <w:tblLook w:val="04A0" w:firstRow="1" w:lastRow="0" w:firstColumn="1" w:lastColumn="0" w:noHBand="0" w:noVBand="1"/>
      </w:tblPr>
      <w:tblGrid>
        <w:gridCol w:w="1799"/>
        <w:gridCol w:w="8378"/>
      </w:tblGrid>
      <w:tr w:rsidR="003D05DA" w14:paraId="0B3C9331" w14:textId="77777777" w:rsidTr="00426D0A">
        <w:trPr>
          <w:cantSplit/>
          <w:tblHeader/>
          <w:jc w:val="center"/>
        </w:trPr>
        <w:tc>
          <w:tcPr>
            <w:tcW w:w="1799" w:type="dxa"/>
            <w:shd w:val="clear" w:color="auto" w:fill="103967"/>
            <w:tcMar>
              <w:top w:w="75" w:type="dxa"/>
              <w:left w:w="85" w:type="dxa"/>
              <w:bottom w:w="70" w:type="dxa"/>
              <w:right w:w="85" w:type="dxa"/>
            </w:tcMar>
            <w:vAlign w:val="center"/>
          </w:tcPr>
          <w:p w14:paraId="127F89AA" w14:textId="77777777" w:rsidR="003D05DA" w:rsidRDefault="003D05DA" w:rsidP="00426D0A">
            <w:pPr>
              <w:spacing w:after="0" w:line="259" w:lineRule="auto"/>
              <w:rPr>
                <w:rFonts w:hint="eastAsia"/>
              </w:rPr>
            </w:pPr>
            <w:proofErr w:type="spellStart"/>
            <w:r>
              <w:rPr>
                <w:b/>
                <w:color w:val="FFFFFF"/>
                <w:sz w:val="14"/>
              </w:rPr>
              <w:t>Komponen</w:t>
            </w:r>
            <w:proofErr w:type="spellEnd"/>
          </w:p>
        </w:tc>
        <w:tc>
          <w:tcPr>
            <w:tcW w:w="8378" w:type="dxa"/>
            <w:shd w:val="clear" w:color="auto" w:fill="103967"/>
            <w:tcMar>
              <w:top w:w="75" w:type="dxa"/>
              <w:left w:w="85" w:type="dxa"/>
              <w:bottom w:w="70" w:type="dxa"/>
              <w:right w:w="85" w:type="dxa"/>
            </w:tcMar>
            <w:vAlign w:val="center"/>
          </w:tcPr>
          <w:p w14:paraId="41D1086A" w14:textId="77777777" w:rsidR="003D05DA" w:rsidRDefault="003D05DA" w:rsidP="00426D0A">
            <w:pPr>
              <w:spacing w:after="0" w:line="259" w:lineRule="auto"/>
              <w:rPr>
                <w:rFonts w:hint="eastAsia"/>
              </w:rPr>
            </w:pPr>
            <w:proofErr w:type="spellStart"/>
            <w:r>
              <w:rPr>
                <w:b/>
                <w:color w:val="FFFFFF"/>
                <w:sz w:val="14"/>
              </w:rPr>
              <w:t>Aspek</w:t>
            </w:r>
            <w:proofErr w:type="spellEnd"/>
          </w:p>
        </w:tc>
      </w:tr>
      <w:tr w:rsidR="003D05DA" w14:paraId="1CD93AE8" w14:textId="77777777" w:rsidTr="00426D0A">
        <w:trPr>
          <w:cantSplit/>
          <w:jc w:val="center"/>
        </w:trPr>
        <w:tc>
          <w:tcPr>
            <w:tcW w:w="1799" w:type="dxa"/>
            <w:tcMar>
              <w:top w:w="75" w:type="dxa"/>
              <w:left w:w="85" w:type="dxa"/>
              <w:bottom w:w="70" w:type="dxa"/>
              <w:right w:w="85" w:type="dxa"/>
            </w:tcMar>
            <w:vAlign w:val="center"/>
          </w:tcPr>
          <w:p w14:paraId="2DE7799F" w14:textId="77777777" w:rsidR="003D05DA" w:rsidRDefault="003D05DA" w:rsidP="00426D0A">
            <w:pPr>
              <w:spacing w:after="0" w:line="259" w:lineRule="auto"/>
              <w:rPr>
                <w:rFonts w:hint="eastAsia"/>
              </w:rPr>
            </w:pPr>
            <w:r>
              <w:rPr>
                <w:b/>
                <w:color w:val="135DB4"/>
                <w:sz w:val="14"/>
              </w:rPr>
              <w:t>SFN</w:t>
            </w:r>
          </w:p>
        </w:tc>
        <w:tc>
          <w:tcPr>
            <w:tcW w:w="8378" w:type="dxa"/>
            <w:tcMar>
              <w:top w:w="75" w:type="dxa"/>
              <w:left w:w="85" w:type="dxa"/>
              <w:bottom w:w="70" w:type="dxa"/>
              <w:right w:w="85" w:type="dxa"/>
            </w:tcMar>
            <w:vAlign w:val="center"/>
          </w:tcPr>
          <w:p w14:paraId="243192CB" w14:textId="77777777" w:rsidR="003D05DA" w:rsidRDefault="003D05DA" w:rsidP="00426D0A">
            <w:pPr>
              <w:spacing w:after="0" w:line="259" w:lineRule="auto"/>
              <w:rPr>
                <w:rFonts w:hint="eastAsia"/>
              </w:rPr>
            </w:pPr>
            <w:proofErr w:type="spellStart"/>
            <w:r>
              <w:rPr>
                <w:sz w:val="14"/>
              </w:rPr>
              <w:t>Keselamatan</w:t>
            </w:r>
            <w:proofErr w:type="spellEnd"/>
            <w:r>
              <w:rPr>
                <w:sz w:val="14"/>
              </w:rPr>
              <w:t xml:space="preserve">; </w:t>
            </w:r>
            <w:proofErr w:type="spellStart"/>
            <w:r>
              <w:rPr>
                <w:sz w:val="14"/>
              </w:rPr>
              <w:t>kualitas</w:t>
            </w:r>
            <w:proofErr w:type="spellEnd"/>
            <w:r>
              <w:rPr>
                <w:sz w:val="14"/>
              </w:rPr>
              <w:t xml:space="preserve">; </w:t>
            </w:r>
            <w:proofErr w:type="spellStart"/>
            <w:r>
              <w:rPr>
                <w:sz w:val="14"/>
              </w:rPr>
              <w:t>keamanan</w:t>
            </w:r>
            <w:proofErr w:type="spellEnd"/>
            <w:r>
              <w:rPr>
                <w:sz w:val="14"/>
              </w:rPr>
              <w:t xml:space="preserve">; </w:t>
            </w:r>
            <w:proofErr w:type="spellStart"/>
            <w:r>
              <w:rPr>
                <w:sz w:val="14"/>
              </w:rPr>
              <w:t>keramahan</w:t>
            </w:r>
            <w:proofErr w:type="spellEnd"/>
            <w:r>
              <w:rPr>
                <w:sz w:val="14"/>
              </w:rPr>
              <w:t xml:space="preserve"> </w:t>
            </w:r>
            <w:proofErr w:type="spellStart"/>
            <w:r>
              <w:rPr>
                <w:sz w:val="14"/>
              </w:rPr>
              <w:t>sosial</w:t>
            </w:r>
            <w:proofErr w:type="spellEnd"/>
            <w:r>
              <w:rPr>
                <w:sz w:val="14"/>
              </w:rPr>
              <w:t xml:space="preserve">; </w:t>
            </w:r>
            <w:proofErr w:type="spellStart"/>
            <w:r>
              <w:rPr>
                <w:sz w:val="14"/>
              </w:rPr>
              <w:t>keramahan</w:t>
            </w:r>
            <w:proofErr w:type="spellEnd"/>
            <w:r>
              <w:rPr>
                <w:sz w:val="14"/>
              </w:rPr>
              <w:t xml:space="preserve"> </w:t>
            </w:r>
            <w:proofErr w:type="spellStart"/>
            <w:r>
              <w:rPr>
                <w:sz w:val="14"/>
              </w:rPr>
              <w:t>lingkungan</w:t>
            </w:r>
            <w:proofErr w:type="spellEnd"/>
            <w:r>
              <w:rPr>
                <w:sz w:val="14"/>
              </w:rPr>
              <w:t xml:space="preserve">; </w:t>
            </w:r>
            <w:proofErr w:type="spellStart"/>
            <w:r>
              <w:rPr>
                <w:sz w:val="14"/>
              </w:rPr>
              <w:t>ketersediaan</w:t>
            </w:r>
            <w:proofErr w:type="spellEnd"/>
          </w:p>
        </w:tc>
      </w:tr>
      <w:tr w:rsidR="003D05DA" w14:paraId="3EF48191" w14:textId="77777777" w:rsidTr="00426D0A">
        <w:trPr>
          <w:cantSplit/>
          <w:jc w:val="center"/>
        </w:trPr>
        <w:tc>
          <w:tcPr>
            <w:tcW w:w="1799" w:type="dxa"/>
            <w:shd w:val="clear" w:color="auto" w:fill="F0F6FC"/>
            <w:tcMar>
              <w:top w:w="75" w:type="dxa"/>
              <w:left w:w="85" w:type="dxa"/>
              <w:bottom w:w="70" w:type="dxa"/>
              <w:right w:w="85" w:type="dxa"/>
            </w:tcMar>
            <w:vAlign w:val="center"/>
          </w:tcPr>
          <w:p w14:paraId="54B5A2DB" w14:textId="77777777" w:rsidR="003D05DA" w:rsidRDefault="003D05DA" w:rsidP="00426D0A">
            <w:pPr>
              <w:spacing w:after="0" w:line="259" w:lineRule="auto"/>
              <w:rPr>
                <w:rFonts w:hint="eastAsia"/>
              </w:rPr>
            </w:pPr>
            <w:r>
              <w:rPr>
                <w:b/>
                <w:color w:val="135DB4"/>
                <w:sz w:val="14"/>
              </w:rPr>
              <w:t>SFM</w:t>
            </w:r>
          </w:p>
        </w:tc>
        <w:tc>
          <w:tcPr>
            <w:tcW w:w="8378" w:type="dxa"/>
            <w:shd w:val="clear" w:color="auto" w:fill="F0F6FC"/>
            <w:tcMar>
              <w:top w:w="75" w:type="dxa"/>
              <w:left w:w="85" w:type="dxa"/>
              <w:bottom w:w="70" w:type="dxa"/>
              <w:right w:w="85" w:type="dxa"/>
            </w:tcMar>
            <w:vAlign w:val="center"/>
          </w:tcPr>
          <w:p w14:paraId="57359DD3" w14:textId="77777777" w:rsidR="003D05DA" w:rsidRDefault="003D05DA" w:rsidP="00426D0A">
            <w:pPr>
              <w:spacing w:after="0" w:line="259" w:lineRule="auto"/>
              <w:rPr>
                <w:rFonts w:hint="eastAsia"/>
              </w:rPr>
            </w:pPr>
            <w:proofErr w:type="spellStart"/>
            <w:r>
              <w:rPr>
                <w:sz w:val="14"/>
              </w:rPr>
              <w:t>Keselamatan</w:t>
            </w:r>
            <w:proofErr w:type="spellEnd"/>
            <w:r>
              <w:rPr>
                <w:sz w:val="14"/>
              </w:rPr>
              <w:t xml:space="preserve">; </w:t>
            </w:r>
            <w:proofErr w:type="spellStart"/>
            <w:r>
              <w:rPr>
                <w:sz w:val="14"/>
              </w:rPr>
              <w:t>kualitas</w:t>
            </w:r>
            <w:proofErr w:type="spellEnd"/>
            <w:r>
              <w:rPr>
                <w:sz w:val="14"/>
              </w:rPr>
              <w:t xml:space="preserve">; </w:t>
            </w:r>
            <w:proofErr w:type="spellStart"/>
            <w:r>
              <w:rPr>
                <w:sz w:val="14"/>
              </w:rPr>
              <w:t>keamanan</w:t>
            </w:r>
            <w:proofErr w:type="spellEnd"/>
            <w:r>
              <w:rPr>
                <w:sz w:val="14"/>
              </w:rPr>
              <w:t xml:space="preserve">; </w:t>
            </w:r>
            <w:proofErr w:type="spellStart"/>
            <w:r>
              <w:rPr>
                <w:sz w:val="14"/>
              </w:rPr>
              <w:t>keterpaduan</w:t>
            </w:r>
            <w:proofErr w:type="spellEnd"/>
            <w:r>
              <w:rPr>
                <w:sz w:val="14"/>
              </w:rPr>
              <w:t xml:space="preserve">; </w:t>
            </w:r>
            <w:proofErr w:type="spellStart"/>
            <w:r>
              <w:rPr>
                <w:sz w:val="14"/>
              </w:rPr>
              <w:t>ketersediaan</w:t>
            </w:r>
            <w:proofErr w:type="spellEnd"/>
            <w:r>
              <w:rPr>
                <w:sz w:val="14"/>
              </w:rPr>
              <w:t xml:space="preserve">; </w:t>
            </w:r>
            <w:proofErr w:type="spellStart"/>
            <w:r>
              <w:rPr>
                <w:sz w:val="14"/>
              </w:rPr>
              <w:t>keramahan</w:t>
            </w:r>
            <w:proofErr w:type="spellEnd"/>
            <w:r>
              <w:rPr>
                <w:sz w:val="14"/>
              </w:rPr>
              <w:t xml:space="preserve">; </w:t>
            </w:r>
            <w:proofErr w:type="spellStart"/>
            <w:r>
              <w:rPr>
                <w:sz w:val="14"/>
              </w:rPr>
              <w:t>keberlanjutan</w:t>
            </w:r>
            <w:proofErr w:type="spellEnd"/>
            <w:r>
              <w:rPr>
                <w:sz w:val="14"/>
              </w:rPr>
              <w:t xml:space="preserve">; </w:t>
            </w:r>
            <w:proofErr w:type="spellStart"/>
            <w:r>
              <w:rPr>
                <w:sz w:val="14"/>
              </w:rPr>
              <w:t>kematangan</w:t>
            </w:r>
            <w:proofErr w:type="spellEnd"/>
          </w:p>
        </w:tc>
      </w:tr>
      <w:tr w:rsidR="003D05DA" w14:paraId="3C448344" w14:textId="77777777" w:rsidTr="00426D0A">
        <w:trPr>
          <w:cantSplit/>
          <w:jc w:val="center"/>
        </w:trPr>
        <w:tc>
          <w:tcPr>
            <w:tcW w:w="1799" w:type="dxa"/>
            <w:tcMar>
              <w:top w:w="75" w:type="dxa"/>
              <w:left w:w="85" w:type="dxa"/>
              <w:bottom w:w="70" w:type="dxa"/>
              <w:right w:w="85" w:type="dxa"/>
            </w:tcMar>
            <w:vAlign w:val="center"/>
          </w:tcPr>
          <w:p w14:paraId="451B7051" w14:textId="77777777" w:rsidR="003D05DA" w:rsidRDefault="003D05DA" w:rsidP="00426D0A">
            <w:pPr>
              <w:spacing w:after="0" w:line="259" w:lineRule="auto"/>
              <w:rPr>
                <w:rFonts w:hint="eastAsia"/>
              </w:rPr>
            </w:pPr>
            <w:r>
              <w:rPr>
                <w:b/>
                <w:color w:val="135DB4"/>
                <w:sz w:val="14"/>
              </w:rPr>
              <w:t>SMO</w:t>
            </w:r>
          </w:p>
        </w:tc>
        <w:tc>
          <w:tcPr>
            <w:tcW w:w="8378" w:type="dxa"/>
            <w:tcMar>
              <w:top w:w="75" w:type="dxa"/>
              <w:left w:w="85" w:type="dxa"/>
              <w:bottom w:w="70" w:type="dxa"/>
              <w:right w:w="85" w:type="dxa"/>
            </w:tcMar>
            <w:vAlign w:val="center"/>
          </w:tcPr>
          <w:p w14:paraId="48B0A8B2" w14:textId="77777777" w:rsidR="003D05DA" w:rsidRDefault="003D05DA" w:rsidP="00426D0A">
            <w:pPr>
              <w:spacing w:after="0" w:line="259" w:lineRule="auto"/>
              <w:rPr>
                <w:rFonts w:hint="eastAsia"/>
              </w:rPr>
            </w:pPr>
            <w:proofErr w:type="spellStart"/>
            <w:r>
              <w:rPr>
                <w:sz w:val="14"/>
              </w:rPr>
              <w:t>Ketersediaan</w:t>
            </w:r>
            <w:proofErr w:type="spellEnd"/>
            <w:r>
              <w:rPr>
                <w:sz w:val="14"/>
              </w:rPr>
              <w:t xml:space="preserve">; </w:t>
            </w:r>
            <w:proofErr w:type="spellStart"/>
            <w:r>
              <w:rPr>
                <w:sz w:val="14"/>
              </w:rPr>
              <w:t>kualitas</w:t>
            </w:r>
            <w:proofErr w:type="spellEnd"/>
            <w:r>
              <w:rPr>
                <w:sz w:val="14"/>
              </w:rPr>
              <w:t xml:space="preserve">; </w:t>
            </w:r>
            <w:proofErr w:type="spellStart"/>
            <w:r>
              <w:rPr>
                <w:sz w:val="14"/>
              </w:rPr>
              <w:t>kinerja</w:t>
            </w:r>
            <w:proofErr w:type="spellEnd"/>
            <w:r>
              <w:rPr>
                <w:sz w:val="14"/>
              </w:rPr>
              <w:t xml:space="preserve">; </w:t>
            </w:r>
            <w:proofErr w:type="spellStart"/>
            <w:r>
              <w:rPr>
                <w:sz w:val="14"/>
              </w:rPr>
              <w:t>keberlanjutan</w:t>
            </w:r>
            <w:proofErr w:type="spellEnd"/>
          </w:p>
        </w:tc>
      </w:tr>
      <w:tr w:rsidR="003D05DA" w14:paraId="2474CDB5" w14:textId="77777777" w:rsidTr="00426D0A">
        <w:trPr>
          <w:cantSplit/>
          <w:jc w:val="center"/>
        </w:trPr>
        <w:tc>
          <w:tcPr>
            <w:tcW w:w="1799" w:type="dxa"/>
            <w:shd w:val="clear" w:color="auto" w:fill="F0F6FC"/>
            <w:tcMar>
              <w:top w:w="75" w:type="dxa"/>
              <w:left w:w="85" w:type="dxa"/>
              <w:bottom w:w="70" w:type="dxa"/>
              <w:right w:w="85" w:type="dxa"/>
            </w:tcMar>
            <w:vAlign w:val="center"/>
          </w:tcPr>
          <w:p w14:paraId="2B6C8FF0" w14:textId="77777777" w:rsidR="003D05DA" w:rsidRDefault="003D05DA" w:rsidP="00426D0A">
            <w:pPr>
              <w:spacing w:after="0" w:line="259" w:lineRule="auto"/>
              <w:rPr>
                <w:rFonts w:hint="eastAsia"/>
              </w:rPr>
            </w:pPr>
            <w:r>
              <w:rPr>
                <w:b/>
                <w:color w:val="135DB4"/>
                <w:sz w:val="14"/>
              </w:rPr>
              <w:t>SDM</w:t>
            </w:r>
          </w:p>
        </w:tc>
        <w:tc>
          <w:tcPr>
            <w:tcW w:w="8378" w:type="dxa"/>
            <w:shd w:val="clear" w:color="auto" w:fill="F0F6FC"/>
            <w:tcMar>
              <w:top w:w="75" w:type="dxa"/>
              <w:left w:w="85" w:type="dxa"/>
              <w:bottom w:w="70" w:type="dxa"/>
              <w:right w:w="85" w:type="dxa"/>
            </w:tcMar>
            <w:vAlign w:val="center"/>
          </w:tcPr>
          <w:p w14:paraId="7EDAA18E" w14:textId="77777777" w:rsidR="003D05DA" w:rsidRDefault="003D05DA" w:rsidP="00426D0A">
            <w:pPr>
              <w:spacing w:after="0" w:line="259" w:lineRule="auto"/>
              <w:rPr>
                <w:rFonts w:hint="eastAsia"/>
              </w:rPr>
            </w:pPr>
            <w:proofErr w:type="spellStart"/>
            <w:r>
              <w:rPr>
                <w:sz w:val="14"/>
              </w:rPr>
              <w:t>Ketersediaan</w:t>
            </w:r>
            <w:proofErr w:type="spellEnd"/>
            <w:r>
              <w:rPr>
                <w:sz w:val="14"/>
              </w:rPr>
              <w:t xml:space="preserve">; </w:t>
            </w:r>
            <w:proofErr w:type="spellStart"/>
            <w:r>
              <w:rPr>
                <w:sz w:val="14"/>
              </w:rPr>
              <w:t>kompetensi</w:t>
            </w:r>
            <w:proofErr w:type="spellEnd"/>
            <w:r>
              <w:rPr>
                <w:sz w:val="14"/>
              </w:rPr>
              <w:t xml:space="preserve">; </w:t>
            </w:r>
            <w:proofErr w:type="spellStart"/>
            <w:r>
              <w:rPr>
                <w:sz w:val="14"/>
              </w:rPr>
              <w:t>kinerja</w:t>
            </w:r>
            <w:proofErr w:type="spellEnd"/>
            <w:r>
              <w:rPr>
                <w:sz w:val="14"/>
              </w:rPr>
              <w:t xml:space="preserve">; </w:t>
            </w:r>
            <w:proofErr w:type="spellStart"/>
            <w:r>
              <w:rPr>
                <w:sz w:val="14"/>
              </w:rPr>
              <w:t>kesejahteraan</w:t>
            </w:r>
            <w:proofErr w:type="spellEnd"/>
            <w:r>
              <w:rPr>
                <w:sz w:val="14"/>
              </w:rPr>
              <w:t xml:space="preserve">; </w:t>
            </w:r>
            <w:proofErr w:type="spellStart"/>
            <w:r>
              <w:rPr>
                <w:sz w:val="14"/>
              </w:rPr>
              <w:t>keberlanjutan</w:t>
            </w:r>
            <w:proofErr w:type="spellEnd"/>
          </w:p>
        </w:tc>
      </w:tr>
    </w:tbl>
    <w:p w14:paraId="30045BD1" w14:textId="77777777" w:rsidR="003D05DA" w:rsidRDefault="003D05DA" w:rsidP="003D05DA">
      <w:pPr>
        <w:spacing w:after="0"/>
        <w:rPr>
          <w:rFonts w:hint="eastAsia"/>
        </w:rPr>
      </w:pPr>
    </w:p>
    <w:p w14:paraId="32432A35" w14:textId="77777777" w:rsidR="003D05DA" w:rsidRDefault="003D05DA" w:rsidP="003D05DA">
      <w:pPr>
        <w:spacing w:after="240"/>
        <w:rPr>
          <w:rFonts w:hint="eastAsia"/>
        </w:rPr>
      </w:pPr>
    </w:p>
    <w:p w14:paraId="55B6FF74" w14:textId="77777777" w:rsidR="003D05DA" w:rsidRDefault="003D05DA" w:rsidP="003D05DA">
      <w:pPr>
        <w:pStyle w:val="NoteText"/>
        <w:rPr>
          <w:rFonts w:hint="eastAsia"/>
        </w:rPr>
      </w:pPr>
      <w:proofErr w:type="spellStart"/>
      <w:r>
        <w:t>Penilaian</w:t>
      </w:r>
      <w:proofErr w:type="spellEnd"/>
      <w:r>
        <w:t xml:space="preserve"> </w:t>
      </w:r>
      <w:proofErr w:type="spellStart"/>
      <w:r>
        <w:t>kelas</w:t>
      </w:r>
      <w:proofErr w:type="spellEnd"/>
      <w:r>
        <w:t xml:space="preserve"> </w:t>
      </w:r>
      <w:proofErr w:type="spellStart"/>
      <w:r>
        <w:t>merupakan</w:t>
      </w:r>
      <w:proofErr w:type="spellEnd"/>
      <w:r>
        <w:t xml:space="preserve"> </w:t>
      </w:r>
      <w:proofErr w:type="spellStart"/>
      <w:r>
        <w:t>kegiatan</w:t>
      </w:r>
      <w:proofErr w:type="spellEnd"/>
      <w:r>
        <w:t xml:space="preserve"> </w:t>
      </w:r>
      <w:proofErr w:type="spellStart"/>
      <w:r>
        <w:t>pembelajaran</w:t>
      </w:r>
      <w:proofErr w:type="spellEnd"/>
      <w:r>
        <w:t xml:space="preserve"> dan </w:t>
      </w:r>
      <w:proofErr w:type="spellStart"/>
      <w:r>
        <w:t>tidak</w:t>
      </w:r>
      <w:proofErr w:type="spellEnd"/>
      <w:r>
        <w:t xml:space="preserve"> </w:t>
      </w:r>
      <w:proofErr w:type="spellStart"/>
      <w:r>
        <w:t>dengan</w:t>
      </w:r>
      <w:proofErr w:type="spellEnd"/>
      <w:r>
        <w:t xml:space="preserve"> </w:t>
      </w:r>
      <w:proofErr w:type="spellStart"/>
      <w:r>
        <w:t>sendirinya</w:t>
      </w:r>
      <w:proofErr w:type="spellEnd"/>
      <w:r>
        <w:t xml:space="preserve"> </w:t>
      </w:r>
      <w:proofErr w:type="spellStart"/>
      <w:r>
        <w:t>menggantikan</w:t>
      </w:r>
      <w:proofErr w:type="spellEnd"/>
      <w:r>
        <w:t xml:space="preserve"> </w:t>
      </w:r>
      <w:proofErr w:type="spellStart"/>
      <w:r>
        <w:t>penilaian</w:t>
      </w:r>
      <w:proofErr w:type="spellEnd"/>
      <w:r>
        <w:t xml:space="preserve"> </w:t>
      </w:r>
      <w:proofErr w:type="spellStart"/>
      <w:r>
        <w:t>kesesuaian</w:t>
      </w:r>
      <w:proofErr w:type="spellEnd"/>
      <w:r>
        <w:t xml:space="preserve"> </w:t>
      </w:r>
      <w:proofErr w:type="spellStart"/>
      <w:r>
        <w:t>ataupun</w:t>
      </w:r>
      <w:proofErr w:type="spellEnd"/>
      <w:r>
        <w:t xml:space="preserve"> </w:t>
      </w:r>
      <w:proofErr w:type="spellStart"/>
      <w:r>
        <w:t>sertifikasi</w:t>
      </w:r>
      <w:proofErr w:type="spellEnd"/>
      <w:r>
        <w:t xml:space="preserve"> </w:t>
      </w:r>
      <w:proofErr w:type="spellStart"/>
      <w:r>
        <w:t>independen</w:t>
      </w:r>
      <w:proofErr w:type="spellEnd"/>
      <w:r>
        <w:t xml:space="preserve"> </w:t>
      </w:r>
      <w:proofErr w:type="spellStart"/>
      <w:r>
        <w:t>terhadap</w:t>
      </w:r>
      <w:proofErr w:type="spellEnd"/>
      <w:r>
        <w:t xml:space="preserve"> SNI.</w:t>
      </w:r>
    </w:p>
    <w:p w14:paraId="6872FAED" w14:textId="77777777" w:rsidR="003D05DA" w:rsidRDefault="003D05DA" w:rsidP="003D05DA">
      <w:pPr>
        <w:rPr>
          <w:rFonts w:hint="eastAsia"/>
        </w:rPr>
      </w:pPr>
      <w:r>
        <w:br w:type="page"/>
      </w:r>
    </w:p>
    <w:p w14:paraId="1E11449F" w14:textId="77777777" w:rsidR="003D05DA" w:rsidRDefault="003D05DA" w:rsidP="003D05DA">
      <w:pPr>
        <w:pStyle w:val="SectionTag"/>
        <w:rPr>
          <w:rFonts w:hint="eastAsia"/>
        </w:rPr>
      </w:pPr>
      <w:r>
        <w:rPr>
          <w:b w:val="0"/>
        </w:rPr>
        <w:lastRenderedPageBreak/>
        <w:t>8 / KATALOG A - TEKNIK PELAYANAN KESEHATAN</w:t>
      </w:r>
    </w:p>
    <w:p w14:paraId="1782382B" w14:textId="77777777" w:rsidR="003D05DA" w:rsidRDefault="003D05DA" w:rsidP="003D05DA">
      <w:pPr>
        <w:pStyle w:val="MainTitle"/>
        <w:rPr>
          <w:rFonts w:hint="eastAsia"/>
        </w:rPr>
      </w:pPr>
      <w:r>
        <w:rPr>
          <w:b w:val="0"/>
        </w:rPr>
        <w:t xml:space="preserve">A.01 | </w:t>
      </w:r>
      <w:proofErr w:type="spellStart"/>
      <w:r>
        <w:rPr>
          <w:b w:val="0"/>
        </w:rPr>
        <w:t>Perencanaan</w:t>
      </w:r>
      <w:proofErr w:type="spellEnd"/>
    </w:p>
    <w:p w14:paraId="79B18A22"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2B0D2341"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Analisis</w:t>
      </w:r>
      <w:proofErr w:type="spellEnd"/>
      <w:r>
        <w:t xml:space="preserve"> </w:t>
      </w:r>
      <w:proofErr w:type="spellStart"/>
      <w:r>
        <w:t>kebutuhan</w:t>
      </w:r>
      <w:proofErr w:type="spellEnd"/>
      <w:r>
        <w:t xml:space="preserve">, FS/MP, </w:t>
      </w:r>
      <w:proofErr w:type="spellStart"/>
      <w:r>
        <w:t>kebutuhan</w:t>
      </w:r>
      <w:proofErr w:type="spellEnd"/>
      <w:r>
        <w:t xml:space="preserve"> </w:t>
      </w:r>
      <w:proofErr w:type="spellStart"/>
      <w:r>
        <w:t>layanan</w:t>
      </w:r>
      <w:proofErr w:type="spellEnd"/>
      <w:r>
        <w:t xml:space="preserve"> dan </w:t>
      </w:r>
      <w:proofErr w:type="spellStart"/>
      <w:r>
        <w:t>prioritas</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55E42A90"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320E337B"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65D9B85E"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6C82E150"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740A9ADE"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4134CF8A" w14:textId="77777777" w:rsidTr="00426D0A">
        <w:trPr>
          <w:cantSplit/>
          <w:jc w:val="center"/>
        </w:trPr>
        <w:tc>
          <w:tcPr>
            <w:tcW w:w="1600" w:type="dxa"/>
            <w:tcMar>
              <w:top w:w="75" w:type="dxa"/>
              <w:left w:w="85" w:type="dxa"/>
              <w:bottom w:w="70" w:type="dxa"/>
              <w:right w:w="85" w:type="dxa"/>
            </w:tcMar>
            <w:vAlign w:val="center"/>
          </w:tcPr>
          <w:p w14:paraId="2D41B027" w14:textId="77777777" w:rsidR="003D05DA" w:rsidRDefault="003D05DA" w:rsidP="00426D0A">
            <w:pPr>
              <w:spacing w:after="0" w:line="259" w:lineRule="auto"/>
              <w:rPr>
                <w:rFonts w:hint="eastAsia"/>
              </w:rPr>
            </w:pPr>
            <w:r>
              <w:rPr>
                <w:b/>
                <w:color w:val="135DB4"/>
                <w:sz w:val="14"/>
              </w:rPr>
              <w:t>A.01.01</w:t>
            </w:r>
          </w:p>
        </w:tc>
        <w:tc>
          <w:tcPr>
            <w:tcW w:w="3719" w:type="dxa"/>
            <w:tcMar>
              <w:top w:w="75" w:type="dxa"/>
              <w:left w:w="85" w:type="dxa"/>
              <w:bottom w:w="70" w:type="dxa"/>
              <w:right w:w="85" w:type="dxa"/>
            </w:tcMar>
            <w:vAlign w:val="center"/>
          </w:tcPr>
          <w:p w14:paraId="4C0F99D7"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0D8DA680"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0E39245D" w14:textId="77777777" w:rsidR="003D05DA" w:rsidRDefault="003D05DA" w:rsidP="00426D0A">
            <w:pPr>
              <w:spacing w:after="0" w:line="259" w:lineRule="auto"/>
              <w:rPr>
                <w:rFonts w:hint="eastAsia"/>
              </w:rPr>
            </w:pPr>
            <w:r>
              <w:rPr>
                <w:sz w:val="14"/>
              </w:rPr>
              <w:t>Prof. Eko / Dr. Benny</w:t>
            </w:r>
          </w:p>
        </w:tc>
      </w:tr>
      <w:tr w:rsidR="003D05DA" w14:paraId="25B57FB9" w14:textId="77777777" w:rsidTr="00426D0A">
        <w:trPr>
          <w:cantSplit/>
          <w:jc w:val="center"/>
        </w:trPr>
        <w:tc>
          <w:tcPr>
            <w:tcW w:w="1600" w:type="dxa"/>
            <w:shd w:val="clear" w:color="auto" w:fill="F0F6FC"/>
            <w:tcMar>
              <w:top w:w="75" w:type="dxa"/>
              <w:left w:w="85" w:type="dxa"/>
              <w:bottom w:w="70" w:type="dxa"/>
              <w:right w:w="85" w:type="dxa"/>
            </w:tcMar>
            <w:vAlign w:val="center"/>
          </w:tcPr>
          <w:p w14:paraId="220AAD1D" w14:textId="77777777" w:rsidR="003D05DA" w:rsidRDefault="003D05DA" w:rsidP="00426D0A">
            <w:pPr>
              <w:spacing w:after="0" w:line="259" w:lineRule="auto"/>
              <w:rPr>
                <w:rFonts w:hint="eastAsia"/>
              </w:rPr>
            </w:pPr>
            <w:r>
              <w:rPr>
                <w:b/>
                <w:color w:val="135DB4"/>
                <w:sz w:val="14"/>
              </w:rPr>
              <w:t>A.01.02</w:t>
            </w:r>
          </w:p>
        </w:tc>
        <w:tc>
          <w:tcPr>
            <w:tcW w:w="3719" w:type="dxa"/>
            <w:shd w:val="clear" w:color="auto" w:fill="F0F6FC"/>
            <w:tcMar>
              <w:top w:w="75" w:type="dxa"/>
              <w:left w:w="85" w:type="dxa"/>
              <w:bottom w:w="70" w:type="dxa"/>
              <w:right w:w="85" w:type="dxa"/>
            </w:tcMar>
            <w:vAlign w:val="center"/>
          </w:tcPr>
          <w:p w14:paraId="0E9FEC0F"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82FA99B"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478A74F4"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76FBB44E" w14:textId="77777777" w:rsidTr="00426D0A">
        <w:trPr>
          <w:cantSplit/>
          <w:jc w:val="center"/>
        </w:trPr>
        <w:tc>
          <w:tcPr>
            <w:tcW w:w="1600" w:type="dxa"/>
            <w:tcMar>
              <w:top w:w="75" w:type="dxa"/>
              <w:left w:w="85" w:type="dxa"/>
              <w:bottom w:w="70" w:type="dxa"/>
              <w:right w:w="85" w:type="dxa"/>
            </w:tcMar>
            <w:vAlign w:val="center"/>
          </w:tcPr>
          <w:p w14:paraId="3EF18FD5" w14:textId="77777777" w:rsidR="003D05DA" w:rsidRDefault="003D05DA" w:rsidP="00426D0A">
            <w:pPr>
              <w:spacing w:after="0" w:line="259" w:lineRule="auto"/>
              <w:rPr>
                <w:rFonts w:hint="eastAsia"/>
              </w:rPr>
            </w:pPr>
            <w:r>
              <w:rPr>
                <w:b/>
                <w:color w:val="135DB4"/>
                <w:sz w:val="14"/>
              </w:rPr>
              <w:t>A.01.03</w:t>
            </w:r>
          </w:p>
        </w:tc>
        <w:tc>
          <w:tcPr>
            <w:tcW w:w="3719" w:type="dxa"/>
            <w:tcMar>
              <w:top w:w="75" w:type="dxa"/>
              <w:left w:w="85" w:type="dxa"/>
              <w:bottom w:w="70" w:type="dxa"/>
              <w:right w:w="85" w:type="dxa"/>
            </w:tcMar>
            <w:vAlign w:val="center"/>
          </w:tcPr>
          <w:p w14:paraId="5427BDFD"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13B0640F"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0FB626C" w14:textId="77777777" w:rsidR="003D05DA" w:rsidRDefault="003D05DA" w:rsidP="00426D0A">
            <w:pPr>
              <w:spacing w:after="0" w:line="259" w:lineRule="auto"/>
              <w:rPr>
                <w:rFonts w:hint="eastAsia"/>
              </w:rPr>
            </w:pPr>
            <w:r>
              <w:rPr>
                <w:sz w:val="14"/>
              </w:rPr>
              <w:t>Dr. Benny / Hilman Hamid</w:t>
            </w:r>
          </w:p>
        </w:tc>
      </w:tr>
      <w:tr w:rsidR="003D05DA" w14:paraId="0FCB25BA" w14:textId="77777777" w:rsidTr="00426D0A">
        <w:trPr>
          <w:cantSplit/>
          <w:jc w:val="center"/>
        </w:trPr>
        <w:tc>
          <w:tcPr>
            <w:tcW w:w="1600" w:type="dxa"/>
            <w:shd w:val="clear" w:color="auto" w:fill="F0F6FC"/>
            <w:tcMar>
              <w:top w:w="75" w:type="dxa"/>
              <w:left w:w="85" w:type="dxa"/>
              <w:bottom w:w="70" w:type="dxa"/>
              <w:right w:w="85" w:type="dxa"/>
            </w:tcMar>
            <w:vAlign w:val="center"/>
          </w:tcPr>
          <w:p w14:paraId="314103E8" w14:textId="77777777" w:rsidR="003D05DA" w:rsidRDefault="003D05DA" w:rsidP="00426D0A">
            <w:pPr>
              <w:spacing w:after="0" w:line="259" w:lineRule="auto"/>
              <w:rPr>
                <w:rFonts w:hint="eastAsia"/>
              </w:rPr>
            </w:pPr>
            <w:r>
              <w:rPr>
                <w:b/>
                <w:color w:val="135DB4"/>
                <w:sz w:val="14"/>
              </w:rPr>
              <w:t>A.01.04</w:t>
            </w:r>
          </w:p>
        </w:tc>
        <w:tc>
          <w:tcPr>
            <w:tcW w:w="3719" w:type="dxa"/>
            <w:shd w:val="clear" w:color="auto" w:fill="F0F6FC"/>
            <w:tcMar>
              <w:top w:w="75" w:type="dxa"/>
              <w:left w:w="85" w:type="dxa"/>
              <w:bottom w:w="70" w:type="dxa"/>
              <w:right w:w="85" w:type="dxa"/>
            </w:tcMar>
            <w:vAlign w:val="center"/>
          </w:tcPr>
          <w:p w14:paraId="263FA098"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72009B5E"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1C554F2D"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18F66CFC" w14:textId="77777777" w:rsidTr="00426D0A">
        <w:trPr>
          <w:cantSplit/>
          <w:jc w:val="center"/>
        </w:trPr>
        <w:tc>
          <w:tcPr>
            <w:tcW w:w="1600" w:type="dxa"/>
            <w:tcMar>
              <w:top w:w="75" w:type="dxa"/>
              <w:left w:w="85" w:type="dxa"/>
              <w:bottom w:w="70" w:type="dxa"/>
              <w:right w:w="85" w:type="dxa"/>
            </w:tcMar>
            <w:vAlign w:val="center"/>
          </w:tcPr>
          <w:p w14:paraId="7F7302C5" w14:textId="77777777" w:rsidR="003D05DA" w:rsidRDefault="003D05DA" w:rsidP="00426D0A">
            <w:pPr>
              <w:spacing w:after="0" w:line="259" w:lineRule="auto"/>
              <w:rPr>
                <w:rFonts w:hint="eastAsia"/>
              </w:rPr>
            </w:pPr>
            <w:r>
              <w:rPr>
                <w:b/>
                <w:color w:val="135DB4"/>
                <w:sz w:val="14"/>
              </w:rPr>
              <w:t>A.01.05</w:t>
            </w:r>
          </w:p>
        </w:tc>
        <w:tc>
          <w:tcPr>
            <w:tcW w:w="3719" w:type="dxa"/>
            <w:tcMar>
              <w:top w:w="75" w:type="dxa"/>
              <w:left w:w="85" w:type="dxa"/>
              <w:bottom w:w="70" w:type="dxa"/>
              <w:right w:w="85" w:type="dxa"/>
            </w:tcMar>
            <w:vAlign w:val="center"/>
          </w:tcPr>
          <w:p w14:paraId="7A3E343A"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3F668E3B"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5C6B3C55"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79BE4787" w14:textId="77777777" w:rsidTr="00426D0A">
        <w:trPr>
          <w:cantSplit/>
          <w:jc w:val="center"/>
        </w:trPr>
        <w:tc>
          <w:tcPr>
            <w:tcW w:w="1600" w:type="dxa"/>
            <w:shd w:val="clear" w:color="auto" w:fill="F0F6FC"/>
            <w:tcMar>
              <w:top w:w="75" w:type="dxa"/>
              <w:left w:w="85" w:type="dxa"/>
              <w:bottom w:w="70" w:type="dxa"/>
              <w:right w:w="85" w:type="dxa"/>
            </w:tcMar>
            <w:vAlign w:val="center"/>
          </w:tcPr>
          <w:p w14:paraId="40BFCCCC" w14:textId="77777777" w:rsidR="003D05DA" w:rsidRDefault="003D05DA" w:rsidP="00426D0A">
            <w:pPr>
              <w:spacing w:after="0" w:line="259" w:lineRule="auto"/>
              <w:rPr>
                <w:rFonts w:hint="eastAsia"/>
              </w:rPr>
            </w:pPr>
            <w:r>
              <w:rPr>
                <w:b/>
                <w:color w:val="135DB4"/>
                <w:sz w:val="14"/>
              </w:rPr>
              <w:t>A.01.06</w:t>
            </w:r>
          </w:p>
        </w:tc>
        <w:tc>
          <w:tcPr>
            <w:tcW w:w="3719" w:type="dxa"/>
            <w:shd w:val="clear" w:color="auto" w:fill="F0F6FC"/>
            <w:tcMar>
              <w:top w:w="75" w:type="dxa"/>
              <w:left w:w="85" w:type="dxa"/>
              <w:bottom w:w="70" w:type="dxa"/>
              <w:right w:w="85" w:type="dxa"/>
            </w:tcMar>
            <w:vAlign w:val="center"/>
          </w:tcPr>
          <w:p w14:paraId="1920925E"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119BD4FA"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22463079"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1FBF724C" w14:textId="77777777" w:rsidTr="00426D0A">
        <w:trPr>
          <w:cantSplit/>
          <w:jc w:val="center"/>
        </w:trPr>
        <w:tc>
          <w:tcPr>
            <w:tcW w:w="1600" w:type="dxa"/>
            <w:tcMar>
              <w:top w:w="75" w:type="dxa"/>
              <w:left w:w="85" w:type="dxa"/>
              <w:bottom w:w="70" w:type="dxa"/>
              <w:right w:w="85" w:type="dxa"/>
            </w:tcMar>
            <w:vAlign w:val="center"/>
          </w:tcPr>
          <w:p w14:paraId="13CB0161" w14:textId="77777777" w:rsidR="003D05DA" w:rsidRDefault="003D05DA" w:rsidP="00426D0A">
            <w:pPr>
              <w:spacing w:after="0" w:line="259" w:lineRule="auto"/>
              <w:rPr>
                <w:rFonts w:hint="eastAsia"/>
              </w:rPr>
            </w:pPr>
            <w:r>
              <w:rPr>
                <w:b/>
                <w:color w:val="135DB4"/>
                <w:sz w:val="14"/>
              </w:rPr>
              <w:t>A.01.07</w:t>
            </w:r>
          </w:p>
        </w:tc>
        <w:tc>
          <w:tcPr>
            <w:tcW w:w="3719" w:type="dxa"/>
            <w:tcMar>
              <w:top w:w="75" w:type="dxa"/>
              <w:left w:w="85" w:type="dxa"/>
              <w:bottom w:w="70" w:type="dxa"/>
              <w:right w:w="85" w:type="dxa"/>
            </w:tcMar>
            <w:vAlign w:val="center"/>
          </w:tcPr>
          <w:p w14:paraId="6E00991D"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27FED430"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761F0994"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7840D92D" w14:textId="77777777" w:rsidTr="00426D0A">
        <w:trPr>
          <w:cantSplit/>
          <w:jc w:val="center"/>
        </w:trPr>
        <w:tc>
          <w:tcPr>
            <w:tcW w:w="1600" w:type="dxa"/>
            <w:shd w:val="clear" w:color="auto" w:fill="F0F6FC"/>
            <w:tcMar>
              <w:top w:w="75" w:type="dxa"/>
              <w:left w:w="85" w:type="dxa"/>
              <w:bottom w:w="70" w:type="dxa"/>
              <w:right w:w="85" w:type="dxa"/>
            </w:tcMar>
            <w:vAlign w:val="center"/>
          </w:tcPr>
          <w:p w14:paraId="0E908715" w14:textId="77777777" w:rsidR="003D05DA" w:rsidRDefault="003D05DA" w:rsidP="00426D0A">
            <w:pPr>
              <w:spacing w:after="0" w:line="259" w:lineRule="auto"/>
              <w:rPr>
                <w:rFonts w:hint="eastAsia"/>
              </w:rPr>
            </w:pPr>
            <w:r>
              <w:rPr>
                <w:b/>
                <w:color w:val="135DB4"/>
                <w:sz w:val="14"/>
              </w:rPr>
              <w:t>A.01.08</w:t>
            </w:r>
          </w:p>
        </w:tc>
        <w:tc>
          <w:tcPr>
            <w:tcW w:w="3719" w:type="dxa"/>
            <w:shd w:val="clear" w:color="auto" w:fill="F0F6FC"/>
            <w:tcMar>
              <w:top w:w="75" w:type="dxa"/>
              <w:left w:w="85" w:type="dxa"/>
              <w:bottom w:w="70" w:type="dxa"/>
              <w:right w:w="85" w:type="dxa"/>
            </w:tcMar>
            <w:vAlign w:val="center"/>
          </w:tcPr>
          <w:p w14:paraId="599AF051"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28023C67"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78D4013F"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06A7E3EB" w14:textId="77777777" w:rsidTr="00426D0A">
        <w:trPr>
          <w:cantSplit/>
          <w:jc w:val="center"/>
        </w:trPr>
        <w:tc>
          <w:tcPr>
            <w:tcW w:w="1600" w:type="dxa"/>
            <w:tcMar>
              <w:top w:w="75" w:type="dxa"/>
              <w:left w:w="85" w:type="dxa"/>
              <w:bottom w:w="70" w:type="dxa"/>
              <w:right w:w="85" w:type="dxa"/>
            </w:tcMar>
            <w:vAlign w:val="center"/>
          </w:tcPr>
          <w:p w14:paraId="6AD886F6" w14:textId="77777777" w:rsidR="003D05DA" w:rsidRDefault="003D05DA" w:rsidP="00426D0A">
            <w:pPr>
              <w:spacing w:after="0" w:line="259" w:lineRule="auto"/>
              <w:rPr>
                <w:rFonts w:hint="eastAsia"/>
              </w:rPr>
            </w:pPr>
            <w:r>
              <w:rPr>
                <w:b/>
                <w:color w:val="135DB4"/>
                <w:sz w:val="14"/>
              </w:rPr>
              <w:t>A.01.09</w:t>
            </w:r>
          </w:p>
        </w:tc>
        <w:tc>
          <w:tcPr>
            <w:tcW w:w="3719" w:type="dxa"/>
            <w:tcMar>
              <w:top w:w="75" w:type="dxa"/>
              <w:left w:w="85" w:type="dxa"/>
              <w:bottom w:w="70" w:type="dxa"/>
              <w:right w:w="85" w:type="dxa"/>
            </w:tcMar>
            <w:vAlign w:val="center"/>
          </w:tcPr>
          <w:p w14:paraId="0FBE6FB3"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17CFE1E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D19ED0E"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20BDE545" w14:textId="77777777" w:rsidTr="00426D0A">
        <w:trPr>
          <w:cantSplit/>
          <w:jc w:val="center"/>
        </w:trPr>
        <w:tc>
          <w:tcPr>
            <w:tcW w:w="1600" w:type="dxa"/>
            <w:shd w:val="clear" w:color="auto" w:fill="F0F6FC"/>
            <w:tcMar>
              <w:top w:w="75" w:type="dxa"/>
              <w:left w:w="85" w:type="dxa"/>
              <w:bottom w:w="70" w:type="dxa"/>
              <w:right w:w="85" w:type="dxa"/>
            </w:tcMar>
            <w:vAlign w:val="center"/>
          </w:tcPr>
          <w:p w14:paraId="71DF59D4" w14:textId="77777777" w:rsidR="003D05DA" w:rsidRDefault="003D05DA" w:rsidP="00426D0A">
            <w:pPr>
              <w:spacing w:after="0" w:line="259" w:lineRule="auto"/>
              <w:rPr>
                <w:rFonts w:hint="eastAsia"/>
              </w:rPr>
            </w:pPr>
            <w:r>
              <w:rPr>
                <w:b/>
                <w:color w:val="135DB4"/>
                <w:sz w:val="14"/>
              </w:rPr>
              <w:t>A.01.10</w:t>
            </w:r>
          </w:p>
        </w:tc>
        <w:tc>
          <w:tcPr>
            <w:tcW w:w="3719" w:type="dxa"/>
            <w:shd w:val="clear" w:color="auto" w:fill="F0F6FC"/>
            <w:tcMar>
              <w:top w:w="75" w:type="dxa"/>
              <w:left w:w="85" w:type="dxa"/>
              <w:bottom w:w="70" w:type="dxa"/>
              <w:right w:w="85" w:type="dxa"/>
            </w:tcMar>
            <w:vAlign w:val="center"/>
          </w:tcPr>
          <w:p w14:paraId="20860158"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4FEE5307"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04F40704"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208E29B0" w14:textId="77777777" w:rsidTr="00426D0A">
        <w:trPr>
          <w:cantSplit/>
          <w:jc w:val="center"/>
        </w:trPr>
        <w:tc>
          <w:tcPr>
            <w:tcW w:w="1600" w:type="dxa"/>
            <w:tcMar>
              <w:top w:w="75" w:type="dxa"/>
              <w:left w:w="85" w:type="dxa"/>
              <w:bottom w:w="70" w:type="dxa"/>
              <w:right w:w="85" w:type="dxa"/>
            </w:tcMar>
            <w:vAlign w:val="center"/>
          </w:tcPr>
          <w:p w14:paraId="3011401D" w14:textId="77777777" w:rsidR="003D05DA" w:rsidRDefault="003D05DA" w:rsidP="00426D0A">
            <w:pPr>
              <w:spacing w:after="0" w:line="259" w:lineRule="auto"/>
              <w:rPr>
                <w:rFonts w:hint="eastAsia"/>
              </w:rPr>
            </w:pPr>
            <w:r>
              <w:rPr>
                <w:b/>
                <w:color w:val="135DB4"/>
                <w:sz w:val="14"/>
              </w:rPr>
              <w:t>A.01.11</w:t>
            </w:r>
          </w:p>
        </w:tc>
        <w:tc>
          <w:tcPr>
            <w:tcW w:w="3719" w:type="dxa"/>
            <w:tcMar>
              <w:top w:w="75" w:type="dxa"/>
              <w:left w:w="85" w:type="dxa"/>
              <w:bottom w:w="70" w:type="dxa"/>
              <w:right w:w="85" w:type="dxa"/>
            </w:tcMar>
            <w:vAlign w:val="center"/>
          </w:tcPr>
          <w:p w14:paraId="20D56D48"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6CE2758"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DC819B0"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177BA88D" w14:textId="77777777" w:rsidTr="00426D0A">
        <w:trPr>
          <w:cantSplit/>
          <w:jc w:val="center"/>
        </w:trPr>
        <w:tc>
          <w:tcPr>
            <w:tcW w:w="1600" w:type="dxa"/>
            <w:shd w:val="clear" w:color="auto" w:fill="F0F6FC"/>
            <w:tcMar>
              <w:top w:w="75" w:type="dxa"/>
              <w:left w:w="85" w:type="dxa"/>
              <w:bottom w:w="70" w:type="dxa"/>
              <w:right w:w="85" w:type="dxa"/>
            </w:tcMar>
            <w:vAlign w:val="center"/>
          </w:tcPr>
          <w:p w14:paraId="08E219FC" w14:textId="77777777" w:rsidR="003D05DA" w:rsidRDefault="003D05DA" w:rsidP="00426D0A">
            <w:pPr>
              <w:spacing w:after="0" w:line="259" w:lineRule="auto"/>
              <w:rPr>
                <w:rFonts w:hint="eastAsia"/>
              </w:rPr>
            </w:pPr>
            <w:r>
              <w:rPr>
                <w:b/>
                <w:color w:val="135DB4"/>
                <w:sz w:val="14"/>
              </w:rPr>
              <w:t>A.01.12</w:t>
            </w:r>
          </w:p>
        </w:tc>
        <w:tc>
          <w:tcPr>
            <w:tcW w:w="3719" w:type="dxa"/>
            <w:shd w:val="clear" w:color="auto" w:fill="F0F6FC"/>
            <w:tcMar>
              <w:top w:w="75" w:type="dxa"/>
              <w:left w:w="85" w:type="dxa"/>
              <w:bottom w:w="70" w:type="dxa"/>
              <w:right w:w="85" w:type="dxa"/>
            </w:tcMar>
            <w:vAlign w:val="center"/>
          </w:tcPr>
          <w:p w14:paraId="650B923D"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07F6291F"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09944083"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74EDCF4E" w14:textId="77777777" w:rsidTr="00426D0A">
        <w:trPr>
          <w:cantSplit/>
          <w:jc w:val="center"/>
        </w:trPr>
        <w:tc>
          <w:tcPr>
            <w:tcW w:w="1600" w:type="dxa"/>
            <w:tcMar>
              <w:top w:w="75" w:type="dxa"/>
              <w:left w:w="85" w:type="dxa"/>
              <w:bottom w:w="70" w:type="dxa"/>
              <w:right w:w="85" w:type="dxa"/>
            </w:tcMar>
            <w:vAlign w:val="center"/>
          </w:tcPr>
          <w:p w14:paraId="7DFDDD38" w14:textId="77777777" w:rsidR="003D05DA" w:rsidRDefault="003D05DA" w:rsidP="00426D0A">
            <w:pPr>
              <w:spacing w:after="0" w:line="259" w:lineRule="auto"/>
              <w:rPr>
                <w:rFonts w:hint="eastAsia"/>
              </w:rPr>
            </w:pPr>
            <w:r>
              <w:rPr>
                <w:b/>
                <w:color w:val="135DB4"/>
                <w:sz w:val="14"/>
              </w:rPr>
              <w:t>A.01.13</w:t>
            </w:r>
          </w:p>
        </w:tc>
        <w:tc>
          <w:tcPr>
            <w:tcW w:w="3719" w:type="dxa"/>
            <w:tcMar>
              <w:top w:w="75" w:type="dxa"/>
              <w:left w:w="85" w:type="dxa"/>
              <w:bottom w:w="70" w:type="dxa"/>
              <w:right w:w="85" w:type="dxa"/>
            </w:tcMar>
            <w:vAlign w:val="center"/>
          </w:tcPr>
          <w:p w14:paraId="0F1CAFCC"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5A90E1B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03307464" w14:textId="77777777" w:rsidR="003D05DA" w:rsidRDefault="003D05DA" w:rsidP="00426D0A">
            <w:pPr>
              <w:spacing w:after="0" w:line="259" w:lineRule="auto"/>
              <w:rPr>
                <w:rFonts w:hint="eastAsia"/>
              </w:rPr>
            </w:pPr>
            <w:r>
              <w:rPr>
                <w:sz w:val="14"/>
              </w:rPr>
              <w:t>Ir. Nasir / Hani</w:t>
            </w:r>
          </w:p>
        </w:tc>
      </w:tr>
      <w:tr w:rsidR="003D05DA" w14:paraId="08F122C9" w14:textId="77777777" w:rsidTr="00426D0A">
        <w:trPr>
          <w:cantSplit/>
          <w:jc w:val="center"/>
        </w:trPr>
        <w:tc>
          <w:tcPr>
            <w:tcW w:w="1600" w:type="dxa"/>
            <w:shd w:val="clear" w:color="auto" w:fill="F0F6FC"/>
            <w:tcMar>
              <w:top w:w="75" w:type="dxa"/>
              <w:left w:w="85" w:type="dxa"/>
              <w:bottom w:w="70" w:type="dxa"/>
              <w:right w:w="85" w:type="dxa"/>
            </w:tcMar>
            <w:vAlign w:val="center"/>
          </w:tcPr>
          <w:p w14:paraId="6236DF45" w14:textId="77777777" w:rsidR="003D05DA" w:rsidRDefault="003D05DA" w:rsidP="00426D0A">
            <w:pPr>
              <w:spacing w:after="0" w:line="259" w:lineRule="auto"/>
              <w:rPr>
                <w:rFonts w:hint="eastAsia"/>
              </w:rPr>
            </w:pPr>
            <w:r>
              <w:rPr>
                <w:b/>
                <w:color w:val="135DB4"/>
                <w:sz w:val="14"/>
              </w:rPr>
              <w:t>A.01.14</w:t>
            </w:r>
          </w:p>
        </w:tc>
        <w:tc>
          <w:tcPr>
            <w:tcW w:w="3719" w:type="dxa"/>
            <w:shd w:val="clear" w:color="auto" w:fill="F0F6FC"/>
            <w:tcMar>
              <w:top w:w="75" w:type="dxa"/>
              <w:left w:w="85" w:type="dxa"/>
              <w:bottom w:w="70" w:type="dxa"/>
              <w:right w:w="85" w:type="dxa"/>
            </w:tcMar>
            <w:vAlign w:val="center"/>
          </w:tcPr>
          <w:p w14:paraId="6E203540"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64A7DAA0"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167B0811" w14:textId="77777777" w:rsidR="003D05DA" w:rsidRDefault="003D05DA" w:rsidP="00426D0A">
            <w:pPr>
              <w:spacing w:after="0" w:line="259" w:lineRule="auto"/>
              <w:rPr>
                <w:rFonts w:hint="eastAsia"/>
              </w:rPr>
            </w:pPr>
            <w:r>
              <w:rPr>
                <w:sz w:val="14"/>
              </w:rPr>
              <w:t>Ir. Suparjo / Rino</w:t>
            </w:r>
          </w:p>
        </w:tc>
      </w:tr>
    </w:tbl>
    <w:p w14:paraId="25D02BBF" w14:textId="77777777" w:rsidR="003D05DA" w:rsidRDefault="003D05DA" w:rsidP="003D05DA">
      <w:pPr>
        <w:spacing w:after="0"/>
        <w:rPr>
          <w:rFonts w:hint="eastAsia"/>
        </w:rPr>
      </w:pPr>
    </w:p>
    <w:p w14:paraId="3E2B171A" w14:textId="77777777" w:rsidR="003D05DA" w:rsidRDefault="003D05DA" w:rsidP="003D05DA">
      <w:pPr>
        <w:spacing w:after="240"/>
        <w:rPr>
          <w:rFonts w:hint="eastAsia"/>
        </w:rPr>
      </w:pPr>
    </w:p>
    <w:p w14:paraId="16221CAF"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perencanaan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35B3300E"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364751B1" w14:textId="77777777" w:rsidR="003D05DA" w:rsidRDefault="003D05DA" w:rsidP="003D05DA">
      <w:pPr>
        <w:rPr>
          <w:rFonts w:hint="eastAsia"/>
        </w:rPr>
      </w:pPr>
      <w:r>
        <w:br w:type="page"/>
      </w:r>
    </w:p>
    <w:p w14:paraId="6915CD83" w14:textId="77777777" w:rsidR="003D05DA" w:rsidRPr="003D05DA" w:rsidRDefault="003D05DA" w:rsidP="003D05DA">
      <w:pPr>
        <w:pStyle w:val="SectionTag"/>
        <w:rPr>
          <w:rFonts w:hint="eastAsia"/>
          <w:lang w:val="it-IT"/>
        </w:rPr>
      </w:pPr>
      <w:r w:rsidRPr="003D05DA">
        <w:rPr>
          <w:b w:val="0"/>
          <w:lang w:val="it-IT"/>
        </w:rPr>
        <w:lastRenderedPageBreak/>
        <w:t>8 / KATALOG A - TEKNIK PELAYANAN KESEHATAN</w:t>
      </w:r>
    </w:p>
    <w:p w14:paraId="047A0F1B" w14:textId="77777777" w:rsidR="003D05DA" w:rsidRPr="003D05DA" w:rsidRDefault="003D05DA" w:rsidP="003D05DA">
      <w:pPr>
        <w:pStyle w:val="MainTitle"/>
        <w:rPr>
          <w:rFonts w:hint="eastAsia"/>
          <w:lang w:val="it-IT"/>
        </w:rPr>
      </w:pPr>
      <w:r w:rsidRPr="003D05DA">
        <w:rPr>
          <w:b w:val="0"/>
          <w:lang w:val="it-IT"/>
        </w:rPr>
        <w:t>A.02 | Penganggaran</w:t>
      </w:r>
    </w:p>
    <w:p w14:paraId="59A24397"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4107EE51"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RBA/RKA, </w:t>
      </w:r>
      <w:proofErr w:type="spellStart"/>
      <w:r>
        <w:t>belanja</w:t>
      </w:r>
      <w:proofErr w:type="spellEnd"/>
      <w:r>
        <w:t xml:space="preserve"> modal, </w:t>
      </w:r>
      <w:proofErr w:type="spellStart"/>
      <w:r>
        <w:t>operasi</w:t>
      </w:r>
      <w:proofErr w:type="spellEnd"/>
      <w:r>
        <w:t xml:space="preserve"> dan </w:t>
      </w:r>
      <w:proofErr w:type="spellStart"/>
      <w:r>
        <w:t>biaya</w:t>
      </w:r>
      <w:proofErr w:type="spellEnd"/>
      <w:r>
        <w:t xml:space="preserve"> </w:t>
      </w:r>
      <w:proofErr w:type="spellStart"/>
      <w:r>
        <w:t>siklus</w:t>
      </w:r>
      <w:proofErr w:type="spellEnd"/>
      <w:r>
        <w:t xml:space="preserve"> </w:t>
      </w:r>
      <w:proofErr w:type="spellStart"/>
      <w:r>
        <w:t>hidup</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112BA50F"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684E79EE"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25A89DDE"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50BD1188"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00567DFB"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27338049" w14:textId="77777777" w:rsidTr="00426D0A">
        <w:trPr>
          <w:cantSplit/>
          <w:jc w:val="center"/>
        </w:trPr>
        <w:tc>
          <w:tcPr>
            <w:tcW w:w="1600" w:type="dxa"/>
            <w:tcMar>
              <w:top w:w="75" w:type="dxa"/>
              <w:left w:w="85" w:type="dxa"/>
              <w:bottom w:w="70" w:type="dxa"/>
              <w:right w:w="85" w:type="dxa"/>
            </w:tcMar>
            <w:vAlign w:val="center"/>
          </w:tcPr>
          <w:p w14:paraId="5267DDA2" w14:textId="77777777" w:rsidR="003D05DA" w:rsidRDefault="003D05DA" w:rsidP="00426D0A">
            <w:pPr>
              <w:spacing w:after="0" w:line="259" w:lineRule="auto"/>
              <w:rPr>
                <w:rFonts w:hint="eastAsia"/>
              </w:rPr>
            </w:pPr>
            <w:r>
              <w:rPr>
                <w:b/>
                <w:color w:val="135DB4"/>
                <w:sz w:val="14"/>
              </w:rPr>
              <w:t>A.02.01</w:t>
            </w:r>
          </w:p>
        </w:tc>
        <w:tc>
          <w:tcPr>
            <w:tcW w:w="3719" w:type="dxa"/>
            <w:tcMar>
              <w:top w:w="75" w:type="dxa"/>
              <w:left w:w="85" w:type="dxa"/>
              <w:bottom w:w="70" w:type="dxa"/>
              <w:right w:w="85" w:type="dxa"/>
            </w:tcMar>
            <w:vAlign w:val="center"/>
          </w:tcPr>
          <w:p w14:paraId="75AE65FF"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3E8BEB5C"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18D10EDA" w14:textId="77777777" w:rsidR="003D05DA" w:rsidRDefault="003D05DA" w:rsidP="00426D0A">
            <w:pPr>
              <w:spacing w:after="0" w:line="259" w:lineRule="auto"/>
              <w:rPr>
                <w:rFonts w:hint="eastAsia"/>
              </w:rPr>
            </w:pPr>
            <w:r>
              <w:rPr>
                <w:sz w:val="14"/>
              </w:rPr>
              <w:t>Prof. Eko / Dr. Benny</w:t>
            </w:r>
          </w:p>
        </w:tc>
      </w:tr>
      <w:tr w:rsidR="003D05DA" w14:paraId="407FCABD" w14:textId="77777777" w:rsidTr="00426D0A">
        <w:trPr>
          <w:cantSplit/>
          <w:jc w:val="center"/>
        </w:trPr>
        <w:tc>
          <w:tcPr>
            <w:tcW w:w="1600" w:type="dxa"/>
            <w:shd w:val="clear" w:color="auto" w:fill="F0F6FC"/>
            <w:tcMar>
              <w:top w:w="75" w:type="dxa"/>
              <w:left w:w="85" w:type="dxa"/>
              <w:bottom w:w="70" w:type="dxa"/>
              <w:right w:w="85" w:type="dxa"/>
            </w:tcMar>
            <w:vAlign w:val="center"/>
          </w:tcPr>
          <w:p w14:paraId="7DCD481B" w14:textId="77777777" w:rsidR="003D05DA" w:rsidRDefault="003D05DA" w:rsidP="00426D0A">
            <w:pPr>
              <w:spacing w:after="0" w:line="259" w:lineRule="auto"/>
              <w:rPr>
                <w:rFonts w:hint="eastAsia"/>
              </w:rPr>
            </w:pPr>
            <w:r>
              <w:rPr>
                <w:b/>
                <w:color w:val="135DB4"/>
                <w:sz w:val="14"/>
              </w:rPr>
              <w:t>A.02.02</w:t>
            </w:r>
          </w:p>
        </w:tc>
        <w:tc>
          <w:tcPr>
            <w:tcW w:w="3719" w:type="dxa"/>
            <w:shd w:val="clear" w:color="auto" w:fill="F0F6FC"/>
            <w:tcMar>
              <w:top w:w="75" w:type="dxa"/>
              <w:left w:w="85" w:type="dxa"/>
              <w:bottom w:w="70" w:type="dxa"/>
              <w:right w:w="85" w:type="dxa"/>
            </w:tcMar>
            <w:vAlign w:val="center"/>
          </w:tcPr>
          <w:p w14:paraId="475440F9"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064D7264"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642A2950"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406C198C" w14:textId="77777777" w:rsidTr="00426D0A">
        <w:trPr>
          <w:cantSplit/>
          <w:jc w:val="center"/>
        </w:trPr>
        <w:tc>
          <w:tcPr>
            <w:tcW w:w="1600" w:type="dxa"/>
            <w:tcMar>
              <w:top w:w="75" w:type="dxa"/>
              <w:left w:w="85" w:type="dxa"/>
              <w:bottom w:w="70" w:type="dxa"/>
              <w:right w:w="85" w:type="dxa"/>
            </w:tcMar>
            <w:vAlign w:val="center"/>
          </w:tcPr>
          <w:p w14:paraId="019184FD" w14:textId="77777777" w:rsidR="003D05DA" w:rsidRDefault="003D05DA" w:rsidP="00426D0A">
            <w:pPr>
              <w:spacing w:after="0" w:line="259" w:lineRule="auto"/>
              <w:rPr>
                <w:rFonts w:hint="eastAsia"/>
              </w:rPr>
            </w:pPr>
            <w:r>
              <w:rPr>
                <w:b/>
                <w:color w:val="135DB4"/>
                <w:sz w:val="14"/>
              </w:rPr>
              <w:t>A.02.03</w:t>
            </w:r>
          </w:p>
        </w:tc>
        <w:tc>
          <w:tcPr>
            <w:tcW w:w="3719" w:type="dxa"/>
            <w:tcMar>
              <w:top w:w="75" w:type="dxa"/>
              <w:left w:w="85" w:type="dxa"/>
              <w:bottom w:w="70" w:type="dxa"/>
              <w:right w:w="85" w:type="dxa"/>
            </w:tcMar>
            <w:vAlign w:val="center"/>
          </w:tcPr>
          <w:p w14:paraId="46A78699"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23E3674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5FD45D0" w14:textId="77777777" w:rsidR="003D05DA" w:rsidRDefault="003D05DA" w:rsidP="00426D0A">
            <w:pPr>
              <w:spacing w:after="0" w:line="259" w:lineRule="auto"/>
              <w:rPr>
                <w:rFonts w:hint="eastAsia"/>
              </w:rPr>
            </w:pPr>
            <w:r>
              <w:rPr>
                <w:sz w:val="14"/>
              </w:rPr>
              <w:t>Dr. Benny / Hilman Hamid</w:t>
            </w:r>
          </w:p>
        </w:tc>
      </w:tr>
      <w:tr w:rsidR="003D05DA" w14:paraId="23A9506F" w14:textId="77777777" w:rsidTr="00426D0A">
        <w:trPr>
          <w:cantSplit/>
          <w:jc w:val="center"/>
        </w:trPr>
        <w:tc>
          <w:tcPr>
            <w:tcW w:w="1600" w:type="dxa"/>
            <w:shd w:val="clear" w:color="auto" w:fill="F0F6FC"/>
            <w:tcMar>
              <w:top w:w="75" w:type="dxa"/>
              <w:left w:w="85" w:type="dxa"/>
              <w:bottom w:w="70" w:type="dxa"/>
              <w:right w:w="85" w:type="dxa"/>
            </w:tcMar>
            <w:vAlign w:val="center"/>
          </w:tcPr>
          <w:p w14:paraId="0E1CF9A9" w14:textId="77777777" w:rsidR="003D05DA" w:rsidRDefault="003D05DA" w:rsidP="00426D0A">
            <w:pPr>
              <w:spacing w:after="0" w:line="259" w:lineRule="auto"/>
              <w:rPr>
                <w:rFonts w:hint="eastAsia"/>
              </w:rPr>
            </w:pPr>
            <w:r>
              <w:rPr>
                <w:b/>
                <w:color w:val="135DB4"/>
                <w:sz w:val="14"/>
              </w:rPr>
              <w:t>A.02.04</w:t>
            </w:r>
          </w:p>
        </w:tc>
        <w:tc>
          <w:tcPr>
            <w:tcW w:w="3719" w:type="dxa"/>
            <w:shd w:val="clear" w:color="auto" w:fill="F0F6FC"/>
            <w:tcMar>
              <w:top w:w="75" w:type="dxa"/>
              <w:left w:w="85" w:type="dxa"/>
              <w:bottom w:w="70" w:type="dxa"/>
              <w:right w:w="85" w:type="dxa"/>
            </w:tcMar>
            <w:vAlign w:val="center"/>
          </w:tcPr>
          <w:p w14:paraId="08A28E28"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5F344C20"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74595F48"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3ED0E5CE" w14:textId="77777777" w:rsidTr="00426D0A">
        <w:trPr>
          <w:cantSplit/>
          <w:jc w:val="center"/>
        </w:trPr>
        <w:tc>
          <w:tcPr>
            <w:tcW w:w="1600" w:type="dxa"/>
            <w:tcMar>
              <w:top w:w="75" w:type="dxa"/>
              <w:left w:w="85" w:type="dxa"/>
              <w:bottom w:w="70" w:type="dxa"/>
              <w:right w:w="85" w:type="dxa"/>
            </w:tcMar>
            <w:vAlign w:val="center"/>
          </w:tcPr>
          <w:p w14:paraId="317F6ECB" w14:textId="77777777" w:rsidR="003D05DA" w:rsidRDefault="003D05DA" w:rsidP="00426D0A">
            <w:pPr>
              <w:spacing w:after="0" w:line="259" w:lineRule="auto"/>
              <w:rPr>
                <w:rFonts w:hint="eastAsia"/>
              </w:rPr>
            </w:pPr>
            <w:r>
              <w:rPr>
                <w:b/>
                <w:color w:val="135DB4"/>
                <w:sz w:val="14"/>
              </w:rPr>
              <w:t>A.02.05</w:t>
            </w:r>
          </w:p>
        </w:tc>
        <w:tc>
          <w:tcPr>
            <w:tcW w:w="3719" w:type="dxa"/>
            <w:tcMar>
              <w:top w:w="75" w:type="dxa"/>
              <w:left w:w="85" w:type="dxa"/>
              <w:bottom w:w="70" w:type="dxa"/>
              <w:right w:w="85" w:type="dxa"/>
            </w:tcMar>
            <w:vAlign w:val="center"/>
          </w:tcPr>
          <w:p w14:paraId="00CA2BA1"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66F876B5"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64EEF8EF"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4D066B4A" w14:textId="77777777" w:rsidTr="00426D0A">
        <w:trPr>
          <w:cantSplit/>
          <w:jc w:val="center"/>
        </w:trPr>
        <w:tc>
          <w:tcPr>
            <w:tcW w:w="1600" w:type="dxa"/>
            <w:shd w:val="clear" w:color="auto" w:fill="F0F6FC"/>
            <w:tcMar>
              <w:top w:w="75" w:type="dxa"/>
              <w:left w:w="85" w:type="dxa"/>
              <w:bottom w:w="70" w:type="dxa"/>
              <w:right w:w="85" w:type="dxa"/>
            </w:tcMar>
            <w:vAlign w:val="center"/>
          </w:tcPr>
          <w:p w14:paraId="6F0CE8C6" w14:textId="77777777" w:rsidR="003D05DA" w:rsidRDefault="003D05DA" w:rsidP="00426D0A">
            <w:pPr>
              <w:spacing w:after="0" w:line="259" w:lineRule="auto"/>
              <w:rPr>
                <w:rFonts w:hint="eastAsia"/>
              </w:rPr>
            </w:pPr>
            <w:r>
              <w:rPr>
                <w:b/>
                <w:color w:val="135DB4"/>
                <w:sz w:val="14"/>
              </w:rPr>
              <w:t>A.02.06</w:t>
            </w:r>
          </w:p>
        </w:tc>
        <w:tc>
          <w:tcPr>
            <w:tcW w:w="3719" w:type="dxa"/>
            <w:shd w:val="clear" w:color="auto" w:fill="F0F6FC"/>
            <w:tcMar>
              <w:top w:w="75" w:type="dxa"/>
              <w:left w:w="85" w:type="dxa"/>
              <w:bottom w:w="70" w:type="dxa"/>
              <w:right w:w="85" w:type="dxa"/>
            </w:tcMar>
            <w:vAlign w:val="center"/>
          </w:tcPr>
          <w:p w14:paraId="5D4AE512"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1D42C82C"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2605F14A"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4B2BEA4A" w14:textId="77777777" w:rsidTr="00426D0A">
        <w:trPr>
          <w:cantSplit/>
          <w:jc w:val="center"/>
        </w:trPr>
        <w:tc>
          <w:tcPr>
            <w:tcW w:w="1600" w:type="dxa"/>
            <w:tcMar>
              <w:top w:w="75" w:type="dxa"/>
              <w:left w:w="85" w:type="dxa"/>
              <w:bottom w:w="70" w:type="dxa"/>
              <w:right w:w="85" w:type="dxa"/>
            </w:tcMar>
            <w:vAlign w:val="center"/>
          </w:tcPr>
          <w:p w14:paraId="0A4ED3B2" w14:textId="77777777" w:rsidR="003D05DA" w:rsidRDefault="003D05DA" w:rsidP="00426D0A">
            <w:pPr>
              <w:spacing w:after="0" w:line="259" w:lineRule="auto"/>
              <w:rPr>
                <w:rFonts w:hint="eastAsia"/>
              </w:rPr>
            </w:pPr>
            <w:r>
              <w:rPr>
                <w:b/>
                <w:color w:val="135DB4"/>
                <w:sz w:val="14"/>
              </w:rPr>
              <w:t>A.02.07</w:t>
            </w:r>
          </w:p>
        </w:tc>
        <w:tc>
          <w:tcPr>
            <w:tcW w:w="3719" w:type="dxa"/>
            <w:tcMar>
              <w:top w:w="75" w:type="dxa"/>
              <w:left w:w="85" w:type="dxa"/>
              <w:bottom w:w="70" w:type="dxa"/>
              <w:right w:w="85" w:type="dxa"/>
            </w:tcMar>
            <w:vAlign w:val="center"/>
          </w:tcPr>
          <w:p w14:paraId="0D1C1707"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09AC2656"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2C476CF6"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33B0C2FD" w14:textId="77777777" w:rsidTr="00426D0A">
        <w:trPr>
          <w:cantSplit/>
          <w:jc w:val="center"/>
        </w:trPr>
        <w:tc>
          <w:tcPr>
            <w:tcW w:w="1600" w:type="dxa"/>
            <w:shd w:val="clear" w:color="auto" w:fill="F0F6FC"/>
            <w:tcMar>
              <w:top w:w="75" w:type="dxa"/>
              <w:left w:w="85" w:type="dxa"/>
              <w:bottom w:w="70" w:type="dxa"/>
              <w:right w:w="85" w:type="dxa"/>
            </w:tcMar>
            <w:vAlign w:val="center"/>
          </w:tcPr>
          <w:p w14:paraId="6EC7F950" w14:textId="77777777" w:rsidR="003D05DA" w:rsidRDefault="003D05DA" w:rsidP="00426D0A">
            <w:pPr>
              <w:spacing w:after="0" w:line="259" w:lineRule="auto"/>
              <w:rPr>
                <w:rFonts w:hint="eastAsia"/>
              </w:rPr>
            </w:pPr>
            <w:r>
              <w:rPr>
                <w:b/>
                <w:color w:val="135DB4"/>
                <w:sz w:val="14"/>
              </w:rPr>
              <w:t>A.02.08</w:t>
            </w:r>
          </w:p>
        </w:tc>
        <w:tc>
          <w:tcPr>
            <w:tcW w:w="3719" w:type="dxa"/>
            <w:shd w:val="clear" w:color="auto" w:fill="F0F6FC"/>
            <w:tcMar>
              <w:top w:w="75" w:type="dxa"/>
              <w:left w:w="85" w:type="dxa"/>
              <w:bottom w:w="70" w:type="dxa"/>
              <w:right w:w="85" w:type="dxa"/>
            </w:tcMar>
            <w:vAlign w:val="center"/>
          </w:tcPr>
          <w:p w14:paraId="08B46980"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0C401BA9"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1271D2CD"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113E54C5" w14:textId="77777777" w:rsidTr="00426D0A">
        <w:trPr>
          <w:cantSplit/>
          <w:jc w:val="center"/>
        </w:trPr>
        <w:tc>
          <w:tcPr>
            <w:tcW w:w="1600" w:type="dxa"/>
            <w:tcMar>
              <w:top w:w="75" w:type="dxa"/>
              <w:left w:w="85" w:type="dxa"/>
              <w:bottom w:w="70" w:type="dxa"/>
              <w:right w:w="85" w:type="dxa"/>
            </w:tcMar>
            <w:vAlign w:val="center"/>
          </w:tcPr>
          <w:p w14:paraId="1F352673" w14:textId="77777777" w:rsidR="003D05DA" w:rsidRDefault="003D05DA" w:rsidP="00426D0A">
            <w:pPr>
              <w:spacing w:after="0" w:line="259" w:lineRule="auto"/>
              <w:rPr>
                <w:rFonts w:hint="eastAsia"/>
              </w:rPr>
            </w:pPr>
            <w:r>
              <w:rPr>
                <w:b/>
                <w:color w:val="135DB4"/>
                <w:sz w:val="14"/>
              </w:rPr>
              <w:t>A.02.09</w:t>
            </w:r>
          </w:p>
        </w:tc>
        <w:tc>
          <w:tcPr>
            <w:tcW w:w="3719" w:type="dxa"/>
            <w:tcMar>
              <w:top w:w="75" w:type="dxa"/>
              <w:left w:w="85" w:type="dxa"/>
              <w:bottom w:w="70" w:type="dxa"/>
              <w:right w:w="85" w:type="dxa"/>
            </w:tcMar>
            <w:vAlign w:val="center"/>
          </w:tcPr>
          <w:p w14:paraId="5510C8A4"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7FEE24A0"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E00014A"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7E0C0DB7" w14:textId="77777777" w:rsidTr="00426D0A">
        <w:trPr>
          <w:cantSplit/>
          <w:jc w:val="center"/>
        </w:trPr>
        <w:tc>
          <w:tcPr>
            <w:tcW w:w="1600" w:type="dxa"/>
            <w:shd w:val="clear" w:color="auto" w:fill="F0F6FC"/>
            <w:tcMar>
              <w:top w:w="75" w:type="dxa"/>
              <w:left w:w="85" w:type="dxa"/>
              <w:bottom w:w="70" w:type="dxa"/>
              <w:right w:w="85" w:type="dxa"/>
            </w:tcMar>
            <w:vAlign w:val="center"/>
          </w:tcPr>
          <w:p w14:paraId="1F46B7CD" w14:textId="77777777" w:rsidR="003D05DA" w:rsidRDefault="003D05DA" w:rsidP="00426D0A">
            <w:pPr>
              <w:spacing w:after="0" w:line="259" w:lineRule="auto"/>
              <w:rPr>
                <w:rFonts w:hint="eastAsia"/>
              </w:rPr>
            </w:pPr>
            <w:r>
              <w:rPr>
                <w:b/>
                <w:color w:val="135DB4"/>
                <w:sz w:val="14"/>
              </w:rPr>
              <w:t>A.02.10</w:t>
            </w:r>
          </w:p>
        </w:tc>
        <w:tc>
          <w:tcPr>
            <w:tcW w:w="3719" w:type="dxa"/>
            <w:shd w:val="clear" w:color="auto" w:fill="F0F6FC"/>
            <w:tcMar>
              <w:top w:w="75" w:type="dxa"/>
              <w:left w:w="85" w:type="dxa"/>
              <w:bottom w:w="70" w:type="dxa"/>
              <w:right w:w="85" w:type="dxa"/>
            </w:tcMar>
            <w:vAlign w:val="center"/>
          </w:tcPr>
          <w:p w14:paraId="7705E9B8"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38E4252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237296B3"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7EE7521F" w14:textId="77777777" w:rsidTr="00426D0A">
        <w:trPr>
          <w:cantSplit/>
          <w:jc w:val="center"/>
        </w:trPr>
        <w:tc>
          <w:tcPr>
            <w:tcW w:w="1600" w:type="dxa"/>
            <w:tcMar>
              <w:top w:w="75" w:type="dxa"/>
              <w:left w:w="85" w:type="dxa"/>
              <w:bottom w:w="70" w:type="dxa"/>
              <w:right w:w="85" w:type="dxa"/>
            </w:tcMar>
            <w:vAlign w:val="center"/>
          </w:tcPr>
          <w:p w14:paraId="2F772AA1" w14:textId="77777777" w:rsidR="003D05DA" w:rsidRDefault="003D05DA" w:rsidP="00426D0A">
            <w:pPr>
              <w:spacing w:after="0" w:line="259" w:lineRule="auto"/>
              <w:rPr>
                <w:rFonts w:hint="eastAsia"/>
              </w:rPr>
            </w:pPr>
            <w:r>
              <w:rPr>
                <w:b/>
                <w:color w:val="135DB4"/>
                <w:sz w:val="14"/>
              </w:rPr>
              <w:t>A.02.11</w:t>
            </w:r>
          </w:p>
        </w:tc>
        <w:tc>
          <w:tcPr>
            <w:tcW w:w="3719" w:type="dxa"/>
            <w:tcMar>
              <w:top w:w="75" w:type="dxa"/>
              <w:left w:w="85" w:type="dxa"/>
              <w:bottom w:w="70" w:type="dxa"/>
              <w:right w:w="85" w:type="dxa"/>
            </w:tcMar>
            <w:vAlign w:val="center"/>
          </w:tcPr>
          <w:p w14:paraId="09AB33CA"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7EE82EF"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421C74A"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4CC49081" w14:textId="77777777" w:rsidTr="00426D0A">
        <w:trPr>
          <w:cantSplit/>
          <w:jc w:val="center"/>
        </w:trPr>
        <w:tc>
          <w:tcPr>
            <w:tcW w:w="1600" w:type="dxa"/>
            <w:shd w:val="clear" w:color="auto" w:fill="F0F6FC"/>
            <w:tcMar>
              <w:top w:w="75" w:type="dxa"/>
              <w:left w:w="85" w:type="dxa"/>
              <w:bottom w:w="70" w:type="dxa"/>
              <w:right w:w="85" w:type="dxa"/>
            </w:tcMar>
            <w:vAlign w:val="center"/>
          </w:tcPr>
          <w:p w14:paraId="0B467337" w14:textId="77777777" w:rsidR="003D05DA" w:rsidRDefault="003D05DA" w:rsidP="00426D0A">
            <w:pPr>
              <w:spacing w:after="0" w:line="259" w:lineRule="auto"/>
              <w:rPr>
                <w:rFonts w:hint="eastAsia"/>
              </w:rPr>
            </w:pPr>
            <w:r>
              <w:rPr>
                <w:b/>
                <w:color w:val="135DB4"/>
                <w:sz w:val="14"/>
              </w:rPr>
              <w:t>A.02.12</w:t>
            </w:r>
          </w:p>
        </w:tc>
        <w:tc>
          <w:tcPr>
            <w:tcW w:w="3719" w:type="dxa"/>
            <w:shd w:val="clear" w:color="auto" w:fill="F0F6FC"/>
            <w:tcMar>
              <w:top w:w="75" w:type="dxa"/>
              <w:left w:w="85" w:type="dxa"/>
              <w:bottom w:w="70" w:type="dxa"/>
              <w:right w:w="85" w:type="dxa"/>
            </w:tcMar>
            <w:vAlign w:val="center"/>
          </w:tcPr>
          <w:p w14:paraId="28BEB38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36F97AB6"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1BE574F5"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7D593F7F" w14:textId="77777777" w:rsidTr="00426D0A">
        <w:trPr>
          <w:cantSplit/>
          <w:jc w:val="center"/>
        </w:trPr>
        <w:tc>
          <w:tcPr>
            <w:tcW w:w="1600" w:type="dxa"/>
            <w:tcMar>
              <w:top w:w="75" w:type="dxa"/>
              <w:left w:w="85" w:type="dxa"/>
              <w:bottom w:w="70" w:type="dxa"/>
              <w:right w:w="85" w:type="dxa"/>
            </w:tcMar>
            <w:vAlign w:val="center"/>
          </w:tcPr>
          <w:p w14:paraId="2BE872DD" w14:textId="77777777" w:rsidR="003D05DA" w:rsidRDefault="003D05DA" w:rsidP="00426D0A">
            <w:pPr>
              <w:spacing w:after="0" w:line="259" w:lineRule="auto"/>
              <w:rPr>
                <w:rFonts w:hint="eastAsia"/>
              </w:rPr>
            </w:pPr>
            <w:r>
              <w:rPr>
                <w:b/>
                <w:color w:val="135DB4"/>
                <w:sz w:val="14"/>
              </w:rPr>
              <w:t>A.02.13</w:t>
            </w:r>
          </w:p>
        </w:tc>
        <w:tc>
          <w:tcPr>
            <w:tcW w:w="3719" w:type="dxa"/>
            <w:tcMar>
              <w:top w:w="75" w:type="dxa"/>
              <w:left w:w="85" w:type="dxa"/>
              <w:bottom w:w="70" w:type="dxa"/>
              <w:right w:w="85" w:type="dxa"/>
            </w:tcMar>
            <w:vAlign w:val="center"/>
          </w:tcPr>
          <w:p w14:paraId="0F8B6580"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71C19179"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9F6D515" w14:textId="77777777" w:rsidR="003D05DA" w:rsidRDefault="003D05DA" w:rsidP="00426D0A">
            <w:pPr>
              <w:spacing w:after="0" w:line="259" w:lineRule="auto"/>
              <w:rPr>
                <w:rFonts w:hint="eastAsia"/>
              </w:rPr>
            </w:pPr>
            <w:r>
              <w:rPr>
                <w:sz w:val="14"/>
              </w:rPr>
              <w:t>Ir. Nasir / Hani</w:t>
            </w:r>
          </w:p>
        </w:tc>
      </w:tr>
      <w:tr w:rsidR="003D05DA" w14:paraId="2C5805AC" w14:textId="77777777" w:rsidTr="00426D0A">
        <w:trPr>
          <w:cantSplit/>
          <w:jc w:val="center"/>
        </w:trPr>
        <w:tc>
          <w:tcPr>
            <w:tcW w:w="1600" w:type="dxa"/>
            <w:shd w:val="clear" w:color="auto" w:fill="F0F6FC"/>
            <w:tcMar>
              <w:top w:w="75" w:type="dxa"/>
              <w:left w:w="85" w:type="dxa"/>
              <w:bottom w:w="70" w:type="dxa"/>
              <w:right w:w="85" w:type="dxa"/>
            </w:tcMar>
            <w:vAlign w:val="center"/>
          </w:tcPr>
          <w:p w14:paraId="63E5E62B" w14:textId="77777777" w:rsidR="003D05DA" w:rsidRDefault="003D05DA" w:rsidP="00426D0A">
            <w:pPr>
              <w:spacing w:after="0" w:line="259" w:lineRule="auto"/>
              <w:rPr>
                <w:rFonts w:hint="eastAsia"/>
              </w:rPr>
            </w:pPr>
            <w:r>
              <w:rPr>
                <w:b/>
                <w:color w:val="135DB4"/>
                <w:sz w:val="14"/>
              </w:rPr>
              <w:t>A.02.14</w:t>
            </w:r>
          </w:p>
        </w:tc>
        <w:tc>
          <w:tcPr>
            <w:tcW w:w="3719" w:type="dxa"/>
            <w:shd w:val="clear" w:color="auto" w:fill="F0F6FC"/>
            <w:tcMar>
              <w:top w:w="75" w:type="dxa"/>
              <w:left w:w="85" w:type="dxa"/>
              <w:bottom w:w="70" w:type="dxa"/>
              <w:right w:w="85" w:type="dxa"/>
            </w:tcMar>
            <w:vAlign w:val="center"/>
          </w:tcPr>
          <w:p w14:paraId="05BBE35B"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140DC479"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6F370216" w14:textId="77777777" w:rsidR="003D05DA" w:rsidRDefault="003D05DA" w:rsidP="00426D0A">
            <w:pPr>
              <w:spacing w:after="0" w:line="259" w:lineRule="auto"/>
              <w:rPr>
                <w:rFonts w:hint="eastAsia"/>
              </w:rPr>
            </w:pPr>
            <w:r>
              <w:rPr>
                <w:sz w:val="14"/>
              </w:rPr>
              <w:t>Ir. Suparjo / Rino</w:t>
            </w:r>
          </w:p>
        </w:tc>
      </w:tr>
    </w:tbl>
    <w:p w14:paraId="47DE5EBE" w14:textId="77777777" w:rsidR="003D05DA" w:rsidRDefault="003D05DA" w:rsidP="003D05DA">
      <w:pPr>
        <w:spacing w:after="0"/>
        <w:rPr>
          <w:rFonts w:hint="eastAsia"/>
        </w:rPr>
      </w:pPr>
    </w:p>
    <w:p w14:paraId="38E56EE6" w14:textId="77777777" w:rsidR="003D05DA" w:rsidRDefault="003D05DA" w:rsidP="003D05DA">
      <w:pPr>
        <w:spacing w:after="240"/>
        <w:rPr>
          <w:rFonts w:hint="eastAsia"/>
        </w:rPr>
      </w:pPr>
    </w:p>
    <w:p w14:paraId="54DC3928"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penganggaran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1F8997F0"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7C9694F2" w14:textId="77777777" w:rsidR="003D05DA" w:rsidRDefault="003D05DA" w:rsidP="003D05DA">
      <w:pPr>
        <w:rPr>
          <w:rFonts w:hint="eastAsia"/>
        </w:rPr>
      </w:pPr>
      <w:r>
        <w:br w:type="page"/>
      </w:r>
    </w:p>
    <w:p w14:paraId="37DD020C" w14:textId="77777777" w:rsidR="003D05DA" w:rsidRDefault="003D05DA" w:rsidP="003D05DA">
      <w:pPr>
        <w:pStyle w:val="SectionTag"/>
        <w:rPr>
          <w:rFonts w:hint="eastAsia"/>
        </w:rPr>
      </w:pPr>
      <w:r>
        <w:rPr>
          <w:b w:val="0"/>
        </w:rPr>
        <w:lastRenderedPageBreak/>
        <w:t>8 / KATALOG A - TEKNIK PELAYANAN KESEHATAN</w:t>
      </w:r>
    </w:p>
    <w:p w14:paraId="34A46332" w14:textId="77777777" w:rsidR="003D05DA" w:rsidRDefault="003D05DA" w:rsidP="003D05DA">
      <w:pPr>
        <w:pStyle w:val="MainTitle"/>
        <w:rPr>
          <w:rFonts w:hint="eastAsia"/>
        </w:rPr>
      </w:pPr>
      <w:r>
        <w:rPr>
          <w:b w:val="0"/>
        </w:rPr>
        <w:t xml:space="preserve">A.03 | </w:t>
      </w:r>
      <w:proofErr w:type="spellStart"/>
      <w:r>
        <w:rPr>
          <w:b w:val="0"/>
        </w:rPr>
        <w:t>Perancangan</w:t>
      </w:r>
      <w:proofErr w:type="spellEnd"/>
    </w:p>
    <w:p w14:paraId="217E5107"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05F7478C"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Persyaratan</w:t>
      </w:r>
      <w:proofErr w:type="spellEnd"/>
      <w:r>
        <w:t xml:space="preserve"> </w:t>
      </w:r>
      <w:proofErr w:type="spellStart"/>
      <w:r>
        <w:t>fungsi</w:t>
      </w:r>
      <w:proofErr w:type="spellEnd"/>
      <w:r>
        <w:t xml:space="preserve">, </w:t>
      </w:r>
      <w:proofErr w:type="spellStart"/>
      <w:r>
        <w:t>desain</w:t>
      </w:r>
      <w:proofErr w:type="spellEnd"/>
      <w:r>
        <w:t xml:space="preserve"> </w:t>
      </w:r>
      <w:proofErr w:type="spellStart"/>
      <w:r>
        <w:t>teknis</w:t>
      </w:r>
      <w:proofErr w:type="spellEnd"/>
      <w:r>
        <w:t xml:space="preserve">, </w:t>
      </w:r>
      <w:proofErr w:type="spellStart"/>
      <w:r>
        <w:t>integrasi</w:t>
      </w:r>
      <w:proofErr w:type="spellEnd"/>
      <w:r>
        <w:t xml:space="preserve"> dan </w:t>
      </w:r>
      <w:proofErr w:type="spellStart"/>
      <w:r>
        <w:t>keselamatan</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52553D8E"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7A807CB4"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2E3D0419"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75D2EC8D"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37C9C347"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4D95C7DF" w14:textId="77777777" w:rsidTr="00426D0A">
        <w:trPr>
          <w:cantSplit/>
          <w:jc w:val="center"/>
        </w:trPr>
        <w:tc>
          <w:tcPr>
            <w:tcW w:w="1600" w:type="dxa"/>
            <w:tcMar>
              <w:top w:w="75" w:type="dxa"/>
              <w:left w:w="85" w:type="dxa"/>
              <w:bottom w:w="70" w:type="dxa"/>
              <w:right w:w="85" w:type="dxa"/>
            </w:tcMar>
            <w:vAlign w:val="center"/>
          </w:tcPr>
          <w:p w14:paraId="2B27445B" w14:textId="77777777" w:rsidR="003D05DA" w:rsidRDefault="003D05DA" w:rsidP="00426D0A">
            <w:pPr>
              <w:spacing w:after="0" w:line="259" w:lineRule="auto"/>
              <w:rPr>
                <w:rFonts w:hint="eastAsia"/>
              </w:rPr>
            </w:pPr>
            <w:r>
              <w:rPr>
                <w:b/>
                <w:color w:val="135DB4"/>
                <w:sz w:val="14"/>
              </w:rPr>
              <w:t>A.03.01</w:t>
            </w:r>
          </w:p>
        </w:tc>
        <w:tc>
          <w:tcPr>
            <w:tcW w:w="3719" w:type="dxa"/>
            <w:tcMar>
              <w:top w:w="75" w:type="dxa"/>
              <w:left w:w="85" w:type="dxa"/>
              <w:bottom w:w="70" w:type="dxa"/>
              <w:right w:w="85" w:type="dxa"/>
            </w:tcMar>
            <w:vAlign w:val="center"/>
          </w:tcPr>
          <w:p w14:paraId="1C7633BF"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7DABF44F"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48C8774E" w14:textId="77777777" w:rsidR="003D05DA" w:rsidRDefault="003D05DA" w:rsidP="00426D0A">
            <w:pPr>
              <w:spacing w:after="0" w:line="259" w:lineRule="auto"/>
              <w:rPr>
                <w:rFonts w:hint="eastAsia"/>
              </w:rPr>
            </w:pPr>
            <w:r>
              <w:rPr>
                <w:sz w:val="14"/>
              </w:rPr>
              <w:t>Prof. Eko / Dr. Benny</w:t>
            </w:r>
          </w:p>
        </w:tc>
      </w:tr>
      <w:tr w:rsidR="003D05DA" w14:paraId="4DC7F45F" w14:textId="77777777" w:rsidTr="00426D0A">
        <w:trPr>
          <w:cantSplit/>
          <w:jc w:val="center"/>
        </w:trPr>
        <w:tc>
          <w:tcPr>
            <w:tcW w:w="1600" w:type="dxa"/>
            <w:shd w:val="clear" w:color="auto" w:fill="F0F6FC"/>
            <w:tcMar>
              <w:top w:w="75" w:type="dxa"/>
              <w:left w:w="85" w:type="dxa"/>
              <w:bottom w:w="70" w:type="dxa"/>
              <w:right w:w="85" w:type="dxa"/>
            </w:tcMar>
            <w:vAlign w:val="center"/>
          </w:tcPr>
          <w:p w14:paraId="06219C5E" w14:textId="77777777" w:rsidR="003D05DA" w:rsidRDefault="003D05DA" w:rsidP="00426D0A">
            <w:pPr>
              <w:spacing w:after="0" w:line="259" w:lineRule="auto"/>
              <w:rPr>
                <w:rFonts w:hint="eastAsia"/>
              </w:rPr>
            </w:pPr>
            <w:r>
              <w:rPr>
                <w:b/>
                <w:color w:val="135DB4"/>
                <w:sz w:val="14"/>
              </w:rPr>
              <w:t>A.03.02</w:t>
            </w:r>
          </w:p>
        </w:tc>
        <w:tc>
          <w:tcPr>
            <w:tcW w:w="3719" w:type="dxa"/>
            <w:shd w:val="clear" w:color="auto" w:fill="F0F6FC"/>
            <w:tcMar>
              <w:top w:w="75" w:type="dxa"/>
              <w:left w:w="85" w:type="dxa"/>
              <w:bottom w:w="70" w:type="dxa"/>
              <w:right w:w="85" w:type="dxa"/>
            </w:tcMar>
            <w:vAlign w:val="center"/>
          </w:tcPr>
          <w:p w14:paraId="52787A45"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72F784C7"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1CADACB9"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6291A86B" w14:textId="77777777" w:rsidTr="00426D0A">
        <w:trPr>
          <w:cantSplit/>
          <w:jc w:val="center"/>
        </w:trPr>
        <w:tc>
          <w:tcPr>
            <w:tcW w:w="1600" w:type="dxa"/>
            <w:tcMar>
              <w:top w:w="75" w:type="dxa"/>
              <w:left w:w="85" w:type="dxa"/>
              <w:bottom w:w="70" w:type="dxa"/>
              <w:right w:w="85" w:type="dxa"/>
            </w:tcMar>
            <w:vAlign w:val="center"/>
          </w:tcPr>
          <w:p w14:paraId="0AF6BF13" w14:textId="77777777" w:rsidR="003D05DA" w:rsidRDefault="003D05DA" w:rsidP="00426D0A">
            <w:pPr>
              <w:spacing w:after="0" w:line="259" w:lineRule="auto"/>
              <w:rPr>
                <w:rFonts w:hint="eastAsia"/>
              </w:rPr>
            </w:pPr>
            <w:r>
              <w:rPr>
                <w:b/>
                <w:color w:val="135DB4"/>
                <w:sz w:val="14"/>
              </w:rPr>
              <w:t>A.03.03</w:t>
            </w:r>
          </w:p>
        </w:tc>
        <w:tc>
          <w:tcPr>
            <w:tcW w:w="3719" w:type="dxa"/>
            <w:tcMar>
              <w:top w:w="75" w:type="dxa"/>
              <w:left w:w="85" w:type="dxa"/>
              <w:bottom w:w="70" w:type="dxa"/>
              <w:right w:w="85" w:type="dxa"/>
            </w:tcMar>
            <w:vAlign w:val="center"/>
          </w:tcPr>
          <w:p w14:paraId="370CF838"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079B5EA7"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E8AEC21" w14:textId="77777777" w:rsidR="003D05DA" w:rsidRDefault="003D05DA" w:rsidP="00426D0A">
            <w:pPr>
              <w:spacing w:after="0" w:line="259" w:lineRule="auto"/>
              <w:rPr>
                <w:rFonts w:hint="eastAsia"/>
              </w:rPr>
            </w:pPr>
            <w:r>
              <w:rPr>
                <w:sz w:val="14"/>
              </w:rPr>
              <w:t>Dr. Benny / Hilman Hamid</w:t>
            </w:r>
          </w:p>
        </w:tc>
      </w:tr>
      <w:tr w:rsidR="003D05DA" w14:paraId="36F3C350" w14:textId="77777777" w:rsidTr="00426D0A">
        <w:trPr>
          <w:cantSplit/>
          <w:jc w:val="center"/>
        </w:trPr>
        <w:tc>
          <w:tcPr>
            <w:tcW w:w="1600" w:type="dxa"/>
            <w:shd w:val="clear" w:color="auto" w:fill="F0F6FC"/>
            <w:tcMar>
              <w:top w:w="75" w:type="dxa"/>
              <w:left w:w="85" w:type="dxa"/>
              <w:bottom w:w="70" w:type="dxa"/>
              <w:right w:w="85" w:type="dxa"/>
            </w:tcMar>
            <w:vAlign w:val="center"/>
          </w:tcPr>
          <w:p w14:paraId="08F70996" w14:textId="77777777" w:rsidR="003D05DA" w:rsidRDefault="003D05DA" w:rsidP="00426D0A">
            <w:pPr>
              <w:spacing w:after="0" w:line="259" w:lineRule="auto"/>
              <w:rPr>
                <w:rFonts w:hint="eastAsia"/>
              </w:rPr>
            </w:pPr>
            <w:r>
              <w:rPr>
                <w:b/>
                <w:color w:val="135DB4"/>
                <w:sz w:val="14"/>
              </w:rPr>
              <w:t>A.03.04</w:t>
            </w:r>
          </w:p>
        </w:tc>
        <w:tc>
          <w:tcPr>
            <w:tcW w:w="3719" w:type="dxa"/>
            <w:shd w:val="clear" w:color="auto" w:fill="F0F6FC"/>
            <w:tcMar>
              <w:top w:w="75" w:type="dxa"/>
              <w:left w:w="85" w:type="dxa"/>
              <w:bottom w:w="70" w:type="dxa"/>
              <w:right w:w="85" w:type="dxa"/>
            </w:tcMar>
            <w:vAlign w:val="center"/>
          </w:tcPr>
          <w:p w14:paraId="08376483"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50179EBA"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353114B2"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041A136B" w14:textId="77777777" w:rsidTr="00426D0A">
        <w:trPr>
          <w:cantSplit/>
          <w:jc w:val="center"/>
        </w:trPr>
        <w:tc>
          <w:tcPr>
            <w:tcW w:w="1600" w:type="dxa"/>
            <w:tcMar>
              <w:top w:w="75" w:type="dxa"/>
              <w:left w:w="85" w:type="dxa"/>
              <w:bottom w:w="70" w:type="dxa"/>
              <w:right w:w="85" w:type="dxa"/>
            </w:tcMar>
            <w:vAlign w:val="center"/>
          </w:tcPr>
          <w:p w14:paraId="409894F3" w14:textId="77777777" w:rsidR="003D05DA" w:rsidRDefault="003D05DA" w:rsidP="00426D0A">
            <w:pPr>
              <w:spacing w:after="0" w:line="259" w:lineRule="auto"/>
              <w:rPr>
                <w:rFonts w:hint="eastAsia"/>
              </w:rPr>
            </w:pPr>
            <w:r>
              <w:rPr>
                <w:b/>
                <w:color w:val="135DB4"/>
                <w:sz w:val="14"/>
              </w:rPr>
              <w:t>A.03.05</w:t>
            </w:r>
          </w:p>
        </w:tc>
        <w:tc>
          <w:tcPr>
            <w:tcW w:w="3719" w:type="dxa"/>
            <w:tcMar>
              <w:top w:w="75" w:type="dxa"/>
              <w:left w:w="85" w:type="dxa"/>
              <w:bottom w:w="70" w:type="dxa"/>
              <w:right w:w="85" w:type="dxa"/>
            </w:tcMar>
            <w:vAlign w:val="center"/>
          </w:tcPr>
          <w:p w14:paraId="389713A8"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16D9E4A8"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4025C597"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10306C29" w14:textId="77777777" w:rsidTr="00426D0A">
        <w:trPr>
          <w:cantSplit/>
          <w:jc w:val="center"/>
        </w:trPr>
        <w:tc>
          <w:tcPr>
            <w:tcW w:w="1600" w:type="dxa"/>
            <w:shd w:val="clear" w:color="auto" w:fill="F0F6FC"/>
            <w:tcMar>
              <w:top w:w="75" w:type="dxa"/>
              <w:left w:w="85" w:type="dxa"/>
              <w:bottom w:w="70" w:type="dxa"/>
              <w:right w:w="85" w:type="dxa"/>
            </w:tcMar>
            <w:vAlign w:val="center"/>
          </w:tcPr>
          <w:p w14:paraId="77679003" w14:textId="77777777" w:rsidR="003D05DA" w:rsidRDefault="003D05DA" w:rsidP="00426D0A">
            <w:pPr>
              <w:spacing w:after="0" w:line="259" w:lineRule="auto"/>
              <w:rPr>
                <w:rFonts w:hint="eastAsia"/>
              </w:rPr>
            </w:pPr>
            <w:r>
              <w:rPr>
                <w:b/>
                <w:color w:val="135DB4"/>
                <w:sz w:val="14"/>
              </w:rPr>
              <w:t>A.03.06</w:t>
            </w:r>
          </w:p>
        </w:tc>
        <w:tc>
          <w:tcPr>
            <w:tcW w:w="3719" w:type="dxa"/>
            <w:shd w:val="clear" w:color="auto" w:fill="F0F6FC"/>
            <w:tcMar>
              <w:top w:w="75" w:type="dxa"/>
              <w:left w:w="85" w:type="dxa"/>
              <w:bottom w:w="70" w:type="dxa"/>
              <w:right w:w="85" w:type="dxa"/>
            </w:tcMar>
            <w:vAlign w:val="center"/>
          </w:tcPr>
          <w:p w14:paraId="5B0CC05E"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133CCAF7"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1E432007"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39C4DC7A" w14:textId="77777777" w:rsidTr="00426D0A">
        <w:trPr>
          <w:cantSplit/>
          <w:jc w:val="center"/>
        </w:trPr>
        <w:tc>
          <w:tcPr>
            <w:tcW w:w="1600" w:type="dxa"/>
            <w:tcMar>
              <w:top w:w="75" w:type="dxa"/>
              <w:left w:w="85" w:type="dxa"/>
              <w:bottom w:w="70" w:type="dxa"/>
              <w:right w:w="85" w:type="dxa"/>
            </w:tcMar>
            <w:vAlign w:val="center"/>
          </w:tcPr>
          <w:p w14:paraId="2CB21C8A" w14:textId="77777777" w:rsidR="003D05DA" w:rsidRDefault="003D05DA" w:rsidP="00426D0A">
            <w:pPr>
              <w:spacing w:after="0" w:line="259" w:lineRule="auto"/>
              <w:rPr>
                <w:rFonts w:hint="eastAsia"/>
              </w:rPr>
            </w:pPr>
            <w:r>
              <w:rPr>
                <w:b/>
                <w:color w:val="135DB4"/>
                <w:sz w:val="14"/>
              </w:rPr>
              <w:t>A.03.07</w:t>
            </w:r>
          </w:p>
        </w:tc>
        <w:tc>
          <w:tcPr>
            <w:tcW w:w="3719" w:type="dxa"/>
            <w:tcMar>
              <w:top w:w="75" w:type="dxa"/>
              <w:left w:w="85" w:type="dxa"/>
              <w:bottom w:w="70" w:type="dxa"/>
              <w:right w:w="85" w:type="dxa"/>
            </w:tcMar>
            <w:vAlign w:val="center"/>
          </w:tcPr>
          <w:p w14:paraId="47FDA416"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688CC48B"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7B5CFF8E"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50189EC1" w14:textId="77777777" w:rsidTr="00426D0A">
        <w:trPr>
          <w:cantSplit/>
          <w:jc w:val="center"/>
        </w:trPr>
        <w:tc>
          <w:tcPr>
            <w:tcW w:w="1600" w:type="dxa"/>
            <w:shd w:val="clear" w:color="auto" w:fill="F0F6FC"/>
            <w:tcMar>
              <w:top w:w="75" w:type="dxa"/>
              <w:left w:w="85" w:type="dxa"/>
              <w:bottom w:w="70" w:type="dxa"/>
              <w:right w:w="85" w:type="dxa"/>
            </w:tcMar>
            <w:vAlign w:val="center"/>
          </w:tcPr>
          <w:p w14:paraId="504B11C1" w14:textId="77777777" w:rsidR="003D05DA" w:rsidRDefault="003D05DA" w:rsidP="00426D0A">
            <w:pPr>
              <w:spacing w:after="0" w:line="259" w:lineRule="auto"/>
              <w:rPr>
                <w:rFonts w:hint="eastAsia"/>
              </w:rPr>
            </w:pPr>
            <w:r>
              <w:rPr>
                <w:b/>
                <w:color w:val="135DB4"/>
                <w:sz w:val="14"/>
              </w:rPr>
              <w:t>A.03.08</w:t>
            </w:r>
          </w:p>
        </w:tc>
        <w:tc>
          <w:tcPr>
            <w:tcW w:w="3719" w:type="dxa"/>
            <w:shd w:val="clear" w:color="auto" w:fill="F0F6FC"/>
            <w:tcMar>
              <w:top w:w="75" w:type="dxa"/>
              <w:left w:w="85" w:type="dxa"/>
              <w:bottom w:w="70" w:type="dxa"/>
              <w:right w:w="85" w:type="dxa"/>
            </w:tcMar>
            <w:vAlign w:val="center"/>
          </w:tcPr>
          <w:p w14:paraId="6AF5065B"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5501CAD1"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40CE9435"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02FAADAC" w14:textId="77777777" w:rsidTr="00426D0A">
        <w:trPr>
          <w:cantSplit/>
          <w:jc w:val="center"/>
        </w:trPr>
        <w:tc>
          <w:tcPr>
            <w:tcW w:w="1600" w:type="dxa"/>
            <w:tcMar>
              <w:top w:w="75" w:type="dxa"/>
              <w:left w:w="85" w:type="dxa"/>
              <w:bottom w:w="70" w:type="dxa"/>
              <w:right w:w="85" w:type="dxa"/>
            </w:tcMar>
            <w:vAlign w:val="center"/>
          </w:tcPr>
          <w:p w14:paraId="5B8F225C" w14:textId="77777777" w:rsidR="003D05DA" w:rsidRDefault="003D05DA" w:rsidP="00426D0A">
            <w:pPr>
              <w:spacing w:after="0" w:line="259" w:lineRule="auto"/>
              <w:rPr>
                <w:rFonts w:hint="eastAsia"/>
              </w:rPr>
            </w:pPr>
            <w:r>
              <w:rPr>
                <w:b/>
                <w:color w:val="135DB4"/>
                <w:sz w:val="14"/>
              </w:rPr>
              <w:t>A.03.09</w:t>
            </w:r>
          </w:p>
        </w:tc>
        <w:tc>
          <w:tcPr>
            <w:tcW w:w="3719" w:type="dxa"/>
            <w:tcMar>
              <w:top w:w="75" w:type="dxa"/>
              <w:left w:w="85" w:type="dxa"/>
              <w:bottom w:w="70" w:type="dxa"/>
              <w:right w:w="85" w:type="dxa"/>
            </w:tcMar>
            <w:vAlign w:val="center"/>
          </w:tcPr>
          <w:p w14:paraId="1D2611DE"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58884172"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E439D68"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6AC741D7" w14:textId="77777777" w:rsidTr="00426D0A">
        <w:trPr>
          <w:cantSplit/>
          <w:jc w:val="center"/>
        </w:trPr>
        <w:tc>
          <w:tcPr>
            <w:tcW w:w="1600" w:type="dxa"/>
            <w:shd w:val="clear" w:color="auto" w:fill="F0F6FC"/>
            <w:tcMar>
              <w:top w:w="75" w:type="dxa"/>
              <w:left w:w="85" w:type="dxa"/>
              <w:bottom w:w="70" w:type="dxa"/>
              <w:right w:w="85" w:type="dxa"/>
            </w:tcMar>
            <w:vAlign w:val="center"/>
          </w:tcPr>
          <w:p w14:paraId="65E561F2" w14:textId="77777777" w:rsidR="003D05DA" w:rsidRDefault="003D05DA" w:rsidP="00426D0A">
            <w:pPr>
              <w:spacing w:after="0" w:line="259" w:lineRule="auto"/>
              <w:rPr>
                <w:rFonts w:hint="eastAsia"/>
              </w:rPr>
            </w:pPr>
            <w:r>
              <w:rPr>
                <w:b/>
                <w:color w:val="135DB4"/>
                <w:sz w:val="14"/>
              </w:rPr>
              <w:t>A.03.10</w:t>
            </w:r>
          </w:p>
        </w:tc>
        <w:tc>
          <w:tcPr>
            <w:tcW w:w="3719" w:type="dxa"/>
            <w:shd w:val="clear" w:color="auto" w:fill="F0F6FC"/>
            <w:tcMar>
              <w:top w:w="75" w:type="dxa"/>
              <w:left w:w="85" w:type="dxa"/>
              <w:bottom w:w="70" w:type="dxa"/>
              <w:right w:w="85" w:type="dxa"/>
            </w:tcMar>
            <w:vAlign w:val="center"/>
          </w:tcPr>
          <w:p w14:paraId="2BEB5F2E"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7FAF1F28"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7C4B2B40"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6F89D9A2" w14:textId="77777777" w:rsidTr="00426D0A">
        <w:trPr>
          <w:cantSplit/>
          <w:jc w:val="center"/>
        </w:trPr>
        <w:tc>
          <w:tcPr>
            <w:tcW w:w="1600" w:type="dxa"/>
            <w:tcMar>
              <w:top w:w="75" w:type="dxa"/>
              <w:left w:w="85" w:type="dxa"/>
              <w:bottom w:w="70" w:type="dxa"/>
              <w:right w:w="85" w:type="dxa"/>
            </w:tcMar>
            <w:vAlign w:val="center"/>
          </w:tcPr>
          <w:p w14:paraId="7935BE3A" w14:textId="77777777" w:rsidR="003D05DA" w:rsidRDefault="003D05DA" w:rsidP="00426D0A">
            <w:pPr>
              <w:spacing w:after="0" w:line="259" w:lineRule="auto"/>
              <w:rPr>
                <w:rFonts w:hint="eastAsia"/>
              </w:rPr>
            </w:pPr>
            <w:r>
              <w:rPr>
                <w:b/>
                <w:color w:val="135DB4"/>
                <w:sz w:val="14"/>
              </w:rPr>
              <w:t>A.03.11</w:t>
            </w:r>
          </w:p>
        </w:tc>
        <w:tc>
          <w:tcPr>
            <w:tcW w:w="3719" w:type="dxa"/>
            <w:tcMar>
              <w:top w:w="75" w:type="dxa"/>
              <w:left w:w="85" w:type="dxa"/>
              <w:bottom w:w="70" w:type="dxa"/>
              <w:right w:w="85" w:type="dxa"/>
            </w:tcMar>
            <w:vAlign w:val="center"/>
          </w:tcPr>
          <w:p w14:paraId="1DCFB148"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43D0D48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3D75E974"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4FADF48B" w14:textId="77777777" w:rsidTr="00426D0A">
        <w:trPr>
          <w:cantSplit/>
          <w:jc w:val="center"/>
        </w:trPr>
        <w:tc>
          <w:tcPr>
            <w:tcW w:w="1600" w:type="dxa"/>
            <w:shd w:val="clear" w:color="auto" w:fill="F0F6FC"/>
            <w:tcMar>
              <w:top w:w="75" w:type="dxa"/>
              <w:left w:w="85" w:type="dxa"/>
              <w:bottom w:w="70" w:type="dxa"/>
              <w:right w:w="85" w:type="dxa"/>
            </w:tcMar>
            <w:vAlign w:val="center"/>
          </w:tcPr>
          <w:p w14:paraId="166F1B88" w14:textId="77777777" w:rsidR="003D05DA" w:rsidRDefault="003D05DA" w:rsidP="00426D0A">
            <w:pPr>
              <w:spacing w:after="0" w:line="259" w:lineRule="auto"/>
              <w:rPr>
                <w:rFonts w:hint="eastAsia"/>
              </w:rPr>
            </w:pPr>
            <w:r>
              <w:rPr>
                <w:b/>
                <w:color w:val="135DB4"/>
                <w:sz w:val="14"/>
              </w:rPr>
              <w:t>A.03.12</w:t>
            </w:r>
          </w:p>
        </w:tc>
        <w:tc>
          <w:tcPr>
            <w:tcW w:w="3719" w:type="dxa"/>
            <w:shd w:val="clear" w:color="auto" w:fill="F0F6FC"/>
            <w:tcMar>
              <w:top w:w="75" w:type="dxa"/>
              <w:left w:w="85" w:type="dxa"/>
              <w:bottom w:w="70" w:type="dxa"/>
              <w:right w:w="85" w:type="dxa"/>
            </w:tcMar>
            <w:vAlign w:val="center"/>
          </w:tcPr>
          <w:p w14:paraId="3F7FF7AA"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2B4D04A2"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44B78674"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7D1ECBAF" w14:textId="77777777" w:rsidTr="00426D0A">
        <w:trPr>
          <w:cantSplit/>
          <w:jc w:val="center"/>
        </w:trPr>
        <w:tc>
          <w:tcPr>
            <w:tcW w:w="1600" w:type="dxa"/>
            <w:tcMar>
              <w:top w:w="75" w:type="dxa"/>
              <w:left w:w="85" w:type="dxa"/>
              <w:bottom w:w="70" w:type="dxa"/>
              <w:right w:w="85" w:type="dxa"/>
            </w:tcMar>
            <w:vAlign w:val="center"/>
          </w:tcPr>
          <w:p w14:paraId="5F8B619E" w14:textId="77777777" w:rsidR="003D05DA" w:rsidRDefault="003D05DA" w:rsidP="00426D0A">
            <w:pPr>
              <w:spacing w:after="0" w:line="259" w:lineRule="auto"/>
              <w:rPr>
                <w:rFonts w:hint="eastAsia"/>
              </w:rPr>
            </w:pPr>
            <w:r>
              <w:rPr>
                <w:b/>
                <w:color w:val="135DB4"/>
                <w:sz w:val="14"/>
              </w:rPr>
              <w:t>A.03.13</w:t>
            </w:r>
          </w:p>
        </w:tc>
        <w:tc>
          <w:tcPr>
            <w:tcW w:w="3719" w:type="dxa"/>
            <w:tcMar>
              <w:top w:w="75" w:type="dxa"/>
              <w:left w:w="85" w:type="dxa"/>
              <w:bottom w:w="70" w:type="dxa"/>
              <w:right w:w="85" w:type="dxa"/>
            </w:tcMar>
            <w:vAlign w:val="center"/>
          </w:tcPr>
          <w:p w14:paraId="012CE489"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2481218"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1EAF0A6" w14:textId="77777777" w:rsidR="003D05DA" w:rsidRDefault="003D05DA" w:rsidP="00426D0A">
            <w:pPr>
              <w:spacing w:after="0" w:line="259" w:lineRule="auto"/>
              <w:rPr>
                <w:rFonts w:hint="eastAsia"/>
              </w:rPr>
            </w:pPr>
            <w:r>
              <w:rPr>
                <w:sz w:val="14"/>
              </w:rPr>
              <w:t>Ir. Nasir / Hani</w:t>
            </w:r>
          </w:p>
        </w:tc>
      </w:tr>
      <w:tr w:rsidR="003D05DA" w14:paraId="3C58CFE4" w14:textId="77777777" w:rsidTr="00426D0A">
        <w:trPr>
          <w:cantSplit/>
          <w:jc w:val="center"/>
        </w:trPr>
        <w:tc>
          <w:tcPr>
            <w:tcW w:w="1600" w:type="dxa"/>
            <w:shd w:val="clear" w:color="auto" w:fill="F0F6FC"/>
            <w:tcMar>
              <w:top w:w="75" w:type="dxa"/>
              <w:left w:w="85" w:type="dxa"/>
              <w:bottom w:w="70" w:type="dxa"/>
              <w:right w:w="85" w:type="dxa"/>
            </w:tcMar>
            <w:vAlign w:val="center"/>
          </w:tcPr>
          <w:p w14:paraId="2178E3B0" w14:textId="77777777" w:rsidR="003D05DA" w:rsidRDefault="003D05DA" w:rsidP="00426D0A">
            <w:pPr>
              <w:spacing w:after="0" w:line="259" w:lineRule="auto"/>
              <w:rPr>
                <w:rFonts w:hint="eastAsia"/>
              </w:rPr>
            </w:pPr>
            <w:r>
              <w:rPr>
                <w:b/>
                <w:color w:val="135DB4"/>
                <w:sz w:val="14"/>
              </w:rPr>
              <w:t>A.03.14</w:t>
            </w:r>
          </w:p>
        </w:tc>
        <w:tc>
          <w:tcPr>
            <w:tcW w:w="3719" w:type="dxa"/>
            <w:shd w:val="clear" w:color="auto" w:fill="F0F6FC"/>
            <w:tcMar>
              <w:top w:w="75" w:type="dxa"/>
              <w:left w:w="85" w:type="dxa"/>
              <w:bottom w:w="70" w:type="dxa"/>
              <w:right w:w="85" w:type="dxa"/>
            </w:tcMar>
            <w:vAlign w:val="center"/>
          </w:tcPr>
          <w:p w14:paraId="35C39069"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2A87CBD6"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36A3935B" w14:textId="77777777" w:rsidR="003D05DA" w:rsidRDefault="003D05DA" w:rsidP="00426D0A">
            <w:pPr>
              <w:spacing w:after="0" w:line="259" w:lineRule="auto"/>
              <w:rPr>
                <w:rFonts w:hint="eastAsia"/>
              </w:rPr>
            </w:pPr>
            <w:r>
              <w:rPr>
                <w:sz w:val="14"/>
              </w:rPr>
              <w:t>Ir. Suparjo / Rino</w:t>
            </w:r>
          </w:p>
        </w:tc>
      </w:tr>
    </w:tbl>
    <w:p w14:paraId="362C42C2" w14:textId="77777777" w:rsidR="003D05DA" w:rsidRDefault="003D05DA" w:rsidP="003D05DA">
      <w:pPr>
        <w:spacing w:after="0"/>
        <w:rPr>
          <w:rFonts w:hint="eastAsia"/>
        </w:rPr>
      </w:pPr>
    </w:p>
    <w:p w14:paraId="5B09D9A7" w14:textId="77777777" w:rsidR="003D05DA" w:rsidRDefault="003D05DA" w:rsidP="003D05DA">
      <w:pPr>
        <w:spacing w:after="240"/>
        <w:rPr>
          <w:rFonts w:hint="eastAsia"/>
        </w:rPr>
      </w:pPr>
    </w:p>
    <w:p w14:paraId="23EFB8F5"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perancangan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3E9747F3"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4CB010EA" w14:textId="77777777" w:rsidR="003D05DA" w:rsidRDefault="003D05DA" w:rsidP="003D05DA">
      <w:pPr>
        <w:rPr>
          <w:rFonts w:hint="eastAsia"/>
        </w:rPr>
      </w:pPr>
      <w:r>
        <w:br w:type="page"/>
      </w:r>
    </w:p>
    <w:p w14:paraId="1985C078" w14:textId="77777777" w:rsidR="003D05DA" w:rsidRDefault="003D05DA" w:rsidP="003D05DA">
      <w:pPr>
        <w:pStyle w:val="SectionTag"/>
        <w:rPr>
          <w:rFonts w:hint="eastAsia"/>
        </w:rPr>
      </w:pPr>
      <w:r>
        <w:rPr>
          <w:b w:val="0"/>
        </w:rPr>
        <w:lastRenderedPageBreak/>
        <w:t>8 / KATALOG A - TEKNIK PELAYANAN KESEHATAN</w:t>
      </w:r>
    </w:p>
    <w:p w14:paraId="3B357ECE" w14:textId="77777777" w:rsidR="003D05DA" w:rsidRDefault="003D05DA" w:rsidP="003D05DA">
      <w:pPr>
        <w:pStyle w:val="MainTitle"/>
        <w:rPr>
          <w:rFonts w:hint="eastAsia"/>
        </w:rPr>
      </w:pPr>
      <w:r>
        <w:rPr>
          <w:b w:val="0"/>
        </w:rPr>
        <w:t xml:space="preserve">A.04 | </w:t>
      </w:r>
      <w:proofErr w:type="spellStart"/>
      <w:r>
        <w:rPr>
          <w:b w:val="0"/>
        </w:rPr>
        <w:t>Pengadaan</w:t>
      </w:r>
      <w:proofErr w:type="spellEnd"/>
    </w:p>
    <w:p w14:paraId="0E4E7C0E"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73F9E90B" w14:textId="77777777" w:rsidR="003D05DA" w:rsidRPr="003D05DA" w:rsidRDefault="003D05DA" w:rsidP="003D05DA">
      <w:pPr>
        <w:pStyle w:val="BodySmall"/>
        <w:rPr>
          <w:rFonts w:hint="eastAsia"/>
          <w:lang w:val="it-IT"/>
        </w:rPr>
      </w:pPr>
      <w:r w:rsidRPr="003D05DA">
        <w:rPr>
          <w:b/>
          <w:lang w:val="it-IT"/>
        </w:rPr>
        <w:t>Fokus materi:</w:t>
      </w:r>
      <w:r w:rsidRPr="003D05DA">
        <w:rPr>
          <w:lang w:val="it-IT"/>
        </w:rPr>
        <w:t xml:space="preserve"> Spesifikasi, evaluasi vendor, kontrak dan penerimaan</w:t>
      </w:r>
    </w:p>
    <w:tbl>
      <w:tblPr>
        <w:tblW w:w="0" w:type="auto"/>
        <w:jc w:val="center"/>
        <w:tblLayout w:type="fixed"/>
        <w:tblLook w:val="04A0" w:firstRow="1" w:lastRow="0" w:firstColumn="1" w:lastColumn="0" w:noHBand="0" w:noVBand="1"/>
      </w:tblPr>
      <w:tblGrid>
        <w:gridCol w:w="1600"/>
        <w:gridCol w:w="3719"/>
        <w:gridCol w:w="2159"/>
        <w:gridCol w:w="2699"/>
      </w:tblGrid>
      <w:tr w:rsidR="003D05DA" w14:paraId="370D6925"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556E4188"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01D4E609"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5F89A2C3"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3E35F539"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4FAA531F" w14:textId="77777777" w:rsidTr="00426D0A">
        <w:trPr>
          <w:cantSplit/>
          <w:jc w:val="center"/>
        </w:trPr>
        <w:tc>
          <w:tcPr>
            <w:tcW w:w="1600" w:type="dxa"/>
            <w:tcMar>
              <w:top w:w="75" w:type="dxa"/>
              <w:left w:w="85" w:type="dxa"/>
              <w:bottom w:w="70" w:type="dxa"/>
              <w:right w:w="85" w:type="dxa"/>
            </w:tcMar>
            <w:vAlign w:val="center"/>
          </w:tcPr>
          <w:p w14:paraId="18877754" w14:textId="77777777" w:rsidR="003D05DA" w:rsidRDefault="003D05DA" w:rsidP="00426D0A">
            <w:pPr>
              <w:spacing w:after="0" w:line="259" w:lineRule="auto"/>
              <w:rPr>
                <w:rFonts w:hint="eastAsia"/>
              </w:rPr>
            </w:pPr>
            <w:r>
              <w:rPr>
                <w:b/>
                <w:color w:val="135DB4"/>
                <w:sz w:val="14"/>
              </w:rPr>
              <w:t>A.04.01</w:t>
            </w:r>
          </w:p>
        </w:tc>
        <w:tc>
          <w:tcPr>
            <w:tcW w:w="3719" w:type="dxa"/>
            <w:tcMar>
              <w:top w:w="75" w:type="dxa"/>
              <w:left w:w="85" w:type="dxa"/>
              <w:bottom w:w="70" w:type="dxa"/>
              <w:right w:w="85" w:type="dxa"/>
            </w:tcMar>
            <w:vAlign w:val="center"/>
          </w:tcPr>
          <w:p w14:paraId="1FF97E8D"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4178A111"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4BC7EBB5" w14:textId="77777777" w:rsidR="003D05DA" w:rsidRDefault="003D05DA" w:rsidP="00426D0A">
            <w:pPr>
              <w:spacing w:after="0" w:line="259" w:lineRule="auto"/>
              <w:rPr>
                <w:rFonts w:hint="eastAsia"/>
              </w:rPr>
            </w:pPr>
            <w:r>
              <w:rPr>
                <w:sz w:val="14"/>
              </w:rPr>
              <w:t>Prof. Eko / Dr. Benny</w:t>
            </w:r>
          </w:p>
        </w:tc>
      </w:tr>
      <w:tr w:rsidR="003D05DA" w14:paraId="6146858D" w14:textId="77777777" w:rsidTr="00426D0A">
        <w:trPr>
          <w:cantSplit/>
          <w:jc w:val="center"/>
        </w:trPr>
        <w:tc>
          <w:tcPr>
            <w:tcW w:w="1600" w:type="dxa"/>
            <w:shd w:val="clear" w:color="auto" w:fill="F0F6FC"/>
            <w:tcMar>
              <w:top w:w="75" w:type="dxa"/>
              <w:left w:w="85" w:type="dxa"/>
              <w:bottom w:w="70" w:type="dxa"/>
              <w:right w:w="85" w:type="dxa"/>
            </w:tcMar>
            <w:vAlign w:val="center"/>
          </w:tcPr>
          <w:p w14:paraId="5443BA55" w14:textId="77777777" w:rsidR="003D05DA" w:rsidRDefault="003D05DA" w:rsidP="00426D0A">
            <w:pPr>
              <w:spacing w:after="0" w:line="259" w:lineRule="auto"/>
              <w:rPr>
                <w:rFonts w:hint="eastAsia"/>
              </w:rPr>
            </w:pPr>
            <w:r>
              <w:rPr>
                <w:b/>
                <w:color w:val="135DB4"/>
                <w:sz w:val="14"/>
              </w:rPr>
              <w:t>A.04.02</w:t>
            </w:r>
          </w:p>
        </w:tc>
        <w:tc>
          <w:tcPr>
            <w:tcW w:w="3719" w:type="dxa"/>
            <w:shd w:val="clear" w:color="auto" w:fill="F0F6FC"/>
            <w:tcMar>
              <w:top w:w="75" w:type="dxa"/>
              <w:left w:w="85" w:type="dxa"/>
              <w:bottom w:w="70" w:type="dxa"/>
              <w:right w:w="85" w:type="dxa"/>
            </w:tcMar>
            <w:vAlign w:val="center"/>
          </w:tcPr>
          <w:p w14:paraId="45502233"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E3CD7C5"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6F2E60DA"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56D65F40" w14:textId="77777777" w:rsidTr="00426D0A">
        <w:trPr>
          <w:cantSplit/>
          <w:jc w:val="center"/>
        </w:trPr>
        <w:tc>
          <w:tcPr>
            <w:tcW w:w="1600" w:type="dxa"/>
            <w:tcMar>
              <w:top w:w="75" w:type="dxa"/>
              <w:left w:w="85" w:type="dxa"/>
              <w:bottom w:w="70" w:type="dxa"/>
              <w:right w:w="85" w:type="dxa"/>
            </w:tcMar>
            <w:vAlign w:val="center"/>
          </w:tcPr>
          <w:p w14:paraId="697E63E3" w14:textId="77777777" w:rsidR="003D05DA" w:rsidRDefault="003D05DA" w:rsidP="00426D0A">
            <w:pPr>
              <w:spacing w:after="0" w:line="259" w:lineRule="auto"/>
              <w:rPr>
                <w:rFonts w:hint="eastAsia"/>
              </w:rPr>
            </w:pPr>
            <w:r>
              <w:rPr>
                <w:b/>
                <w:color w:val="135DB4"/>
                <w:sz w:val="14"/>
              </w:rPr>
              <w:t>A.04.03</w:t>
            </w:r>
          </w:p>
        </w:tc>
        <w:tc>
          <w:tcPr>
            <w:tcW w:w="3719" w:type="dxa"/>
            <w:tcMar>
              <w:top w:w="75" w:type="dxa"/>
              <w:left w:w="85" w:type="dxa"/>
              <w:bottom w:w="70" w:type="dxa"/>
              <w:right w:w="85" w:type="dxa"/>
            </w:tcMar>
            <w:vAlign w:val="center"/>
          </w:tcPr>
          <w:p w14:paraId="30CAEA5C"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738D9EA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B0CD865" w14:textId="77777777" w:rsidR="003D05DA" w:rsidRDefault="003D05DA" w:rsidP="00426D0A">
            <w:pPr>
              <w:spacing w:after="0" w:line="259" w:lineRule="auto"/>
              <w:rPr>
                <w:rFonts w:hint="eastAsia"/>
              </w:rPr>
            </w:pPr>
            <w:r>
              <w:rPr>
                <w:sz w:val="14"/>
              </w:rPr>
              <w:t>Dr. Benny / Hilman Hamid</w:t>
            </w:r>
          </w:p>
        </w:tc>
      </w:tr>
      <w:tr w:rsidR="003D05DA" w14:paraId="18BDE760" w14:textId="77777777" w:rsidTr="00426D0A">
        <w:trPr>
          <w:cantSplit/>
          <w:jc w:val="center"/>
        </w:trPr>
        <w:tc>
          <w:tcPr>
            <w:tcW w:w="1600" w:type="dxa"/>
            <w:shd w:val="clear" w:color="auto" w:fill="F0F6FC"/>
            <w:tcMar>
              <w:top w:w="75" w:type="dxa"/>
              <w:left w:w="85" w:type="dxa"/>
              <w:bottom w:w="70" w:type="dxa"/>
              <w:right w:w="85" w:type="dxa"/>
            </w:tcMar>
            <w:vAlign w:val="center"/>
          </w:tcPr>
          <w:p w14:paraId="7910FBCE" w14:textId="77777777" w:rsidR="003D05DA" w:rsidRDefault="003D05DA" w:rsidP="00426D0A">
            <w:pPr>
              <w:spacing w:after="0" w:line="259" w:lineRule="auto"/>
              <w:rPr>
                <w:rFonts w:hint="eastAsia"/>
              </w:rPr>
            </w:pPr>
            <w:r>
              <w:rPr>
                <w:b/>
                <w:color w:val="135DB4"/>
                <w:sz w:val="14"/>
              </w:rPr>
              <w:t>A.04.04</w:t>
            </w:r>
          </w:p>
        </w:tc>
        <w:tc>
          <w:tcPr>
            <w:tcW w:w="3719" w:type="dxa"/>
            <w:shd w:val="clear" w:color="auto" w:fill="F0F6FC"/>
            <w:tcMar>
              <w:top w:w="75" w:type="dxa"/>
              <w:left w:w="85" w:type="dxa"/>
              <w:bottom w:w="70" w:type="dxa"/>
              <w:right w:w="85" w:type="dxa"/>
            </w:tcMar>
            <w:vAlign w:val="center"/>
          </w:tcPr>
          <w:p w14:paraId="1B98FAB6"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56D6C8BF"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08E01CCF"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420F1DCC" w14:textId="77777777" w:rsidTr="00426D0A">
        <w:trPr>
          <w:cantSplit/>
          <w:jc w:val="center"/>
        </w:trPr>
        <w:tc>
          <w:tcPr>
            <w:tcW w:w="1600" w:type="dxa"/>
            <w:tcMar>
              <w:top w:w="75" w:type="dxa"/>
              <w:left w:w="85" w:type="dxa"/>
              <w:bottom w:w="70" w:type="dxa"/>
              <w:right w:w="85" w:type="dxa"/>
            </w:tcMar>
            <w:vAlign w:val="center"/>
          </w:tcPr>
          <w:p w14:paraId="48620DDD" w14:textId="77777777" w:rsidR="003D05DA" w:rsidRDefault="003D05DA" w:rsidP="00426D0A">
            <w:pPr>
              <w:spacing w:after="0" w:line="259" w:lineRule="auto"/>
              <w:rPr>
                <w:rFonts w:hint="eastAsia"/>
              </w:rPr>
            </w:pPr>
            <w:r>
              <w:rPr>
                <w:b/>
                <w:color w:val="135DB4"/>
                <w:sz w:val="14"/>
              </w:rPr>
              <w:t>A.04.05</w:t>
            </w:r>
          </w:p>
        </w:tc>
        <w:tc>
          <w:tcPr>
            <w:tcW w:w="3719" w:type="dxa"/>
            <w:tcMar>
              <w:top w:w="75" w:type="dxa"/>
              <w:left w:w="85" w:type="dxa"/>
              <w:bottom w:w="70" w:type="dxa"/>
              <w:right w:w="85" w:type="dxa"/>
            </w:tcMar>
            <w:vAlign w:val="center"/>
          </w:tcPr>
          <w:p w14:paraId="74BAB5C4"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39DC2248"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4D1BE438"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3786D104" w14:textId="77777777" w:rsidTr="00426D0A">
        <w:trPr>
          <w:cantSplit/>
          <w:jc w:val="center"/>
        </w:trPr>
        <w:tc>
          <w:tcPr>
            <w:tcW w:w="1600" w:type="dxa"/>
            <w:shd w:val="clear" w:color="auto" w:fill="F0F6FC"/>
            <w:tcMar>
              <w:top w:w="75" w:type="dxa"/>
              <w:left w:w="85" w:type="dxa"/>
              <w:bottom w:w="70" w:type="dxa"/>
              <w:right w:w="85" w:type="dxa"/>
            </w:tcMar>
            <w:vAlign w:val="center"/>
          </w:tcPr>
          <w:p w14:paraId="58F6F2B3" w14:textId="77777777" w:rsidR="003D05DA" w:rsidRDefault="003D05DA" w:rsidP="00426D0A">
            <w:pPr>
              <w:spacing w:after="0" w:line="259" w:lineRule="auto"/>
              <w:rPr>
                <w:rFonts w:hint="eastAsia"/>
              </w:rPr>
            </w:pPr>
            <w:r>
              <w:rPr>
                <w:b/>
                <w:color w:val="135DB4"/>
                <w:sz w:val="14"/>
              </w:rPr>
              <w:t>A.04.06</w:t>
            </w:r>
          </w:p>
        </w:tc>
        <w:tc>
          <w:tcPr>
            <w:tcW w:w="3719" w:type="dxa"/>
            <w:shd w:val="clear" w:color="auto" w:fill="F0F6FC"/>
            <w:tcMar>
              <w:top w:w="75" w:type="dxa"/>
              <w:left w:w="85" w:type="dxa"/>
              <w:bottom w:w="70" w:type="dxa"/>
              <w:right w:w="85" w:type="dxa"/>
            </w:tcMar>
            <w:vAlign w:val="center"/>
          </w:tcPr>
          <w:p w14:paraId="14C9A3D5"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169EDDF3"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67B57643"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641900E1" w14:textId="77777777" w:rsidTr="00426D0A">
        <w:trPr>
          <w:cantSplit/>
          <w:jc w:val="center"/>
        </w:trPr>
        <w:tc>
          <w:tcPr>
            <w:tcW w:w="1600" w:type="dxa"/>
            <w:tcMar>
              <w:top w:w="75" w:type="dxa"/>
              <w:left w:w="85" w:type="dxa"/>
              <w:bottom w:w="70" w:type="dxa"/>
              <w:right w:w="85" w:type="dxa"/>
            </w:tcMar>
            <w:vAlign w:val="center"/>
          </w:tcPr>
          <w:p w14:paraId="4A0D56C7" w14:textId="77777777" w:rsidR="003D05DA" w:rsidRDefault="003D05DA" w:rsidP="00426D0A">
            <w:pPr>
              <w:spacing w:after="0" w:line="259" w:lineRule="auto"/>
              <w:rPr>
                <w:rFonts w:hint="eastAsia"/>
              </w:rPr>
            </w:pPr>
            <w:r>
              <w:rPr>
                <w:b/>
                <w:color w:val="135DB4"/>
                <w:sz w:val="14"/>
              </w:rPr>
              <w:t>A.04.07</w:t>
            </w:r>
          </w:p>
        </w:tc>
        <w:tc>
          <w:tcPr>
            <w:tcW w:w="3719" w:type="dxa"/>
            <w:tcMar>
              <w:top w:w="75" w:type="dxa"/>
              <w:left w:w="85" w:type="dxa"/>
              <w:bottom w:w="70" w:type="dxa"/>
              <w:right w:w="85" w:type="dxa"/>
            </w:tcMar>
            <w:vAlign w:val="center"/>
          </w:tcPr>
          <w:p w14:paraId="7CC6DF57"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7472FEA5"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7A9FEB76"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5174EB73" w14:textId="77777777" w:rsidTr="00426D0A">
        <w:trPr>
          <w:cantSplit/>
          <w:jc w:val="center"/>
        </w:trPr>
        <w:tc>
          <w:tcPr>
            <w:tcW w:w="1600" w:type="dxa"/>
            <w:shd w:val="clear" w:color="auto" w:fill="F0F6FC"/>
            <w:tcMar>
              <w:top w:w="75" w:type="dxa"/>
              <w:left w:w="85" w:type="dxa"/>
              <w:bottom w:w="70" w:type="dxa"/>
              <w:right w:w="85" w:type="dxa"/>
            </w:tcMar>
            <w:vAlign w:val="center"/>
          </w:tcPr>
          <w:p w14:paraId="2E43B10C" w14:textId="77777777" w:rsidR="003D05DA" w:rsidRDefault="003D05DA" w:rsidP="00426D0A">
            <w:pPr>
              <w:spacing w:after="0" w:line="259" w:lineRule="auto"/>
              <w:rPr>
                <w:rFonts w:hint="eastAsia"/>
              </w:rPr>
            </w:pPr>
            <w:r>
              <w:rPr>
                <w:b/>
                <w:color w:val="135DB4"/>
                <w:sz w:val="14"/>
              </w:rPr>
              <w:t>A.04.08</w:t>
            </w:r>
          </w:p>
        </w:tc>
        <w:tc>
          <w:tcPr>
            <w:tcW w:w="3719" w:type="dxa"/>
            <w:shd w:val="clear" w:color="auto" w:fill="F0F6FC"/>
            <w:tcMar>
              <w:top w:w="75" w:type="dxa"/>
              <w:left w:w="85" w:type="dxa"/>
              <w:bottom w:w="70" w:type="dxa"/>
              <w:right w:w="85" w:type="dxa"/>
            </w:tcMar>
            <w:vAlign w:val="center"/>
          </w:tcPr>
          <w:p w14:paraId="75EBF61E"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784DD827"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5D6A48BA"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5FFEC4AC" w14:textId="77777777" w:rsidTr="00426D0A">
        <w:trPr>
          <w:cantSplit/>
          <w:jc w:val="center"/>
        </w:trPr>
        <w:tc>
          <w:tcPr>
            <w:tcW w:w="1600" w:type="dxa"/>
            <w:tcMar>
              <w:top w:w="75" w:type="dxa"/>
              <w:left w:w="85" w:type="dxa"/>
              <w:bottom w:w="70" w:type="dxa"/>
              <w:right w:w="85" w:type="dxa"/>
            </w:tcMar>
            <w:vAlign w:val="center"/>
          </w:tcPr>
          <w:p w14:paraId="0D79797D" w14:textId="77777777" w:rsidR="003D05DA" w:rsidRDefault="003D05DA" w:rsidP="00426D0A">
            <w:pPr>
              <w:spacing w:after="0" w:line="259" w:lineRule="auto"/>
              <w:rPr>
                <w:rFonts w:hint="eastAsia"/>
              </w:rPr>
            </w:pPr>
            <w:r>
              <w:rPr>
                <w:b/>
                <w:color w:val="135DB4"/>
                <w:sz w:val="14"/>
              </w:rPr>
              <w:t>A.04.09</w:t>
            </w:r>
          </w:p>
        </w:tc>
        <w:tc>
          <w:tcPr>
            <w:tcW w:w="3719" w:type="dxa"/>
            <w:tcMar>
              <w:top w:w="75" w:type="dxa"/>
              <w:left w:w="85" w:type="dxa"/>
              <w:bottom w:w="70" w:type="dxa"/>
              <w:right w:w="85" w:type="dxa"/>
            </w:tcMar>
            <w:vAlign w:val="center"/>
          </w:tcPr>
          <w:p w14:paraId="08367AAB"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2D0CA5D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59424FDD"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21C300BA" w14:textId="77777777" w:rsidTr="00426D0A">
        <w:trPr>
          <w:cantSplit/>
          <w:jc w:val="center"/>
        </w:trPr>
        <w:tc>
          <w:tcPr>
            <w:tcW w:w="1600" w:type="dxa"/>
            <w:shd w:val="clear" w:color="auto" w:fill="F0F6FC"/>
            <w:tcMar>
              <w:top w:w="75" w:type="dxa"/>
              <w:left w:w="85" w:type="dxa"/>
              <w:bottom w:w="70" w:type="dxa"/>
              <w:right w:w="85" w:type="dxa"/>
            </w:tcMar>
            <w:vAlign w:val="center"/>
          </w:tcPr>
          <w:p w14:paraId="4BCBF032" w14:textId="77777777" w:rsidR="003D05DA" w:rsidRDefault="003D05DA" w:rsidP="00426D0A">
            <w:pPr>
              <w:spacing w:after="0" w:line="259" w:lineRule="auto"/>
              <w:rPr>
                <w:rFonts w:hint="eastAsia"/>
              </w:rPr>
            </w:pPr>
            <w:r>
              <w:rPr>
                <w:b/>
                <w:color w:val="135DB4"/>
                <w:sz w:val="14"/>
              </w:rPr>
              <w:t>A.04.10</w:t>
            </w:r>
          </w:p>
        </w:tc>
        <w:tc>
          <w:tcPr>
            <w:tcW w:w="3719" w:type="dxa"/>
            <w:shd w:val="clear" w:color="auto" w:fill="F0F6FC"/>
            <w:tcMar>
              <w:top w:w="75" w:type="dxa"/>
              <w:left w:w="85" w:type="dxa"/>
              <w:bottom w:w="70" w:type="dxa"/>
              <w:right w:w="85" w:type="dxa"/>
            </w:tcMar>
            <w:vAlign w:val="center"/>
          </w:tcPr>
          <w:p w14:paraId="69CA95B6"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1BDE685F"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3E56C4A7"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2AEC6A22" w14:textId="77777777" w:rsidTr="00426D0A">
        <w:trPr>
          <w:cantSplit/>
          <w:jc w:val="center"/>
        </w:trPr>
        <w:tc>
          <w:tcPr>
            <w:tcW w:w="1600" w:type="dxa"/>
            <w:tcMar>
              <w:top w:w="75" w:type="dxa"/>
              <w:left w:w="85" w:type="dxa"/>
              <w:bottom w:w="70" w:type="dxa"/>
              <w:right w:w="85" w:type="dxa"/>
            </w:tcMar>
            <w:vAlign w:val="center"/>
          </w:tcPr>
          <w:p w14:paraId="50FFB30A" w14:textId="77777777" w:rsidR="003D05DA" w:rsidRDefault="003D05DA" w:rsidP="00426D0A">
            <w:pPr>
              <w:spacing w:after="0" w:line="259" w:lineRule="auto"/>
              <w:rPr>
                <w:rFonts w:hint="eastAsia"/>
              </w:rPr>
            </w:pPr>
            <w:r>
              <w:rPr>
                <w:b/>
                <w:color w:val="135DB4"/>
                <w:sz w:val="14"/>
              </w:rPr>
              <w:t>A.04.11</w:t>
            </w:r>
          </w:p>
        </w:tc>
        <w:tc>
          <w:tcPr>
            <w:tcW w:w="3719" w:type="dxa"/>
            <w:tcMar>
              <w:top w:w="75" w:type="dxa"/>
              <w:left w:w="85" w:type="dxa"/>
              <w:bottom w:w="70" w:type="dxa"/>
              <w:right w:w="85" w:type="dxa"/>
            </w:tcMar>
            <w:vAlign w:val="center"/>
          </w:tcPr>
          <w:p w14:paraId="7C846DCE"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7F757C9B"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593A416A"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58C09371" w14:textId="77777777" w:rsidTr="00426D0A">
        <w:trPr>
          <w:cantSplit/>
          <w:jc w:val="center"/>
        </w:trPr>
        <w:tc>
          <w:tcPr>
            <w:tcW w:w="1600" w:type="dxa"/>
            <w:shd w:val="clear" w:color="auto" w:fill="F0F6FC"/>
            <w:tcMar>
              <w:top w:w="75" w:type="dxa"/>
              <w:left w:w="85" w:type="dxa"/>
              <w:bottom w:w="70" w:type="dxa"/>
              <w:right w:w="85" w:type="dxa"/>
            </w:tcMar>
            <w:vAlign w:val="center"/>
          </w:tcPr>
          <w:p w14:paraId="4AB06009" w14:textId="77777777" w:rsidR="003D05DA" w:rsidRDefault="003D05DA" w:rsidP="00426D0A">
            <w:pPr>
              <w:spacing w:after="0" w:line="259" w:lineRule="auto"/>
              <w:rPr>
                <w:rFonts w:hint="eastAsia"/>
              </w:rPr>
            </w:pPr>
            <w:r>
              <w:rPr>
                <w:b/>
                <w:color w:val="135DB4"/>
                <w:sz w:val="14"/>
              </w:rPr>
              <w:t>A.04.12</w:t>
            </w:r>
          </w:p>
        </w:tc>
        <w:tc>
          <w:tcPr>
            <w:tcW w:w="3719" w:type="dxa"/>
            <w:shd w:val="clear" w:color="auto" w:fill="F0F6FC"/>
            <w:tcMar>
              <w:top w:w="75" w:type="dxa"/>
              <w:left w:w="85" w:type="dxa"/>
              <w:bottom w:w="70" w:type="dxa"/>
              <w:right w:w="85" w:type="dxa"/>
            </w:tcMar>
            <w:vAlign w:val="center"/>
          </w:tcPr>
          <w:p w14:paraId="6B61104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05B9AFC3"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3F988203"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49294CB8" w14:textId="77777777" w:rsidTr="00426D0A">
        <w:trPr>
          <w:cantSplit/>
          <w:jc w:val="center"/>
        </w:trPr>
        <w:tc>
          <w:tcPr>
            <w:tcW w:w="1600" w:type="dxa"/>
            <w:tcMar>
              <w:top w:w="75" w:type="dxa"/>
              <w:left w:w="85" w:type="dxa"/>
              <w:bottom w:w="70" w:type="dxa"/>
              <w:right w:w="85" w:type="dxa"/>
            </w:tcMar>
            <w:vAlign w:val="center"/>
          </w:tcPr>
          <w:p w14:paraId="6EE53488" w14:textId="77777777" w:rsidR="003D05DA" w:rsidRDefault="003D05DA" w:rsidP="00426D0A">
            <w:pPr>
              <w:spacing w:after="0" w:line="259" w:lineRule="auto"/>
              <w:rPr>
                <w:rFonts w:hint="eastAsia"/>
              </w:rPr>
            </w:pPr>
            <w:r>
              <w:rPr>
                <w:b/>
                <w:color w:val="135DB4"/>
                <w:sz w:val="14"/>
              </w:rPr>
              <w:t>A.04.13</w:t>
            </w:r>
          </w:p>
        </w:tc>
        <w:tc>
          <w:tcPr>
            <w:tcW w:w="3719" w:type="dxa"/>
            <w:tcMar>
              <w:top w:w="75" w:type="dxa"/>
              <w:left w:w="85" w:type="dxa"/>
              <w:bottom w:w="70" w:type="dxa"/>
              <w:right w:w="85" w:type="dxa"/>
            </w:tcMar>
            <w:vAlign w:val="center"/>
          </w:tcPr>
          <w:p w14:paraId="6A1D477B"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04C201D"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0378B7A1" w14:textId="77777777" w:rsidR="003D05DA" w:rsidRDefault="003D05DA" w:rsidP="00426D0A">
            <w:pPr>
              <w:spacing w:after="0" w:line="259" w:lineRule="auto"/>
              <w:rPr>
                <w:rFonts w:hint="eastAsia"/>
              </w:rPr>
            </w:pPr>
            <w:r>
              <w:rPr>
                <w:sz w:val="14"/>
              </w:rPr>
              <w:t>Ir. Nasir / Hani</w:t>
            </w:r>
          </w:p>
        </w:tc>
      </w:tr>
      <w:tr w:rsidR="003D05DA" w14:paraId="16525E09" w14:textId="77777777" w:rsidTr="00426D0A">
        <w:trPr>
          <w:cantSplit/>
          <w:jc w:val="center"/>
        </w:trPr>
        <w:tc>
          <w:tcPr>
            <w:tcW w:w="1600" w:type="dxa"/>
            <w:shd w:val="clear" w:color="auto" w:fill="F0F6FC"/>
            <w:tcMar>
              <w:top w:w="75" w:type="dxa"/>
              <w:left w:w="85" w:type="dxa"/>
              <w:bottom w:w="70" w:type="dxa"/>
              <w:right w:w="85" w:type="dxa"/>
            </w:tcMar>
            <w:vAlign w:val="center"/>
          </w:tcPr>
          <w:p w14:paraId="5070FDA7" w14:textId="77777777" w:rsidR="003D05DA" w:rsidRDefault="003D05DA" w:rsidP="00426D0A">
            <w:pPr>
              <w:spacing w:after="0" w:line="259" w:lineRule="auto"/>
              <w:rPr>
                <w:rFonts w:hint="eastAsia"/>
              </w:rPr>
            </w:pPr>
            <w:r>
              <w:rPr>
                <w:b/>
                <w:color w:val="135DB4"/>
                <w:sz w:val="14"/>
              </w:rPr>
              <w:t>A.04.14</w:t>
            </w:r>
          </w:p>
        </w:tc>
        <w:tc>
          <w:tcPr>
            <w:tcW w:w="3719" w:type="dxa"/>
            <w:shd w:val="clear" w:color="auto" w:fill="F0F6FC"/>
            <w:tcMar>
              <w:top w:w="75" w:type="dxa"/>
              <w:left w:w="85" w:type="dxa"/>
              <w:bottom w:w="70" w:type="dxa"/>
              <w:right w:w="85" w:type="dxa"/>
            </w:tcMar>
            <w:vAlign w:val="center"/>
          </w:tcPr>
          <w:p w14:paraId="19BFDC51"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7073D16F"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26369081" w14:textId="77777777" w:rsidR="003D05DA" w:rsidRDefault="003D05DA" w:rsidP="00426D0A">
            <w:pPr>
              <w:spacing w:after="0" w:line="259" w:lineRule="auto"/>
              <w:rPr>
                <w:rFonts w:hint="eastAsia"/>
              </w:rPr>
            </w:pPr>
            <w:r>
              <w:rPr>
                <w:sz w:val="14"/>
              </w:rPr>
              <w:t>Ir. Suparjo / Rino</w:t>
            </w:r>
          </w:p>
        </w:tc>
      </w:tr>
    </w:tbl>
    <w:p w14:paraId="70EE4972" w14:textId="77777777" w:rsidR="003D05DA" w:rsidRDefault="003D05DA" w:rsidP="003D05DA">
      <w:pPr>
        <w:spacing w:after="0"/>
        <w:rPr>
          <w:rFonts w:hint="eastAsia"/>
        </w:rPr>
      </w:pPr>
    </w:p>
    <w:p w14:paraId="008493E1" w14:textId="77777777" w:rsidR="003D05DA" w:rsidRDefault="003D05DA" w:rsidP="003D05DA">
      <w:pPr>
        <w:spacing w:after="240"/>
        <w:rPr>
          <w:rFonts w:hint="eastAsia"/>
        </w:rPr>
      </w:pPr>
    </w:p>
    <w:p w14:paraId="7929BCC8"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pengadaan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513C3EA4"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0F3BF3DF" w14:textId="77777777" w:rsidR="003D05DA" w:rsidRDefault="003D05DA" w:rsidP="003D05DA">
      <w:pPr>
        <w:rPr>
          <w:rFonts w:hint="eastAsia"/>
        </w:rPr>
      </w:pPr>
      <w:r>
        <w:br w:type="page"/>
      </w:r>
    </w:p>
    <w:p w14:paraId="0A0760C5" w14:textId="77777777" w:rsidR="003D05DA" w:rsidRDefault="003D05DA" w:rsidP="003D05DA">
      <w:pPr>
        <w:pStyle w:val="SectionTag"/>
        <w:rPr>
          <w:rFonts w:hint="eastAsia"/>
        </w:rPr>
      </w:pPr>
      <w:r>
        <w:rPr>
          <w:b w:val="0"/>
        </w:rPr>
        <w:lastRenderedPageBreak/>
        <w:t>8 / KATALOG A - TEKNIK PELAYANAN KESEHATAN</w:t>
      </w:r>
    </w:p>
    <w:p w14:paraId="5818263A" w14:textId="77777777" w:rsidR="003D05DA" w:rsidRDefault="003D05DA" w:rsidP="003D05DA">
      <w:pPr>
        <w:pStyle w:val="MainTitle"/>
        <w:rPr>
          <w:rFonts w:hint="eastAsia"/>
        </w:rPr>
      </w:pPr>
      <w:r>
        <w:rPr>
          <w:b w:val="0"/>
        </w:rPr>
        <w:t xml:space="preserve">A.05 | </w:t>
      </w:r>
      <w:proofErr w:type="spellStart"/>
      <w:r>
        <w:rPr>
          <w:b w:val="0"/>
        </w:rPr>
        <w:t>Instalasi</w:t>
      </w:r>
      <w:proofErr w:type="spellEnd"/>
      <w:r>
        <w:rPr>
          <w:b w:val="0"/>
        </w:rPr>
        <w:t xml:space="preserve"> dan </w:t>
      </w:r>
      <w:proofErr w:type="spellStart"/>
      <w:r>
        <w:rPr>
          <w:b w:val="0"/>
        </w:rPr>
        <w:t>konstruksi</w:t>
      </w:r>
      <w:proofErr w:type="spellEnd"/>
    </w:p>
    <w:p w14:paraId="317F75E8"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01DB2245" w14:textId="77777777" w:rsidR="003D05DA" w:rsidRPr="003D05DA" w:rsidRDefault="003D05DA" w:rsidP="003D05DA">
      <w:pPr>
        <w:pStyle w:val="BodySmall"/>
        <w:rPr>
          <w:rFonts w:hint="eastAsia"/>
          <w:lang w:val="it-IT"/>
        </w:rPr>
      </w:pPr>
      <w:r w:rsidRPr="003D05DA">
        <w:rPr>
          <w:b/>
          <w:lang w:val="it-IT"/>
        </w:rPr>
        <w:t>Fokus materi:</w:t>
      </w:r>
      <w:r w:rsidRPr="003D05DA">
        <w:rPr>
          <w:lang w:val="it-IT"/>
        </w:rPr>
        <w:t xml:space="preserve"> Implementasi, keselamatan konstruksi, integrasi sistem</w:t>
      </w:r>
    </w:p>
    <w:tbl>
      <w:tblPr>
        <w:tblW w:w="0" w:type="auto"/>
        <w:jc w:val="center"/>
        <w:tblLayout w:type="fixed"/>
        <w:tblLook w:val="04A0" w:firstRow="1" w:lastRow="0" w:firstColumn="1" w:lastColumn="0" w:noHBand="0" w:noVBand="1"/>
      </w:tblPr>
      <w:tblGrid>
        <w:gridCol w:w="1600"/>
        <w:gridCol w:w="3719"/>
        <w:gridCol w:w="2159"/>
        <w:gridCol w:w="2699"/>
      </w:tblGrid>
      <w:tr w:rsidR="003D05DA" w14:paraId="255F5F15"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4EBE7480"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7B883E9F"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34D74EBA"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42F3FDE0"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2EC6153B" w14:textId="77777777" w:rsidTr="00426D0A">
        <w:trPr>
          <w:cantSplit/>
          <w:jc w:val="center"/>
        </w:trPr>
        <w:tc>
          <w:tcPr>
            <w:tcW w:w="1600" w:type="dxa"/>
            <w:tcMar>
              <w:top w:w="75" w:type="dxa"/>
              <w:left w:w="85" w:type="dxa"/>
              <w:bottom w:w="70" w:type="dxa"/>
              <w:right w:w="85" w:type="dxa"/>
            </w:tcMar>
            <w:vAlign w:val="center"/>
          </w:tcPr>
          <w:p w14:paraId="56CF60E6" w14:textId="77777777" w:rsidR="003D05DA" w:rsidRDefault="003D05DA" w:rsidP="00426D0A">
            <w:pPr>
              <w:spacing w:after="0" w:line="259" w:lineRule="auto"/>
              <w:rPr>
                <w:rFonts w:hint="eastAsia"/>
              </w:rPr>
            </w:pPr>
            <w:r>
              <w:rPr>
                <w:b/>
                <w:color w:val="135DB4"/>
                <w:sz w:val="14"/>
              </w:rPr>
              <w:t>A.05.01</w:t>
            </w:r>
          </w:p>
        </w:tc>
        <w:tc>
          <w:tcPr>
            <w:tcW w:w="3719" w:type="dxa"/>
            <w:tcMar>
              <w:top w:w="75" w:type="dxa"/>
              <w:left w:w="85" w:type="dxa"/>
              <w:bottom w:w="70" w:type="dxa"/>
              <w:right w:w="85" w:type="dxa"/>
            </w:tcMar>
            <w:vAlign w:val="center"/>
          </w:tcPr>
          <w:p w14:paraId="6CC54133"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66634613"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09842D2F" w14:textId="77777777" w:rsidR="003D05DA" w:rsidRDefault="003D05DA" w:rsidP="00426D0A">
            <w:pPr>
              <w:spacing w:after="0" w:line="259" w:lineRule="auto"/>
              <w:rPr>
                <w:rFonts w:hint="eastAsia"/>
              </w:rPr>
            </w:pPr>
            <w:r>
              <w:rPr>
                <w:sz w:val="14"/>
              </w:rPr>
              <w:t>Prof. Eko / Dr. Benny</w:t>
            </w:r>
          </w:p>
        </w:tc>
      </w:tr>
      <w:tr w:rsidR="003D05DA" w14:paraId="30A71B9C" w14:textId="77777777" w:rsidTr="00426D0A">
        <w:trPr>
          <w:cantSplit/>
          <w:jc w:val="center"/>
        </w:trPr>
        <w:tc>
          <w:tcPr>
            <w:tcW w:w="1600" w:type="dxa"/>
            <w:shd w:val="clear" w:color="auto" w:fill="F0F6FC"/>
            <w:tcMar>
              <w:top w:w="75" w:type="dxa"/>
              <w:left w:w="85" w:type="dxa"/>
              <w:bottom w:w="70" w:type="dxa"/>
              <w:right w:w="85" w:type="dxa"/>
            </w:tcMar>
            <w:vAlign w:val="center"/>
          </w:tcPr>
          <w:p w14:paraId="002931E8" w14:textId="77777777" w:rsidR="003D05DA" w:rsidRDefault="003D05DA" w:rsidP="00426D0A">
            <w:pPr>
              <w:spacing w:after="0" w:line="259" w:lineRule="auto"/>
              <w:rPr>
                <w:rFonts w:hint="eastAsia"/>
              </w:rPr>
            </w:pPr>
            <w:r>
              <w:rPr>
                <w:b/>
                <w:color w:val="135DB4"/>
                <w:sz w:val="14"/>
              </w:rPr>
              <w:t>A.05.02</w:t>
            </w:r>
          </w:p>
        </w:tc>
        <w:tc>
          <w:tcPr>
            <w:tcW w:w="3719" w:type="dxa"/>
            <w:shd w:val="clear" w:color="auto" w:fill="F0F6FC"/>
            <w:tcMar>
              <w:top w:w="75" w:type="dxa"/>
              <w:left w:w="85" w:type="dxa"/>
              <w:bottom w:w="70" w:type="dxa"/>
              <w:right w:w="85" w:type="dxa"/>
            </w:tcMar>
            <w:vAlign w:val="center"/>
          </w:tcPr>
          <w:p w14:paraId="476C50F8"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16B2312"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262D3DC3"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6B4E2122" w14:textId="77777777" w:rsidTr="00426D0A">
        <w:trPr>
          <w:cantSplit/>
          <w:jc w:val="center"/>
        </w:trPr>
        <w:tc>
          <w:tcPr>
            <w:tcW w:w="1600" w:type="dxa"/>
            <w:tcMar>
              <w:top w:w="75" w:type="dxa"/>
              <w:left w:w="85" w:type="dxa"/>
              <w:bottom w:w="70" w:type="dxa"/>
              <w:right w:w="85" w:type="dxa"/>
            </w:tcMar>
            <w:vAlign w:val="center"/>
          </w:tcPr>
          <w:p w14:paraId="15DB0B3D" w14:textId="77777777" w:rsidR="003D05DA" w:rsidRDefault="003D05DA" w:rsidP="00426D0A">
            <w:pPr>
              <w:spacing w:after="0" w:line="259" w:lineRule="auto"/>
              <w:rPr>
                <w:rFonts w:hint="eastAsia"/>
              </w:rPr>
            </w:pPr>
            <w:r>
              <w:rPr>
                <w:b/>
                <w:color w:val="135DB4"/>
                <w:sz w:val="14"/>
              </w:rPr>
              <w:t>A.05.03</w:t>
            </w:r>
          </w:p>
        </w:tc>
        <w:tc>
          <w:tcPr>
            <w:tcW w:w="3719" w:type="dxa"/>
            <w:tcMar>
              <w:top w:w="75" w:type="dxa"/>
              <w:left w:w="85" w:type="dxa"/>
              <w:bottom w:w="70" w:type="dxa"/>
              <w:right w:w="85" w:type="dxa"/>
            </w:tcMar>
            <w:vAlign w:val="center"/>
          </w:tcPr>
          <w:p w14:paraId="0F4AD54A"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44E53F37"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9B6F7D3" w14:textId="77777777" w:rsidR="003D05DA" w:rsidRDefault="003D05DA" w:rsidP="00426D0A">
            <w:pPr>
              <w:spacing w:after="0" w:line="259" w:lineRule="auto"/>
              <w:rPr>
                <w:rFonts w:hint="eastAsia"/>
              </w:rPr>
            </w:pPr>
            <w:r>
              <w:rPr>
                <w:sz w:val="14"/>
              </w:rPr>
              <w:t>Dr. Benny / Hilman Hamid</w:t>
            </w:r>
          </w:p>
        </w:tc>
      </w:tr>
      <w:tr w:rsidR="003D05DA" w14:paraId="59A470C7" w14:textId="77777777" w:rsidTr="00426D0A">
        <w:trPr>
          <w:cantSplit/>
          <w:jc w:val="center"/>
        </w:trPr>
        <w:tc>
          <w:tcPr>
            <w:tcW w:w="1600" w:type="dxa"/>
            <w:shd w:val="clear" w:color="auto" w:fill="F0F6FC"/>
            <w:tcMar>
              <w:top w:w="75" w:type="dxa"/>
              <w:left w:w="85" w:type="dxa"/>
              <w:bottom w:w="70" w:type="dxa"/>
              <w:right w:w="85" w:type="dxa"/>
            </w:tcMar>
            <w:vAlign w:val="center"/>
          </w:tcPr>
          <w:p w14:paraId="2F59FA22" w14:textId="77777777" w:rsidR="003D05DA" w:rsidRDefault="003D05DA" w:rsidP="00426D0A">
            <w:pPr>
              <w:spacing w:after="0" w:line="259" w:lineRule="auto"/>
              <w:rPr>
                <w:rFonts w:hint="eastAsia"/>
              </w:rPr>
            </w:pPr>
            <w:r>
              <w:rPr>
                <w:b/>
                <w:color w:val="135DB4"/>
                <w:sz w:val="14"/>
              </w:rPr>
              <w:t>A.05.04</w:t>
            </w:r>
          </w:p>
        </w:tc>
        <w:tc>
          <w:tcPr>
            <w:tcW w:w="3719" w:type="dxa"/>
            <w:shd w:val="clear" w:color="auto" w:fill="F0F6FC"/>
            <w:tcMar>
              <w:top w:w="75" w:type="dxa"/>
              <w:left w:w="85" w:type="dxa"/>
              <w:bottom w:w="70" w:type="dxa"/>
              <w:right w:w="85" w:type="dxa"/>
            </w:tcMar>
            <w:vAlign w:val="center"/>
          </w:tcPr>
          <w:p w14:paraId="29DDA9AB"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37C2CB41"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46FC570D"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539FBACF" w14:textId="77777777" w:rsidTr="00426D0A">
        <w:trPr>
          <w:cantSplit/>
          <w:jc w:val="center"/>
        </w:trPr>
        <w:tc>
          <w:tcPr>
            <w:tcW w:w="1600" w:type="dxa"/>
            <w:tcMar>
              <w:top w:w="75" w:type="dxa"/>
              <w:left w:w="85" w:type="dxa"/>
              <w:bottom w:w="70" w:type="dxa"/>
              <w:right w:w="85" w:type="dxa"/>
            </w:tcMar>
            <w:vAlign w:val="center"/>
          </w:tcPr>
          <w:p w14:paraId="14876115" w14:textId="77777777" w:rsidR="003D05DA" w:rsidRDefault="003D05DA" w:rsidP="00426D0A">
            <w:pPr>
              <w:spacing w:after="0" w:line="259" w:lineRule="auto"/>
              <w:rPr>
                <w:rFonts w:hint="eastAsia"/>
              </w:rPr>
            </w:pPr>
            <w:r>
              <w:rPr>
                <w:b/>
                <w:color w:val="135DB4"/>
                <w:sz w:val="14"/>
              </w:rPr>
              <w:t>A.05.05</w:t>
            </w:r>
          </w:p>
        </w:tc>
        <w:tc>
          <w:tcPr>
            <w:tcW w:w="3719" w:type="dxa"/>
            <w:tcMar>
              <w:top w:w="75" w:type="dxa"/>
              <w:left w:w="85" w:type="dxa"/>
              <w:bottom w:w="70" w:type="dxa"/>
              <w:right w:w="85" w:type="dxa"/>
            </w:tcMar>
            <w:vAlign w:val="center"/>
          </w:tcPr>
          <w:p w14:paraId="28A40D7D"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38A64A5B"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5E7F45A5"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728B38A7" w14:textId="77777777" w:rsidTr="00426D0A">
        <w:trPr>
          <w:cantSplit/>
          <w:jc w:val="center"/>
        </w:trPr>
        <w:tc>
          <w:tcPr>
            <w:tcW w:w="1600" w:type="dxa"/>
            <w:shd w:val="clear" w:color="auto" w:fill="F0F6FC"/>
            <w:tcMar>
              <w:top w:w="75" w:type="dxa"/>
              <w:left w:w="85" w:type="dxa"/>
              <w:bottom w:w="70" w:type="dxa"/>
              <w:right w:w="85" w:type="dxa"/>
            </w:tcMar>
            <w:vAlign w:val="center"/>
          </w:tcPr>
          <w:p w14:paraId="31CE784F" w14:textId="77777777" w:rsidR="003D05DA" w:rsidRDefault="003D05DA" w:rsidP="00426D0A">
            <w:pPr>
              <w:spacing w:after="0" w:line="259" w:lineRule="auto"/>
              <w:rPr>
                <w:rFonts w:hint="eastAsia"/>
              </w:rPr>
            </w:pPr>
            <w:r>
              <w:rPr>
                <w:b/>
                <w:color w:val="135DB4"/>
                <w:sz w:val="14"/>
              </w:rPr>
              <w:t>A.05.06</w:t>
            </w:r>
          </w:p>
        </w:tc>
        <w:tc>
          <w:tcPr>
            <w:tcW w:w="3719" w:type="dxa"/>
            <w:shd w:val="clear" w:color="auto" w:fill="F0F6FC"/>
            <w:tcMar>
              <w:top w:w="75" w:type="dxa"/>
              <w:left w:w="85" w:type="dxa"/>
              <w:bottom w:w="70" w:type="dxa"/>
              <w:right w:w="85" w:type="dxa"/>
            </w:tcMar>
            <w:vAlign w:val="center"/>
          </w:tcPr>
          <w:p w14:paraId="58EA31C2"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2B83CF1F"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7AADA476"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098C40E1" w14:textId="77777777" w:rsidTr="00426D0A">
        <w:trPr>
          <w:cantSplit/>
          <w:jc w:val="center"/>
        </w:trPr>
        <w:tc>
          <w:tcPr>
            <w:tcW w:w="1600" w:type="dxa"/>
            <w:tcMar>
              <w:top w:w="75" w:type="dxa"/>
              <w:left w:w="85" w:type="dxa"/>
              <w:bottom w:w="70" w:type="dxa"/>
              <w:right w:w="85" w:type="dxa"/>
            </w:tcMar>
            <w:vAlign w:val="center"/>
          </w:tcPr>
          <w:p w14:paraId="62094D2F" w14:textId="77777777" w:rsidR="003D05DA" w:rsidRDefault="003D05DA" w:rsidP="00426D0A">
            <w:pPr>
              <w:spacing w:after="0" w:line="259" w:lineRule="auto"/>
              <w:rPr>
                <w:rFonts w:hint="eastAsia"/>
              </w:rPr>
            </w:pPr>
            <w:r>
              <w:rPr>
                <w:b/>
                <w:color w:val="135DB4"/>
                <w:sz w:val="14"/>
              </w:rPr>
              <w:t>A.05.07</w:t>
            </w:r>
          </w:p>
        </w:tc>
        <w:tc>
          <w:tcPr>
            <w:tcW w:w="3719" w:type="dxa"/>
            <w:tcMar>
              <w:top w:w="75" w:type="dxa"/>
              <w:left w:w="85" w:type="dxa"/>
              <w:bottom w:w="70" w:type="dxa"/>
              <w:right w:w="85" w:type="dxa"/>
            </w:tcMar>
            <w:vAlign w:val="center"/>
          </w:tcPr>
          <w:p w14:paraId="19E30148"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34B4EEA4"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1C33C7FF"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0897752B" w14:textId="77777777" w:rsidTr="00426D0A">
        <w:trPr>
          <w:cantSplit/>
          <w:jc w:val="center"/>
        </w:trPr>
        <w:tc>
          <w:tcPr>
            <w:tcW w:w="1600" w:type="dxa"/>
            <w:shd w:val="clear" w:color="auto" w:fill="F0F6FC"/>
            <w:tcMar>
              <w:top w:w="75" w:type="dxa"/>
              <w:left w:w="85" w:type="dxa"/>
              <w:bottom w:w="70" w:type="dxa"/>
              <w:right w:w="85" w:type="dxa"/>
            </w:tcMar>
            <w:vAlign w:val="center"/>
          </w:tcPr>
          <w:p w14:paraId="64A1B6E7" w14:textId="77777777" w:rsidR="003D05DA" w:rsidRDefault="003D05DA" w:rsidP="00426D0A">
            <w:pPr>
              <w:spacing w:after="0" w:line="259" w:lineRule="auto"/>
              <w:rPr>
                <w:rFonts w:hint="eastAsia"/>
              </w:rPr>
            </w:pPr>
            <w:r>
              <w:rPr>
                <w:b/>
                <w:color w:val="135DB4"/>
                <w:sz w:val="14"/>
              </w:rPr>
              <w:t>A.05.08</w:t>
            </w:r>
          </w:p>
        </w:tc>
        <w:tc>
          <w:tcPr>
            <w:tcW w:w="3719" w:type="dxa"/>
            <w:shd w:val="clear" w:color="auto" w:fill="F0F6FC"/>
            <w:tcMar>
              <w:top w:w="75" w:type="dxa"/>
              <w:left w:w="85" w:type="dxa"/>
              <w:bottom w:w="70" w:type="dxa"/>
              <w:right w:w="85" w:type="dxa"/>
            </w:tcMar>
            <w:vAlign w:val="center"/>
          </w:tcPr>
          <w:p w14:paraId="2AF29A7B"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381D1D00"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4FEE6B4E"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2C4530B2" w14:textId="77777777" w:rsidTr="00426D0A">
        <w:trPr>
          <w:cantSplit/>
          <w:jc w:val="center"/>
        </w:trPr>
        <w:tc>
          <w:tcPr>
            <w:tcW w:w="1600" w:type="dxa"/>
            <w:tcMar>
              <w:top w:w="75" w:type="dxa"/>
              <w:left w:w="85" w:type="dxa"/>
              <w:bottom w:w="70" w:type="dxa"/>
              <w:right w:w="85" w:type="dxa"/>
            </w:tcMar>
            <w:vAlign w:val="center"/>
          </w:tcPr>
          <w:p w14:paraId="3576A054" w14:textId="77777777" w:rsidR="003D05DA" w:rsidRDefault="003D05DA" w:rsidP="00426D0A">
            <w:pPr>
              <w:spacing w:after="0" w:line="259" w:lineRule="auto"/>
              <w:rPr>
                <w:rFonts w:hint="eastAsia"/>
              </w:rPr>
            </w:pPr>
            <w:r>
              <w:rPr>
                <w:b/>
                <w:color w:val="135DB4"/>
                <w:sz w:val="14"/>
              </w:rPr>
              <w:t>A.05.09</w:t>
            </w:r>
          </w:p>
        </w:tc>
        <w:tc>
          <w:tcPr>
            <w:tcW w:w="3719" w:type="dxa"/>
            <w:tcMar>
              <w:top w:w="75" w:type="dxa"/>
              <w:left w:w="85" w:type="dxa"/>
              <w:bottom w:w="70" w:type="dxa"/>
              <w:right w:w="85" w:type="dxa"/>
            </w:tcMar>
            <w:vAlign w:val="center"/>
          </w:tcPr>
          <w:p w14:paraId="22F188B7"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271691EC"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7E8E27A"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3965A626" w14:textId="77777777" w:rsidTr="00426D0A">
        <w:trPr>
          <w:cantSplit/>
          <w:jc w:val="center"/>
        </w:trPr>
        <w:tc>
          <w:tcPr>
            <w:tcW w:w="1600" w:type="dxa"/>
            <w:shd w:val="clear" w:color="auto" w:fill="F0F6FC"/>
            <w:tcMar>
              <w:top w:w="75" w:type="dxa"/>
              <w:left w:w="85" w:type="dxa"/>
              <w:bottom w:w="70" w:type="dxa"/>
              <w:right w:w="85" w:type="dxa"/>
            </w:tcMar>
            <w:vAlign w:val="center"/>
          </w:tcPr>
          <w:p w14:paraId="7569F65A" w14:textId="77777777" w:rsidR="003D05DA" w:rsidRDefault="003D05DA" w:rsidP="00426D0A">
            <w:pPr>
              <w:spacing w:after="0" w:line="259" w:lineRule="auto"/>
              <w:rPr>
                <w:rFonts w:hint="eastAsia"/>
              </w:rPr>
            </w:pPr>
            <w:r>
              <w:rPr>
                <w:b/>
                <w:color w:val="135DB4"/>
                <w:sz w:val="14"/>
              </w:rPr>
              <w:t>A.05.10</w:t>
            </w:r>
          </w:p>
        </w:tc>
        <w:tc>
          <w:tcPr>
            <w:tcW w:w="3719" w:type="dxa"/>
            <w:shd w:val="clear" w:color="auto" w:fill="F0F6FC"/>
            <w:tcMar>
              <w:top w:w="75" w:type="dxa"/>
              <w:left w:w="85" w:type="dxa"/>
              <w:bottom w:w="70" w:type="dxa"/>
              <w:right w:w="85" w:type="dxa"/>
            </w:tcMar>
            <w:vAlign w:val="center"/>
          </w:tcPr>
          <w:p w14:paraId="7D1CC4CA"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53B68160"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1B8E33CB"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51E070DE" w14:textId="77777777" w:rsidTr="00426D0A">
        <w:trPr>
          <w:cantSplit/>
          <w:jc w:val="center"/>
        </w:trPr>
        <w:tc>
          <w:tcPr>
            <w:tcW w:w="1600" w:type="dxa"/>
            <w:tcMar>
              <w:top w:w="75" w:type="dxa"/>
              <w:left w:w="85" w:type="dxa"/>
              <w:bottom w:w="70" w:type="dxa"/>
              <w:right w:w="85" w:type="dxa"/>
            </w:tcMar>
            <w:vAlign w:val="center"/>
          </w:tcPr>
          <w:p w14:paraId="0BA3CA83" w14:textId="77777777" w:rsidR="003D05DA" w:rsidRDefault="003D05DA" w:rsidP="00426D0A">
            <w:pPr>
              <w:spacing w:after="0" w:line="259" w:lineRule="auto"/>
              <w:rPr>
                <w:rFonts w:hint="eastAsia"/>
              </w:rPr>
            </w:pPr>
            <w:r>
              <w:rPr>
                <w:b/>
                <w:color w:val="135DB4"/>
                <w:sz w:val="14"/>
              </w:rPr>
              <w:t>A.05.11</w:t>
            </w:r>
          </w:p>
        </w:tc>
        <w:tc>
          <w:tcPr>
            <w:tcW w:w="3719" w:type="dxa"/>
            <w:tcMar>
              <w:top w:w="75" w:type="dxa"/>
              <w:left w:w="85" w:type="dxa"/>
              <w:bottom w:w="70" w:type="dxa"/>
              <w:right w:w="85" w:type="dxa"/>
            </w:tcMar>
            <w:vAlign w:val="center"/>
          </w:tcPr>
          <w:p w14:paraId="259CBABD"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8B4B284"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7311ADE"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2DC13A36" w14:textId="77777777" w:rsidTr="00426D0A">
        <w:trPr>
          <w:cantSplit/>
          <w:jc w:val="center"/>
        </w:trPr>
        <w:tc>
          <w:tcPr>
            <w:tcW w:w="1600" w:type="dxa"/>
            <w:shd w:val="clear" w:color="auto" w:fill="F0F6FC"/>
            <w:tcMar>
              <w:top w:w="75" w:type="dxa"/>
              <w:left w:w="85" w:type="dxa"/>
              <w:bottom w:w="70" w:type="dxa"/>
              <w:right w:w="85" w:type="dxa"/>
            </w:tcMar>
            <w:vAlign w:val="center"/>
          </w:tcPr>
          <w:p w14:paraId="2A56D3A9" w14:textId="77777777" w:rsidR="003D05DA" w:rsidRDefault="003D05DA" w:rsidP="00426D0A">
            <w:pPr>
              <w:spacing w:after="0" w:line="259" w:lineRule="auto"/>
              <w:rPr>
                <w:rFonts w:hint="eastAsia"/>
              </w:rPr>
            </w:pPr>
            <w:r>
              <w:rPr>
                <w:b/>
                <w:color w:val="135DB4"/>
                <w:sz w:val="14"/>
              </w:rPr>
              <w:t>A.05.12</w:t>
            </w:r>
          </w:p>
        </w:tc>
        <w:tc>
          <w:tcPr>
            <w:tcW w:w="3719" w:type="dxa"/>
            <w:shd w:val="clear" w:color="auto" w:fill="F0F6FC"/>
            <w:tcMar>
              <w:top w:w="75" w:type="dxa"/>
              <w:left w:w="85" w:type="dxa"/>
              <w:bottom w:w="70" w:type="dxa"/>
              <w:right w:w="85" w:type="dxa"/>
            </w:tcMar>
            <w:vAlign w:val="center"/>
          </w:tcPr>
          <w:p w14:paraId="6002BA28"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63AC8079"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6BC98A08"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21787C84" w14:textId="77777777" w:rsidTr="00426D0A">
        <w:trPr>
          <w:cantSplit/>
          <w:jc w:val="center"/>
        </w:trPr>
        <w:tc>
          <w:tcPr>
            <w:tcW w:w="1600" w:type="dxa"/>
            <w:tcMar>
              <w:top w:w="75" w:type="dxa"/>
              <w:left w:w="85" w:type="dxa"/>
              <w:bottom w:w="70" w:type="dxa"/>
              <w:right w:w="85" w:type="dxa"/>
            </w:tcMar>
            <w:vAlign w:val="center"/>
          </w:tcPr>
          <w:p w14:paraId="68E2F345" w14:textId="77777777" w:rsidR="003D05DA" w:rsidRDefault="003D05DA" w:rsidP="00426D0A">
            <w:pPr>
              <w:spacing w:after="0" w:line="259" w:lineRule="auto"/>
              <w:rPr>
                <w:rFonts w:hint="eastAsia"/>
              </w:rPr>
            </w:pPr>
            <w:r>
              <w:rPr>
                <w:b/>
                <w:color w:val="135DB4"/>
                <w:sz w:val="14"/>
              </w:rPr>
              <w:t>A.05.13</w:t>
            </w:r>
          </w:p>
        </w:tc>
        <w:tc>
          <w:tcPr>
            <w:tcW w:w="3719" w:type="dxa"/>
            <w:tcMar>
              <w:top w:w="75" w:type="dxa"/>
              <w:left w:w="85" w:type="dxa"/>
              <w:bottom w:w="70" w:type="dxa"/>
              <w:right w:w="85" w:type="dxa"/>
            </w:tcMar>
            <w:vAlign w:val="center"/>
          </w:tcPr>
          <w:p w14:paraId="659B8D1C"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1B814C5B"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A5B0916" w14:textId="77777777" w:rsidR="003D05DA" w:rsidRDefault="003D05DA" w:rsidP="00426D0A">
            <w:pPr>
              <w:spacing w:after="0" w:line="259" w:lineRule="auto"/>
              <w:rPr>
                <w:rFonts w:hint="eastAsia"/>
              </w:rPr>
            </w:pPr>
            <w:r>
              <w:rPr>
                <w:sz w:val="14"/>
              </w:rPr>
              <w:t>Ir. Nasir / Hani</w:t>
            </w:r>
          </w:p>
        </w:tc>
      </w:tr>
      <w:tr w:rsidR="003D05DA" w14:paraId="3856F61E" w14:textId="77777777" w:rsidTr="00426D0A">
        <w:trPr>
          <w:cantSplit/>
          <w:jc w:val="center"/>
        </w:trPr>
        <w:tc>
          <w:tcPr>
            <w:tcW w:w="1600" w:type="dxa"/>
            <w:shd w:val="clear" w:color="auto" w:fill="F0F6FC"/>
            <w:tcMar>
              <w:top w:w="75" w:type="dxa"/>
              <w:left w:w="85" w:type="dxa"/>
              <w:bottom w:w="70" w:type="dxa"/>
              <w:right w:w="85" w:type="dxa"/>
            </w:tcMar>
            <w:vAlign w:val="center"/>
          </w:tcPr>
          <w:p w14:paraId="264DA088" w14:textId="77777777" w:rsidR="003D05DA" w:rsidRDefault="003D05DA" w:rsidP="00426D0A">
            <w:pPr>
              <w:spacing w:after="0" w:line="259" w:lineRule="auto"/>
              <w:rPr>
                <w:rFonts w:hint="eastAsia"/>
              </w:rPr>
            </w:pPr>
            <w:r>
              <w:rPr>
                <w:b/>
                <w:color w:val="135DB4"/>
                <w:sz w:val="14"/>
              </w:rPr>
              <w:t>A.05.14</w:t>
            </w:r>
          </w:p>
        </w:tc>
        <w:tc>
          <w:tcPr>
            <w:tcW w:w="3719" w:type="dxa"/>
            <w:shd w:val="clear" w:color="auto" w:fill="F0F6FC"/>
            <w:tcMar>
              <w:top w:w="75" w:type="dxa"/>
              <w:left w:w="85" w:type="dxa"/>
              <w:bottom w:w="70" w:type="dxa"/>
              <w:right w:w="85" w:type="dxa"/>
            </w:tcMar>
            <w:vAlign w:val="center"/>
          </w:tcPr>
          <w:p w14:paraId="0B144D50"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24E6A99D"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4005C4AD" w14:textId="77777777" w:rsidR="003D05DA" w:rsidRDefault="003D05DA" w:rsidP="00426D0A">
            <w:pPr>
              <w:spacing w:after="0" w:line="259" w:lineRule="auto"/>
              <w:rPr>
                <w:rFonts w:hint="eastAsia"/>
              </w:rPr>
            </w:pPr>
            <w:r>
              <w:rPr>
                <w:sz w:val="14"/>
              </w:rPr>
              <w:t>Ir. Suparjo / Rino</w:t>
            </w:r>
          </w:p>
        </w:tc>
      </w:tr>
    </w:tbl>
    <w:p w14:paraId="7B2CAB7F" w14:textId="77777777" w:rsidR="003D05DA" w:rsidRDefault="003D05DA" w:rsidP="003D05DA">
      <w:pPr>
        <w:spacing w:after="0"/>
        <w:rPr>
          <w:rFonts w:hint="eastAsia"/>
        </w:rPr>
      </w:pPr>
    </w:p>
    <w:p w14:paraId="7BBC15BA" w14:textId="77777777" w:rsidR="003D05DA" w:rsidRDefault="003D05DA" w:rsidP="003D05DA">
      <w:pPr>
        <w:spacing w:after="240"/>
        <w:rPr>
          <w:rFonts w:hint="eastAsia"/>
        </w:rPr>
      </w:pPr>
    </w:p>
    <w:p w14:paraId="799A84AA"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instalasi</w:t>
      </w:r>
      <w:proofErr w:type="spellEnd"/>
      <w:r>
        <w:t xml:space="preserve"> dan </w:t>
      </w:r>
      <w:proofErr w:type="spellStart"/>
      <w:r>
        <w:t>konstruksi</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37E076F4"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39403898" w14:textId="77777777" w:rsidR="003D05DA" w:rsidRDefault="003D05DA" w:rsidP="003D05DA">
      <w:pPr>
        <w:rPr>
          <w:rFonts w:hint="eastAsia"/>
        </w:rPr>
      </w:pPr>
      <w:r>
        <w:br w:type="page"/>
      </w:r>
    </w:p>
    <w:p w14:paraId="6FC803C5" w14:textId="77777777" w:rsidR="003D05DA" w:rsidRDefault="003D05DA" w:rsidP="003D05DA">
      <w:pPr>
        <w:pStyle w:val="SectionTag"/>
        <w:rPr>
          <w:rFonts w:hint="eastAsia"/>
        </w:rPr>
      </w:pPr>
      <w:r>
        <w:rPr>
          <w:b w:val="0"/>
        </w:rPr>
        <w:lastRenderedPageBreak/>
        <w:t>8 / KATALOG A - TEKNIK PELAYANAN KESEHATAN</w:t>
      </w:r>
    </w:p>
    <w:p w14:paraId="674593A0" w14:textId="77777777" w:rsidR="003D05DA" w:rsidRDefault="003D05DA" w:rsidP="003D05DA">
      <w:pPr>
        <w:pStyle w:val="MainTitle"/>
        <w:rPr>
          <w:rFonts w:hint="eastAsia"/>
        </w:rPr>
      </w:pPr>
      <w:r>
        <w:rPr>
          <w:b w:val="0"/>
        </w:rPr>
        <w:t xml:space="preserve">A.06 | </w:t>
      </w:r>
      <w:proofErr w:type="spellStart"/>
      <w:r>
        <w:rPr>
          <w:b w:val="0"/>
        </w:rPr>
        <w:t>Pengujian</w:t>
      </w:r>
      <w:proofErr w:type="spellEnd"/>
    </w:p>
    <w:p w14:paraId="733D5317"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12A97DC3"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Komisioning</w:t>
      </w:r>
      <w:proofErr w:type="spellEnd"/>
      <w:r>
        <w:t xml:space="preserve">, </w:t>
      </w:r>
      <w:proofErr w:type="spellStart"/>
      <w:r>
        <w:t>validasi</w:t>
      </w:r>
      <w:proofErr w:type="spellEnd"/>
      <w:r>
        <w:t xml:space="preserve">, </w:t>
      </w:r>
      <w:proofErr w:type="spellStart"/>
      <w:r>
        <w:t>pengujian</w:t>
      </w:r>
      <w:proofErr w:type="spellEnd"/>
      <w:r>
        <w:t xml:space="preserve"> </w:t>
      </w:r>
      <w:proofErr w:type="spellStart"/>
      <w:r>
        <w:t>fungsi</w:t>
      </w:r>
      <w:proofErr w:type="spellEnd"/>
      <w:r>
        <w:t xml:space="preserve"> dan </w:t>
      </w:r>
      <w:proofErr w:type="spellStart"/>
      <w:r>
        <w:t>kinerja</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73232C19"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0B4A649B"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40023BB7"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30B9B82B"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5FDB178B"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1E0CA69E" w14:textId="77777777" w:rsidTr="00426D0A">
        <w:trPr>
          <w:cantSplit/>
          <w:jc w:val="center"/>
        </w:trPr>
        <w:tc>
          <w:tcPr>
            <w:tcW w:w="1600" w:type="dxa"/>
            <w:tcMar>
              <w:top w:w="75" w:type="dxa"/>
              <w:left w:w="85" w:type="dxa"/>
              <w:bottom w:w="70" w:type="dxa"/>
              <w:right w:w="85" w:type="dxa"/>
            </w:tcMar>
            <w:vAlign w:val="center"/>
          </w:tcPr>
          <w:p w14:paraId="275FBDE9" w14:textId="77777777" w:rsidR="003D05DA" w:rsidRDefault="003D05DA" w:rsidP="00426D0A">
            <w:pPr>
              <w:spacing w:after="0" w:line="259" w:lineRule="auto"/>
              <w:rPr>
                <w:rFonts w:hint="eastAsia"/>
              </w:rPr>
            </w:pPr>
            <w:r>
              <w:rPr>
                <w:b/>
                <w:color w:val="135DB4"/>
                <w:sz w:val="14"/>
              </w:rPr>
              <w:t>A.06.01</w:t>
            </w:r>
          </w:p>
        </w:tc>
        <w:tc>
          <w:tcPr>
            <w:tcW w:w="3719" w:type="dxa"/>
            <w:tcMar>
              <w:top w:w="75" w:type="dxa"/>
              <w:left w:w="85" w:type="dxa"/>
              <w:bottom w:w="70" w:type="dxa"/>
              <w:right w:w="85" w:type="dxa"/>
            </w:tcMar>
            <w:vAlign w:val="center"/>
          </w:tcPr>
          <w:p w14:paraId="1F054CD1"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2960B81B"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7E83B6E7" w14:textId="77777777" w:rsidR="003D05DA" w:rsidRDefault="003D05DA" w:rsidP="00426D0A">
            <w:pPr>
              <w:spacing w:after="0" w:line="259" w:lineRule="auto"/>
              <w:rPr>
                <w:rFonts w:hint="eastAsia"/>
              </w:rPr>
            </w:pPr>
            <w:r>
              <w:rPr>
                <w:sz w:val="14"/>
              </w:rPr>
              <w:t>Prof. Eko / Dr. Benny</w:t>
            </w:r>
          </w:p>
        </w:tc>
      </w:tr>
      <w:tr w:rsidR="003D05DA" w14:paraId="1AB9DF8F" w14:textId="77777777" w:rsidTr="00426D0A">
        <w:trPr>
          <w:cantSplit/>
          <w:jc w:val="center"/>
        </w:trPr>
        <w:tc>
          <w:tcPr>
            <w:tcW w:w="1600" w:type="dxa"/>
            <w:shd w:val="clear" w:color="auto" w:fill="F0F6FC"/>
            <w:tcMar>
              <w:top w:w="75" w:type="dxa"/>
              <w:left w:w="85" w:type="dxa"/>
              <w:bottom w:w="70" w:type="dxa"/>
              <w:right w:w="85" w:type="dxa"/>
            </w:tcMar>
            <w:vAlign w:val="center"/>
          </w:tcPr>
          <w:p w14:paraId="6660C80C" w14:textId="77777777" w:rsidR="003D05DA" w:rsidRDefault="003D05DA" w:rsidP="00426D0A">
            <w:pPr>
              <w:spacing w:after="0" w:line="259" w:lineRule="auto"/>
              <w:rPr>
                <w:rFonts w:hint="eastAsia"/>
              </w:rPr>
            </w:pPr>
            <w:r>
              <w:rPr>
                <w:b/>
                <w:color w:val="135DB4"/>
                <w:sz w:val="14"/>
              </w:rPr>
              <w:t>A.06.02</w:t>
            </w:r>
          </w:p>
        </w:tc>
        <w:tc>
          <w:tcPr>
            <w:tcW w:w="3719" w:type="dxa"/>
            <w:shd w:val="clear" w:color="auto" w:fill="F0F6FC"/>
            <w:tcMar>
              <w:top w:w="75" w:type="dxa"/>
              <w:left w:w="85" w:type="dxa"/>
              <w:bottom w:w="70" w:type="dxa"/>
              <w:right w:w="85" w:type="dxa"/>
            </w:tcMar>
            <w:vAlign w:val="center"/>
          </w:tcPr>
          <w:p w14:paraId="29E76D98"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E643603"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5578EA1B"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2F4517CA" w14:textId="77777777" w:rsidTr="00426D0A">
        <w:trPr>
          <w:cantSplit/>
          <w:jc w:val="center"/>
        </w:trPr>
        <w:tc>
          <w:tcPr>
            <w:tcW w:w="1600" w:type="dxa"/>
            <w:tcMar>
              <w:top w:w="75" w:type="dxa"/>
              <w:left w:w="85" w:type="dxa"/>
              <w:bottom w:w="70" w:type="dxa"/>
              <w:right w:w="85" w:type="dxa"/>
            </w:tcMar>
            <w:vAlign w:val="center"/>
          </w:tcPr>
          <w:p w14:paraId="67C22AF1" w14:textId="77777777" w:rsidR="003D05DA" w:rsidRDefault="003D05DA" w:rsidP="00426D0A">
            <w:pPr>
              <w:spacing w:after="0" w:line="259" w:lineRule="auto"/>
              <w:rPr>
                <w:rFonts w:hint="eastAsia"/>
              </w:rPr>
            </w:pPr>
            <w:r>
              <w:rPr>
                <w:b/>
                <w:color w:val="135DB4"/>
                <w:sz w:val="14"/>
              </w:rPr>
              <w:t>A.06.03</w:t>
            </w:r>
          </w:p>
        </w:tc>
        <w:tc>
          <w:tcPr>
            <w:tcW w:w="3719" w:type="dxa"/>
            <w:tcMar>
              <w:top w:w="75" w:type="dxa"/>
              <w:left w:w="85" w:type="dxa"/>
              <w:bottom w:w="70" w:type="dxa"/>
              <w:right w:w="85" w:type="dxa"/>
            </w:tcMar>
            <w:vAlign w:val="center"/>
          </w:tcPr>
          <w:p w14:paraId="1EF65005"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6A689BF1"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A335B5F" w14:textId="77777777" w:rsidR="003D05DA" w:rsidRDefault="003D05DA" w:rsidP="00426D0A">
            <w:pPr>
              <w:spacing w:after="0" w:line="259" w:lineRule="auto"/>
              <w:rPr>
                <w:rFonts w:hint="eastAsia"/>
              </w:rPr>
            </w:pPr>
            <w:r>
              <w:rPr>
                <w:sz w:val="14"/>
              </w:rPr>
              <w:t>Dr. Benny / Hilman Hamid</w:t>
            </w:r>
          </w:p>
        </w:tc>
      </w:tr>
      <w:tr w:rsidR="003D05DA" w14:paraId="74AC5368" w14:textId="77777777" w:rsidTr="00426D0A">
        <w:trPr>
          <w:cantSplit/>
          <w:jc w:val="center"/>
        </w:trPr>
        <w:tc>
          <w:tcPr>
            <w:tcW w:w="1600" w:type="dxa"/>
            <w:shd w:val="clear" w:color="auto" w:fill="F0F6FC"/>
            <w:tcMar>
              <w:top w:w="75" w:type="dxa"/>
              <w:left w:w="85" w:type="dxa"/>
              <w:bottom w:w="70" w:type="dxa"/>
              <w:right w:w="85" w:type="dxa"/>
            </w:tcMar>
            <w:vAlign w:val="center"/>
          </w:tcPr>
          <w:p w14:paraId="08AE76C7" w14:textId="77777777" w:rsidR="003D05DA" w:rsidRDefault="003D05DA" w:rsidP="00426D0A">
            <w:pPr>
              <w:spacing w:after="0" w:line="259" w:lineRule="auto"/>
              <w:rPr>
                <w:rFonts w:hint="eastAsia"/>
              </w:rPr>
            </w:pPr>
            <w:r>
              <w:rPr>
                <w:b/>
                <w:color w:val="135DB4"/>
                <w:sz w:val="14"/>
              </w:rPr>
              <w:t>A.06.04</w:t>
            </w:r>
          </w:p>
        </w:tc>
        <w:tc>
          <w:tcPr>
            <w:tcW w:w="3719" w:type="dxa"/>
            <w:shd w:val="clear" w:color="auto" w:fill="F0F6FC"/>
            <w:tcMar>
              <w:top w:w="75" w:type="dxa"/>
              <w:left w:w="85" w:type="dxa"/>
              <w:bottom w:w="70" w:type="dxa"/>
              <w:right w:w="85" w:type="dxa"/>
            </w:tcMar>
            <w:vAlign w:val="center"/>
          </w:tcPr>
          <w:p w14:paraId="280F7454"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73EE91A8"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2256BD63"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46010299" w14:textId="77777777" w:rsidTr="00426D0A">
        <w:trPr>
          <w:cantSplit/>
          <w:jc w:val="center"/>
        </w:trPr>
        <w:tc>
          <w:tcPr>
            <w:tcW w:w="1600" w:type="dxa"/>
            <w:tcMar>
              <w:top w:w="75" w:type="dxa"/>
              <w:left w:w="85" w:type="dxa"/>
              <w:bottom w:w="70" w:type="dxa"/>
              <w:right w:w="85" w:type="dxa"/>
            </w:tcMar>
            <w:vAlign w:val="center"/>
          </w:tcPr>
          <w:p w14:paraId="1208B1D3" w14:textId="77777777" w:rsidR="003D05DA" w:rsidRDefault="003D05DA" w:rsidP="00426D0A">
            <w:pPr>
              <w:spacing w:after="0" w:line="259" w:lineRule="auto"/>
              <w:rPr>
                <w:rFonts w:hint="eastAsia"/>
              </w:rPr>
            </w:pPr>
            <w:r>
              <w:rPr>
                <w:b/>
                <w:color w:val="135DB4"/>
                <w:sz w:val="14"/>
              </w:rPr>
              <w:t>A.06.05</w:t>
            </w:r>
          </w:p>
        </w:tc>
        <w:tc>
          <w:tcPr>
            <w:tcW w:w="3719" w:type="dxa"/>
            <w:tcMar>
              <w:top w:w="75" w:type="dxa"/>
              <w:left w:w="85" w:type="dxa"/>
              <w:bottom w:w="70" w:type="dxa"/>
              <w:right w:w="85" w:type="dxa"/>
            </w:tcMar>
            <w:vAlign w:val="center"/>
          </w:tcPr>
          <w:p w14:paraId="729A94A3"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2F4518C4"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08D3F23F"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6C6464A9" w14:textId="77777777" w:rsidTr="00426D0A">
        <w:trPr>
          <w:cantSplit/>
          <w:jc w:val="center"/>
        </w:trPr>
        <w:tc>
          <w:tcPr>
            <w:tcW w:w="1600" w:type="dxa"/>
            <w:shd w:val="clear" w:color="auto" w:fill="F0F6FC"/>
            <w:tcMar>
              <w:top w:w="75" w:type="dxa"/>
              <w:left w:w="85" w:type="dxa"/>
              <w:bottom w:w="70" w:type="dxa"/>
              <w:right w:w="85" w:type="dxa"/>
            </w:tcMar>
            <w:vAlign w:val="center"/>
          </w:tcPr>
          <w:p w14:paraId="2FCD8BC3" w14:textId="77777777" w:rsidR="003D05DA" w:rsidRDefault="003D05DA" w:rsidP="00426D0A">
            <w:pPr>
              <w:spacing w:after="0" w:line="259" w:lineRule="auto"/>
              <w:rPr>
                <w:rFonts w:hint="eastAsia"/>
              </w:rPr>
            </w:pPr>
            <w:r>
              <w:rPr>
                <w:b/>
                <w:color w:val="135DB4"/>
                <w:sz w:val="14"/>
              </w:rPr>
              <w:t>A.06.06</w:t>
            </w:r>
          </w:p>
        </w:tc>
        <w:tc>
          <w:tcPr>
            <w:tcW w:w="3719" w:type="dxa"/>
            <w:shd w:val="clear" w:color="auto" w:fill="F0F6FC"/>
            <w:tcMar>
              <w:top w:w="75" w:type="dxa"/>
              <w:left w:w="85" w:type="dxa"/>
              <w:bottom w:w="70" w:type="dxa"/>
              <w:right w:w="85" w:type="dxa"/>
            </w:tcMar>
            <w:vAlign w:val="center"/>
          </w:tcPr>
          <w:p w14:paraId="7B778C0E"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3444FB95"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55745EC4"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09CFF061" w14:textId="77777777" w:rsidTr="00426D0A">
        <w:trPr>
          <w:cantSplit/>
          <w:jc w:val="center"/>
        </w:trPr>
        <w:tc>
          <w:tcPr>
            <w:tcW w:w="1600" w:type="dxa"/>
            <w:tcMar>
              <w:top w:w="75" w:type="dxa"/>
              <w:left w:w="85" w:type="dxa"/>
              <w:bottom w:w="70" w:type="dxa"/>
              <w:right w:w="85" w:type="dxa"/>
            </w:tcMar>
            <w:vAlign w:val="center"/>
          </w:tcPr>
          <w:p w14:paraId="627690F7" w14:textId="77777777" w:rsidR="003D05DA" w:rsidRDefault="003D05DA" w:rsidP="00426D0A">
            <w:pPr>
              <w:spacing w:after="0" w:line="259" w:lineRule="auto"/>
              <w:rPr>
                <w:rFonts w:hint="eastAsia"/>
              </w:rPr>
            </w:pPr>
            <w:r>
              <w:rPr>
                <w:b/>
                <w:color w:val="135DB4"/>
                <w:sz w:val="14"/>
              </w:rPr>
              <w:t>A.06.07</w:t>
            </w:r>
          </w:p>
        </w:tc>
        <w:tc>
          <w:tcPr>
            <w:tcW w:w="3719" w:type="dxa"/>
            <w:tcMar>
              <w:top w:w="75" w:type="dxa"/>
              <w:left w:w="85" w:type="dxa"/>
              <w:bottom w:w="70" w:type="dxa"/>
              <w:right w:w="85" w:type="dxa"/>
            </w:tcMar>
            <w:vAlign w:val="center"/>
          </w:tcPr>
          <w:p w14:paraId="79A45162"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2FD30DE5"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4EC8D63E"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77F5B09B" w14:textId="77777777" w:rsidTr="00426D0A">
        <w:trPr>
          <w:cantSplit/>
          <w:jc w:val="center"/>
        </w:trPr>
        <w:tc>
          <w:tcPr>
            <w:tcW w:w="1600" w:type="dxa"/>
            <w:shd w:val="clear" w:color="auto" w:fill="F0F6FC"/>
            <w:tcMar>
              <w:top w:w="75" w:type="dxa"/>
              <w:left w:w="85" w:type="dxa"/>
              <w:bottom w:w="70" w:type="dxa"/>
              <w:right w:w="85" w:type="dxa"/>
            </w:tcMar>
            <w:vAlign w:val="center"/>
          </w:tcPr>
          <w:p w14:paraId="09456347" w14:textId="77777777" w:rsidR="003D05DA" w:rsidRDefault="003D05DA" w:rsidP="00426D0A">
            <w:pPr>
              <w:spacing w:after="0" w:line="259" w:lineRule="auto"/>
              <w:rPr>
                <w:rFonts w:hint="eastAsia"/>
              </w:rPr>
            </w:pPr>
            <w:r>
              <w:rPr>
                <w:b/>
                <w:color w:val="135DB4"/>
                <w:sz w:val="14"/>
              </w:rPr>
              <w:t>A.06.08</w:t>
            </w:r>
          </w:p>
        </w:tc>
        <w:tc>
          <w:tcPr>
            <w:tcW w:w="3719" w:type="dxa"/>
            <w:shd w:val="clear" w:color="auto" w:fill="F0F6FC"/>
            <w:tcMar>
              <w:top w:w="75" w:type="dxa"/>
              <w:left w:w="85" w:type="dxa"/>
              <w:bottom w:w="70" w:type="dxa"/>
              <w:right w:w="85" w:type="dxa"/>
            </w:tcMar>
            <w:vAlign w:val="center"/>
          </w:tcPr>
          <w:p w14:paraId="45FE4A73"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477AE555"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50BCD9A0"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3B7F6E21" w14:textId="77777777" w:rsidTr="00426D0A">
        <w:trPr>
          <w:cantSplit/>
          <w:jc w:val="center"/>
        </w:trPr>
        <w:tc>
          <w:tcPr>
            <w:tcW w:w="1600" w:type="dxa"/>
            <w:tcMar>
              <w:top w:w="75" w:type="dxa"/>
              <w:left w:w="85" w:type="dxa"/>
              <w:bottom w:w="70" w:type="dxa"/>
              <w:right w:w="85" w:type="dxa"/>
            </w:tcMar>
            <w:vAlign w:val="center"/>
          </w:tcPr>
          <w:p w14:paraId="27851036" w14:textId="77777777" w:rsidR="003D05DA" w:rsidRDefault="003D05DA" w:rsidP="00426D0A">
            <w:pPr>
              <w:spacing w:after="0" w:line="259" w:lineRule="auto"/>
              <w:rPr>
                <w:rFonts w:hint="eastAsia"/>
              </w:rPr>
            </w:pPr>
            <w:r>
              <w:rPr>
                <w:b/>
                <w:color w:val="135DB4"/>
                <w:sz w:val="14"/>
              </w:rPr>
              <w:t>A.06.09</w:t>
            </w:r>
          </w:p>
        </w:tc>
        <w:tc>
          <w:tcPr>
            <w:tcW w:w="3719" w:type="dxa"/>
            <w:tcMar>
              <w:top w:w="75" w:type="dxa"/>
              <w:left w:w="85" w:type="dxa"/>
              <w:bottom w:w="70" w:type="dxa"/>
              <w:right w:w="85" w:type="dxa"/>
            </w:tcMar>
            <w:vAlign w:val="center"/>
          </w:tcPr>
          <w:p w14:paraId="36CBC2A8"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41F7751B"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D5470FD"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41E863A5" w14:textId="77777777" w:rsidTr="00426D0A">
        <w:trPr>
          <w:cantSplit/>
          <w:jc w:val="center"/>
        </w:trPr>
        <w:tc>
          <w:tcPr>
            <w:tcW w:w="1600" w:type="dxa"/>
            <w:shd w:val="clear" w:color="auto" w:fill="F0F6FC"/>
            <w:tcMar>
              <w:top w:w="75" w:type="dxa"/>
              <w:left w:w="85" w:type="dxa"/>
              <w:bottom w:w="70" w:type="dxa"/>
              <w:right w:w="85" w:type="dxa"/>
            </w:tcMar>
            <w:vAlign w:val="center"/>
          </w:tcPr>
          <w:p w14:paraId="22B0C820" w14:textId="77777777" w:rsidR="003D05DA" w:rsidRDefault="003D05DA" w:rsidP="00426D0A">
            <w:pPr>
              <w:spacing w:after="0" w:line="259" w:lineRule="auto"/>
              <w:rPr>
                <w:rFonts w:hint="eastAsia"/>
              </w:rPr>
            </w:pPr>
            <w:r>
              <w:rPr>
                <w:b/>
                <w:color w:val="135DB4"/>
                <w:sz w:val="14"/>
              </w:rPr>
              <w:t>A.06.10</w:t>
            </w:r>
          </w:p>
        </w:tc>
        <w:tc>
          <w:tcPr>
            <w:tcW w:w="3719" w:type="dxa"/>
            <w:shd w:val="clear" w:color="auto" w:fill="F0F6FC"/>
            <w:tcMar>
              <w:top w:w="75" w:type="dxa"/>
              <w:left w:w="85" w:type="dxa"/>
              <w:bottom w:w="70" w:type="dxa"/>
              <w:right w:w="85" w:type="dxa"/>
            </w:tcMar>
            <w:vAlign w:val="center"/>
          </w:tcPr>
          <w:p w14:paraId="72FA28D2"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01FCFF2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61D4F5D9"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2AB4F791" w14:textId="77777777" w:rsidTr="00426D0A">
        <w:trPr>
          <w:cantSplit/>
          <w:jc w:val="center"/>
        </w:trPr>
        <w:tc>
          <w:tcPr>
            <w:tcW w:w="1600" w:type="dxa"/>
            <w:tcMar>
              <w:top w:w="75" w:type="dxa"/>
              <w:left w:w="85" w:type="dxa"/>
              <w:bottom w:w="70" w:type="dxa"/>
              <w:right w:w="85" w:type="dxa"/>
            </w:tcMar>
            <w:vAlign w:val="center"/>
          </w:tcPr>
          <w:p w14:paraId="0B438B4F" w14:textId="77777777" w:rsidR="003D05DA" w:rsidRDefault="003D05DA" w:rsidP="00426D0A">
            <w:pPr>
              <w:spacing w:after="0" w:line="259" w:lineRule="auto"/>
              <w:rPr>
                <w:rFonts w:hint="eastAsia"/>
              </w:rPr>
            </w:pPr>
            <w:r>
              <w:rPr>
                <w:b/>
                <w:color w:val="135DB4"/>
                <w:sz w:val="14"/>
              </w:rPr>
              <w:t>A.06.11</w:t>
            </w:r>
          </w:p>
        </w:tc>
        <w:tc>
          <w:tcPr>
            <w:tcW w:w="3719" w:type="dxa"/>
            <w:tcMar>
              <w:top w:w="75" w:type="dxa"/>
              <w:left w:w="85" w:type="dxa"/>
              <w:bottom w:w="70" w:type="dxa"/>
              <w:right w:w="85" w:type="dxa"/>
            </w:tcMar>
            <w:vAlign w:val="center"/>
          </w:tcPr>
          <w:p w14:paraId="39440B6C"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2771125"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CD962ED"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39432B4C" w14:textId="77777777" w:rsidTr="00426D0A">
        <w:trPr>
          <w:cantSplit/>
          <w:jc w:val="center"/>
        </w:trPr>
        <w:tc>
          <w:tcPr>
            <w:tcW w:w="1600" w:type="dxa"/>
            <w:shd w:val="clear" w:color="auto" w:fill="F0F6FC"/>
            <w:tcMar>
              <w:top w:w="75" w:type="dxa"/>
              <w:left w:w="85" w:type="dxa"/>
              <w:bottom w:w="70" w:type="dxa"/>
              <w:right w:w="85" w:type="dxa"/>
            </w:tcMar>
            <w:vAlign w:val="center"/>
          </w:tcPr>
          <w:p w14:paraId="7B8A3B81" w14:textId="77777777" w:rsidR="003D05DA" w:rsidRDefault="003D05DA" w:rsidP="00426D0A">
            <w:pPr>
              <w:spacing w:after="0" w:line="259" w:lineRule="auto"/>
              <w:rPr>
                <w:rFonts w:hint="eastAsia"/>
              </w:rPr>
            </w:pPr>
            <w:r>
              <w:rPr>
                <w:b/>
                <w:color w:val="135DB4"/>
                <w:sz w:val="14"/>
              </w:rPr>
              <w:t>A.06.12</w:t>
            </w:r>
          </w:p>
        </w:tc>
        <w:tc>
          <w:tcPr>
            <w:tcW w:w="3719" w:type="dxa"/>
            <w:shd w:val="clear" w:color="auto" w:fill="F0F6FC"/>
            <w:tcMar>
              <w:top w:w="75" w:type="dxa"/>
              <w:left w:w="85" w:type="dxa"/>
              <w:bottom w:w="70" w:type="dxa"/>
              <w:right w:w="85" w:type="dxa"/>
            </w:tcMar>
            <w:vAlign w:val="center"/>
          </w:tcPr>
          <w:p w14:paraId="0119CF29"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562CFEC8"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173722EA"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3B78EECE" w14:textId="77777777" w:rsidTr="00426D0A">
        <w:trPr>
          <w:cantSplit/>
          <w:jc w:val="center"/>
        </w:trPr>
        <w:tc>
          <w:tcPr>
            <w:tcW w:w="1600" w:type="dxa"/>
            <w:tcMar>
              <w:top w:w="75" w:type="dxa"/>
              <w:left w:w="85" w:type="dxa"/>
              <w:bottom w:w="70" w:type="dxa"/>
              <w:right w:w="85" w:type="dxa"/>
            </w:tcMar>
            <w:vAlign w:val="center"/>
          </w:tcPr>
          <w:p w14:paraId="60E0D69A" w14:textId="77777777" w:rsidR="003D05DA" w:rsidRDefault="003D05DA" w:rsidP="00426D0A">
            <w:pPr>
              <w:spacing w:after="0" w:line="259" w:lineRule="auto"/>
              <w:rPr>
                <w:rFonts w:hint="eastAsia"/>
              </w:rPr>
            </w:pPr>
            <w:r>
              <w:rPr>
                <w:b/>
                <w:color w:val="135DB4"/>
                <w:sz w:val="14"/>
              </w:rPr>
              <w:t>A.06.13</w:t>
            </w:r>
          </w:p>
        </w:tc>
        <w:tc>
          <w:tcPr>
            <w:tcW w:w="3719" w:type="dxa"/>
            <w:tcMar>
              <w:top w:w="75" w:type="dxa"/>
              <w:left w:w="85" w:type="dxa"/>
              <w:bottom w:w="70" w:type="dxa"/>
              <w:right w:w="85" w:type="dxa"/>
            </w:tcMar>
            <w:vAlign w:val="center"/>
          </w:tcPr>
          <w:p w14:paraId="2C95C38A"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87B46B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C53F207" w14:textId="77777777" w:rsidR="003D05DA" w:rsidRDefault="003D05DA" w:rsidP="00426D0A">
            <w:pPr>
              <w:spacing w:after="0" w:line="259" w:lineRule="auto"/>
              <w:rPr>
                <w:rFonts w:hint="eastAsia"/>
              </w:rPr>
            </w:pPr>
            <w:r>
              <w:rPr>
                <w:sz w:val="14"/>
              </w:rPr>
              <w:t>Ir. Nasir / Hani</w:t>
            </w:r>
          </w:p>
        </w:tc>
      </w:tr>
      <w:tr w:rsidR="003D05DA" w14:paraId="02A7D981" w14:textId="77777777" w:rsidTr="00426D0A">
        <w:trPr>
          <w:cantSplit/>
          <w:jc w:val="center"/>
        </w:trPr>
        <w:tc>
          <w:tcPr>
            <w:tcW w:w="1600" w:type="dxa"/>
            <w:shd w:val="clear" w:color="auto" w:fill="F0F6FC"/>
            <w:tcMar>
              <w:top w:w="75" w:type="dxa"/>
              <w:left w:w="85" w:type="dxa"/>
              <w:bottom w:w="70" w:type="dxa"/>
              <w:right w:w="85" w:type="dxa"/>
            </w:tcMar>
            <w:vAlign w:val="center"/>
          </w:tcPr>
          <w:p w14:paraId="296E1CD8" w14:textId="77777777" w:rsidR="003D05DA" w:rsidRDefault="003D05DA" w:rsidP="00426D0A">
            <w:pPr>
              <w:spacing w:after="0" w:line="259" w:lineRule="auto"/>
              <w:rPr>
                <w:rFonts w:hint="eastAsia"/>
              </w:rPr>
            </w:pPr>
            <w:r>
              <w:rPr>
                <w:b/>
                <w:color w:val="135DB4"/>
                <w:sz w:val="14"/>
              </w:rPr>
              <w:t>A.06.14</w:t>
            </w:r>
          </w:p>
        </w:tc>
        <w:tc>
          <w:tcPr>
            <w:tcW w:w="3719" w:type="dxa"/>
            <w:shd w:val="clear" w:color="auto" w:fill="F0F6FC"/>
            <w:tcMar>
              <w:top w:w="75" w:type="dxa"/>
              <w:left w:w="85" w:type="dxa"/>
              <w:bottom w:w="70" w:type="dxa"/>
              <w:right w:w="85" w:type="dxa"/>
            </w:tcMar>
            <w:vAlign w:val="center"/>
          </w:tcPr>
          <w:p w14:paraId="0055534E"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646979BA"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3D6FBCB9" w14:textId="77777777" w:rsidR="003D05DA" w:rsidRDefault="003D05DA" w:rsidP="00426D0A">
            <w:pPr>
              <w:spacing w:after="0" w:line="259" w:lineRule="auto"/>
              <w:rPr>
                <w:rFonts w:hint="eastAsia"/>
              </w:rPr>
            </w:pPr>
            <w:r>
              <w:rPr>
                <w:sz w:val="14"/>
              </w:rPr>
              <w:t>Ir. Suparjo / Rino</w:t>
            </w:r>
          </w:p>
        </w:tc>
      </w:tr>
    </w:tbl>
    <w:p w14:paraId="7C4FEA99" w14:textId="77777777" w:rsidR="003D05DA" w:rsidRDefault="003D05DA" w:rsidP="003D05DA">
      <w:pPr>
        <w:spacing w:after="0"/>
        <w:rPr>
          <w:rFonts w:hint="eastAsia"/>
        </w:rPr>
      </w:pPr>
    </w:p>
    <w:p w14:paraId="20E7ED64" w14:textId="77777777" w:rsidR="003D05DA" w:rsidRDefault="003D05DA" w:rsidP="003D05DA">
      <w:pPr>
        <w:spacing w:after="240"/>
        <w:rPr>
          <w:rFonts w:hint="eastAsia"/>
        </w:rPr>
      </w:pPr>
    </w:p>
    <w:p w14:paraId="7C8ADED4"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pengujian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7693727C"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119BE879" w14:textId="77777777" w:rsidR="003D05DA" w:rsidRDefault="003D05DA" w:rsidP="003D05DA">
      <w:pPr>
        <w:rPr>
          <w:rFonts w:hint="eastAsia"/>
        </w:rPr>
      </w:pPr>
      <w:r>
        <w:br w:type="page"/>
      </w:r>
    </w:p>
    <w:p w14:paraId="25323350" w14:textId="77777777" w:rsidR="003D05DA" w:rsidRDefault="003D05DA" w:rsidP="003D05DA">
      <w:pPr>
        <w:pStyle w:val="SectionTag"/>
        <w:rPr>
          <w:rFonts w:hint="eastAsia"/>
        </w:rPr>
      </w:pPr>
      <w:r>
        <w:rPr>
          <w:b w:val="0"/>
        </w:rPr>
        <w:lastRenderedPageBreak/>
        <w:t>8 / KATALOG A - TEKNIK PELAYANAN KESEHATAN</w:t>
      </w:r>
    </w:p>
    <w:p w14:paraId="11E7573C" w14:textId="77777777" w:rsidR="003D05DA" w:rsidRDefault="003D05DA" w:rsidP="003D05DA">
      <w:pPr>
        <w:pStyle w:val="MainTitle"/>
        <w:rPr>
          <w:rFonts w:hint="eastAsia"/>
        </w:rPr>
      </w:pPr>
      <w:r>
        <w:rPr>
          <w:b w:val="0"/>
        </w:rPr>
        <w:t xml:space="preserve">A.07 | </w:t>
      </w:r>
      <w:proofErr w:type="spellStart"/>
      <w:r>
        <w:rPr>
          <w:b w:val="0"/>
        </w:rPr>
        <w:t>Penilaian</w:t>
      </w:r>
      <w:proofErr w:type="spellEnd"/>
    </w:p>
    <w:p w14:paraId="730A6419"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70AF01F9"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Audit </w:t>
      </w:r>
      <w:proofErr w:type="spellStart"/>
      <w:r>
        <w:t>kesiapan</w:t>
      </w:r>
      <w:proofErr w:type="spellEnd"/>
      <w:r>
        <w:t xml:space="preserve">, </w:t>
      </w:r>
      <w:proofErr w:type="spellStart"/>
      <w:r>
        <w:t>asesmen</w:t>
      </w:r>
      <w:proofErr w:type="spellEnd"/>
      <w:r>
        <w:t xml:space="preserve"> </w:t>
      </w:r>
      <w:proofErr w:type="spellStart"/>
      <w:r>
        <w:t>kesenjangan</w:t>
      </w:r>
      <w:proofErr w:type="spellEnd"/>
      <w:r>
        <w:t xml:space="preserve"> dan </w:t>
      </w:r>
      <w:proofErr w:type="spellStart"/>
      <w:r>
        <w:t>indikator</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153E5C68"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04EBA712"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5F750985"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27FB250F"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68C97FF2"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1F202B2A" w14:textId="77777777" w:rsidTr="00426D0A">
        <w:trPr>
          <w:cantSplit/>
          <w:jc w:val="center"/>
        </w:trPr>
        <w:tc>
          <w:tcPr>
            <w:tcW w:w="1600" w:type="dxa"/>
            <w:tcMar>
              <w:top w:w="75" w:type="dxa"/>
              <w:left w:w="85" w:type="dxa"/>
              <w:bottom w:w="70" w:type="dxa"/>
              <w:right w:w="85" w:type="dxa"/>
            </w:tcMar>
            <w:vAlign w:val="center"/>
          </w:tcPr>
          <w:p w14:paraId="146BAE11" w14:textId="77777777" w:rsidR="003D05DA" w:rsidRDefault="003D05DA" w:rsidP="00426D0A">
            <w:pPr>
              <w:spacing w:after="0" w:line="259" w:lineRule="auto"/>
              <w:rPr>
                <w:rFonts w:hint="eastAsia"/>
              </w:rPr>
            </w:pPr>
            <w:r>
              <w:rPr>
                <w:b/>
                <w:color w:val="135DB4"/>
                <w:sz w:val="14"/>
              </w:rPr>
              <w:t>A.07.01</w:t>
            </w:r>
          </w:p>
        </w:tc>
        <w:tc>
          <w:tcPr>
            <w:tcW w:w="3719" w:type="dxa"/>
            <w:tcMar>
              <w:top w:w="75" w:type="dxa"/>
              <w:left w:w="85" w:type="dxa"/>
              <w:bottom w:w="70" w:type="dxa"/>
              <w:right w:w="85" w:type="dxa"/>
            </w:tcMar>
            <w:vAlign w:val="center"/>
          </w:tcPr>
          <w:p w14:paraId="02018311"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0F0DE232"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22AB426E" w14:textId="77777777" w:rsidR="003D05DA" w:rsidRDefault="003D05DA" w:rsidP="00426D0A">
            <w:pPr>
              <w:spacing w:after="0" w:line="259" w:lineRule="auto"/>
              <w:rPr>
                <w:rFonts w:hint="eastAsia"/>
              </w:rPr>
            </w:pPr>
            <w:r>
              <w:rPr>
                <w:sz w:val="14"/>
              </w:rPr>
              <w:t>Prof. Eko / Dr. Benny</w:t>
            </w:r>
          </w:p>
        </w:tc>
      </w:tr>
      <w:tr w:rsidR="003D05DA" w14:paraId="67E0948A" w14:textId="77777777" w:rsidTr="00426D0A">
        <w:trPr>
          <w:cantSplit/>
          <w:jc w:val="center"/>
        </w:trPr>
        <w:tc>
          <w:tcPr>
            <w:tcW w:w="1600" w:type="dxa"/>
            <w:shd w:val="clear" w:color="auto" w:fill="F0F6FC"/>
            <w:tcMar>
              <w:top w:w="75" w:type="dxa"/>
              <w:left w:w="85" w:type="dxa"/>
              <w:bottom w:w="70" w:type="dxa"/>
              <w:right w:w="85" w:type="dxa"/>
            </w:tcMar>
            <w:vAlign w:val="center"/>
          </w:tcPr>
          <w:p w14:paraId="30249C63" w14:textId="77777777" w:rsidR="003D05DA" w:rsidRDefault="003D05DA" w:rsidP="00426D0A">
            <w:pPr>
              <w:spacing w:after="0" w:line="259" w:lineRule="auto"/>
              <w:rPr>
                <w:rFonts w:hint="eastAsia"/>
              </w:rPr>
            </w:pPr>
            <w:r>
              <w:rPr>
                <w:b/>
                <w:color w:val="135DB4"/>
                <w:sz w:val="14"/>
              </w:rPr>
              <w:t>A.07.02</w:t>
            </w:r>
          </w:p>
        </w:tc>
        <w:tc>
          <w:tcPr>
            <w:tcW w:w="3719" w:type="dxa"/>
            <w:shd w:val="clear" w:color="auto" w:fill="F0F6FC"/>
            <w:tcMar>
              <w:top w:w="75" w:type="dxa"/>
              <w:left w:w="85" w:type="dxa"/>
              <w:bottom w:w="70" w:type="dxa"/>
              <w:right w:w="85" w:type="dxa"/>
            </w:tcMar>
            <w:vAlign w:val="center"/>
          </w:tcPr>
          <w:p w14:paraId="0790494D"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4558BF74"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78B58C9E"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5EE77048" w14:textId="77777777" w:rsidTr="00426D0A">
        <w:trPr>
          <w:cantSplit/>
          <w:jc w:val="center"/>
        </w:trPr>
        <w:tc>
          <w:tcPr>
            <w:tcW w:w="1600" w:type="dxa"/>
            <w:tcMar>
              <w:top w:w="75" w:type="dxa"/>
              <w:left w:w="85" w:type="dxa"/>
              <w:bottom w:w="70" w:type="dxa"/>
              <w:right w:w="85" w:type="dxa"/>
            </w:tcMar>
            <w:vAlign w:val="center"/>
          </w:tcPr>
          <w:p w14:paraId="2DAF57D0" w14:textId="77777777" w:rsidR="003D05DA" w:rsidRDefault="003D05DA" w:rsidP="00426D0A">
            <w:pPr>
              <w:spacing w:after="0" w:line="259" w:lineRule="auto"/>
              <w:rPr>
                <w:rFonts w:hint="eastAsia"/>
              </w:rPr>
            </w:pPr>
            <w:r>
              <w:rPr>
                <w:b/>
                <w:color w:val="135DB4"/>
                <w:sz w:val="14"/>
              </w:rPr>
              <w:t>A.07.03</w:t>
            </w:r>
          </w:p>
        </w:tc>
        <w:tc>
          <w:tcPr>
            <w:tcW w:w="3719" w:type="dxa"/>
            <w:tcMar>
              <w:top w:w="75" w:type="dxa"/>
              <w:left w:w="85" w:type="dxa"/>
              <w:bottom w:w="70" w:type="dxa"/>
              <w:right w:w="85" w:type="dxa"/>
            </w:tcMar>
            <w:vAlign w:val="center"/>
          </w:tcPr>
          <w:p w14:paraId="3AC88CB2"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3ACA631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0148BF81" w14:textId="77777777" w:rsidR="003D05DA" w:rsidRDefault="003D05DA" w:rsidP="00426D0A">
            <w:pPr>
              <w:spacing w:after="0" w:line="259" w:lineRule="auto"/>
              <w:rPr>
                <w:rFonts w:hint="eastAsia"/>
              </w:rPr>
            </w:pPr>
            <w:r>
              <w:rPr>
                <w:sz w:val="14"/>
              </w:rPr>
              <w:t>Dr. Benny / Hilman Hamid</w:t>
            </w:r>
          </w:p>
        </w:tc>
      </w:tr>
      <w:tr w:rsidR="003D05DA" w14:paraId="5B8C4744" w14:textId="77777777" w:rsidTr="00426D0A">
        <w:trPr>
          <w:cantSplit/>
          <w:jc w:val="center"/>
        </w:trPr>
        <w:tc>
          <w:tcPr>
            <w:tcW w:w="1600" w:type="dxa"/>
            <w:shd w:val="clear" w:color="auto" w:fill="F0F6FC"/>
            <w:tcMar>
              <w:top w:w="75" w:type="dxa"/>
              <w:left w:w="85" w:type="dxa"/>
              <w:bottom w:w="70" w:type="dxa"/>
              <w:right w:w="85" w:type="dxa"/>
            </w:tcMar>
            <w:vAlign w:val="center"/>
          </w:tcPr>
          <w:p w14:paraId="6FCB71BE" w14:textId="77777777" w:rsidR="003D05DA" w:rsidRDefault="003D05DA" w:rsidP="00426D0A">
            <w:pPr>
              <w:spacing w:after="0" w:line="259" w:lineRule="auto"/>
              <w:rPr>
                <w:rFonts w:hint="eastAsia"/>
              </w:rPr>
            </w:pPr>
            <w:r>
              <w:rPr>
                <w:b/>
                <w:color w:val="135DB4"/>
                <w:sz w:val="14"/>
              </w:rPr>
              <w:t>A.07.04</w:t>
            </w:r>
          </w:p>
        </w:tc>
        <w:tc>
          <w:tcPr>
            <w:tcW w:w="3719" w:type="dxa"/>
            <w:shd w:val="clear" w:color="auto" w:fill="F0F6FC"/>
            <w:tcMar>
              <w:top w:w="75" w:type="dxa"/>
              <w:left w:w="85" w:type="dxa"/>
              <w:bottom w:w="70" w:type="dxa"/>
              <w:right w:w="85" w:type="dxa"/>
            </w:tcMar>
            <w:vAlign w:val="center"/>
          </w:tcPr>
          <w:p w14:paraId="6AD7676E"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64A7C5E5"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135FC16E"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06F0F027" w14:textId="77777777" w:rsidTr="00426D0A">
        <w:trPr>
          <w:cantSplit/>
          <w:jc w:val="center"/>
        </w:trPr>
        <w:tc>
          <w:tcPr>
            <w:tcW w:w="1600" w:type="dxa"/>
            <w:tcMar>
              <w:top w:w="75" w:type="dxa"/>
              <w:left w:w="85" w:type="dxa"/>
              <w:bottom w:w="70" w:type="dxa"/>
              <w:right w:w="85" w:type="dxa"/>
            </w:tcMar>
            <w:vAlign w:val="center"/>
          </w:tcPr>
          <w:p w14:paraId="2F96DF49" w14:textId="77777777" w:rsidR="003D05DA" w:rsidRDefault="003D05DA" w:rsidP="00426D0A">
            <w:pPr>
              <w:spacing w:after="0" w:line="259" w:lineRule="auto"/>
              <w:rPr>
                <w:rFonts w:hint="eastAsia"/>
              </w:rPr>
            </w:pPr>
            <w:r>
              <w:rPr>
                <w:b/>
                <w:color w:val="135DB4"/>
                <w:sz w:val="14"/>
              </w:rPr>
              <w:t>A.07.05</w:t>
            </w:r>
          </w:p>
        </w:tc>
        <w:tc>
          <w:tcPr>
            <w:tcW w:w="3719" w:type="dxa"/>
            <w:tcMar>
              <w:top w:w="75" w:type="dxa"/>
              <w:left w:w="85" w:type="dxa"/>
              <w:bottom w:w="70" w:type="dxa"/>
              <w:right w:w="85" w:type="dxa"/>
            </w:tcMar>
            <w:vAlign w:val="center"/>
          </w:tcPr>
          <w:p w14:paraId="4A00B65B"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18609BCD"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4D45B9AD"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7765F76C" w14:textId="77777777" w:rsidTr="00426D0A">
        <w:trPr>
          <w:cantSplit/>
          <w:jc w:val="center"/>
        </w:trPr>
        <w:tc>
          <w:tcPr>
            <w:tcW w:w="1600" w:type="dxa"/>
            <w:shd w:val="clear" w:color="auto" w:fill="F0F6FC"/>
            <w:tcMar>
              <w:top w:w="75" w:type="dxa"/>
              <w:left w:w="85" w:type="dxa"/>
              <w:bottom w:w="70" w:type="dxa"/>
              <w:right w:w="85" w:type="dxa"/>
            </w:tcMar>
            <w:vAlign w:val="center"/>
          </w:tcPr>
          <w:p w14:paraId="6439B486" w14:textId="77777777" w:rsidR="003D05DA" w:rsidRDefault="003D05DA" w:rsidP="00426D0A">
            <w:pPr>
              <w:spacing w:after="0" w:line="259" w:lineRule="auto"/>
              <w:rPr>
                <w:rFonts w:hint="eastAsia"/>
              </w:rPr>
            </w:pPr>
            <w:r>
              <w:rPr>
                <w:b/>
                <w:color w:val="135DB4"/>
                <w:sz w:val="14"/>
              </w:rPr>
              <w:t>A.07.06</w:t>
            </w:r>
          </w:p>
        </w:tc>
        <w:tc>
          <w:tcPr>
            <w:tcW w:w="3719" w:type="dxa"/>
            <w:shd w:val="clear" w:color="auto" w:fill="F0F6FC"/>
            <w:tcMar>
              <w:top w:w="75" w:type="dxa"/>
              <w:left w:w="85" w:type="dxa"/>
              <w:bottom w:w="70" w:type="dxa"/>
              <w:right w:w="85" w:type="dxa"/>
            </w:tcMar>
            <w:vAlign w:val="center"/>
          </w:tcPr>
          <w:p w14:paraId="14CF66E7"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73AB66CF"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11940A90"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68654DFC" w14:textId="77777777" w:rsidTr="00426D0A">
        <w:trPr>
          <w:cantSplit/>
          <w:jc w:val="center"/>
        </w:trPr>
        <w:tc>
          <w:tcPr>
            <w:tcW w:w="1600" w:type="dxa"/>
            <w:tcMar>
              <w:top w:w="75" w:type="dxa"/>
              <w:left w:w="85" w:type="dxa"/>
              <w:bottom w:w="70" w:type="dxa"/>
              <w:right w:w="85" w:type="dxa"/>
            </w:tcMar>
            <w:vAlign w:val="center"/>
          </w:tcPr>
          <w:p w14:paraId="1DD1E485" w14:textId="77777777" w:rsidR="003D05DA" w:rsidRDefault="003D05DA" w:rsidP="00426D0A">
            <w:pPr>
              <w:spacing w:after="0" w:line="259" w:lineRule="auto"/>
              <w:rPr>
                <w:rFonts w:hint="eastAsia"/>
              </w:rPr>
            </w:pPr>
            <w:r>
              <w:rPr>
                <w:b/>
                <w:color w:val="135DB4"/>
                <w:sz w:val="14"/>
              </w:rPr>
              <w:t>A.07.07</w:t>
            </w:r>
          </w:p>
        </w:tc>
        <w:tc>
          <w:tcPr>
            <w:tcW w:w="3719" w:type="dxa"/>
            <w:tcMar>
              <w:top w:w="75" w:type="dxa"/>
              <w:left w:w="85" w:type="dxa"/>
              <w:bottom w:w="70" w:type="dxa"/>
              <w:right w:w="85" w:type="dxa"/>
            </w:tcMar>
            <w:vAlign w:val="center"/>
          </w:tcPr>
          <w:p w14:paraId="18388694"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4B8FA173"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60318FC4"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26CC33CF" w14:textId="77777777" w:rsidTr="00426D0A">
        <w:trPr>
          <w:cantSplit/>
          <w:jc w:val="center"/>
        </w:trPr>
        <w:tc>
          <w:tcPr>
            <w:tcW w:w="1600" w:type="dxa"/>
            <w:shd w:val="clear" w:color="auto" w:fill="F0F6FC"/>
            <w:tcMar>
              <w:top w:w="75" w:type="dxa"/>
              <w:left w:w="85" w:type="dxa"/>
              <w:bottom w:w="70" w:type="dxa"/>
              <w:right w:w="85" w:type="dxa"/>
            </w:tcMar>
            <w:vAlign w:val="center"/>
          </w:tcPr>
          <w:p w14:paraId="116D9916" w14:textId="77777777" w:rsidR="003D05DA" w:rsidRDefault="003D05DA" w:rsidP="00426D0A">
            <w:pPr>
              <w:spacing w:after="0" w:line="259" w:lineRule="auto"/>
              <w:rPr>
                <w:rFonts w:hint="eastAsia"/>
              </w:rPr>
            </w:pPr>
            <w:r>
              <w:rPr>
                <w:b/>
                <w:color w:val="135DB4"/>
                <w:sz w:val="14"/>
              </w:rPr>
              <w:t>A.07.08</w:t>
            </w:r>
          </w:p>
        </w:tc>
        <w:tc>
          <w:tcPr>
            <w:tcW w:w="3719" w:type="dxa"/>
            <w:shd w:val="clear" w:color="auto" w:fill="F0F6FC"/>
            <w:tcMar>
              <w:top w:w="75" w:type="dxa"/>
              <w:left w:w="85" w:type="dxa"/>
              <w:bottom w:w="70" w:type="dxa"/>
              <w:right w:w="85" w:type="dxa"/>
            </w:tcMar>
            <w:vAlign w:val="center"/>
          </w:tcPr>
          <w:p w14:paraId="3496A0FB"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11AA9BAC"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5922CAD5"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1BC7C46E" w14:textId="77777777" w:rsidTr="00426D0A">
        <w:trPr>
          <w:cantSplit/>
          <w:jc w:val="center"/>
        </w:trPr>
        <w:tc>
          <w:tcPr>
            <w:tcW w:w="1600" w:type="dxa"/>
            <w:tcMar>
              <w:top w:w="75" w:type="dxa"/>
              <w:left w:w="85" w:type="dxa"/>
              <w:bottom w:w="70" w:type="dxa"/>
              <w:right w:w="85" w:type="dxa"/>
            </w:tcMar>
            <w:vAlign w:val="center"/>
          </w:tcPr>
          <w:p w14:paraId="02EC4B4B" w14:textId="77777777" w:rsidR="003D05DA" w:rsidRDefault="003D05DA" w:rsidP="00426D0A">
            <w:pPr>
              <w:spacing w:after="0" w:line="259" w:lineRule="auto"/>
              <w:rPr>
                <w:rFonts w:hint="eastAsia"/>
              </w:rPr>
            </w:pPr>
            <w:r>
              <w:rPr>
                <w:b/>
                <w:color w:val="135DB4"/>
                <w:sz w:val="14"/>
              </w:rPr>
              <w:t>A.07.09</w:t>
            </w:r>
          </w:p>
        </w:tc>
        <w:tc>
          <w:tcPr>
            <w:tcW w:w="3719" w:type="dxa"/>
            <w:tcMar>
              <w:top w:w="75" w:type="dxa"/>
              <w:left w:w="85" w:type="dxa"/>
              <w:bottom w:w="70" w:type="dxa"/>
              <w:right w:w="85" w:type="dxa"/>
            </w:tcMar>
            <w:vAlign w:val="center"/>
          </w:tcPr>
          <w:p w14:paraId="3E112D79"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40A61C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0D55486A"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346E6155" w14:textId="77777777" w:rsidTr="00426D0A">
        <w:trPr>
          <w:cantSplit/>
          <w:jc w:val="center"/>
        </w:trPr>
        <w:tc>
          <w:tcPr>
            <w:tcW w:w="1600" w:type="dxa"/>
            <w:shd w:val="clear" w:color="auto" w:fill="F0F6FC"/>
            <w:tcMar>
              <w:top w:w="75" w:type="dxa"/>
              <w:left w:w="85" w:type="dxa"/>
              <w:bottom w:w="70" w:type="dxa"/>
              <w:right w:w="85" w:type="dxa"/>
            </w:tcMar>
            <w:vAlign w:val="center"/>
          </w:tcPr>
          <w:p w14:paraId="59C77318" w14:textId="77777777" w:rsidR="003D05DA" w:rsidRDefault="003D05DA" w:rsidP="00426D0A">
            <w:pPr>
              <w:spacing w:after="0" w:line="259" w:lineRule="auto"/>
              <w:rPr>
                <w:rFonts w:hint="eastAsia"/>
              </w:rPr>
            </w:pPr>
            <w:r>
              <w:rPr>
                <w:b/>
                <w:color w:val="135DB4"/>
                <w:sz w:val="14"/>
              </w:rPr>
              <w:t>A.07.10</w:t>
            </w:r>
          </w:p>
        </w:tc>
        <w:tc>
          <w:tcPr>
            <w:tcW w:w="3719" w:type="dxa"/>
            <w:shd w:val="clear" w:color="auto" w:fill="F0F6FC"/>
            <w:tcMar>
              <w:top w:w="75" w:type="dxa"/>
              <w:left w:w="85" w:type="dxa"/>
              <w:bottom w:w="70" w:type="dxa"/>
              <w:right w:w="85" w:type="dxa"/>
            </w:tcMar>
            <w:vAlign w:val="center"/>
          </w:tcPr>
          <w:p w14:paraId="53975654"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6FD7C2F5"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435F272A"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402C94A1" w14:textId="77777777" w:rsidTr="00426D0A">
        <w:trPr>
          <w:cantSplit/>
          <w:jc w:val="center"/>
        </w:trPr>
        <w:tc>
          <w:tcPr>
            <w:tcW w:w="1600" w:type="dxa"/>
            <w:tcMar>
              <w:top w:w="75" w:type="dxa"/>
              <w:left w:w="85" w:type="dxa"/>
              <w:bottom w:w="70" w:type="dxa"/>
              <w:right w:w="85" w:type="dxa"/>
            </w:tcMar>
            <w:vAlign w:val="center"/>
          </w:tcPr>
          <w:p w14:paraId="0998C303" w14:textId="77777777" w:rsidR="003D05DA" w:rsidRDefault="003D05DA" w:rsidP="00426D0A">
            <w:pPr>
              <w:spacing w:after="0" w:line="259" w:lineRule="auto"/>
              <w:rPr>
                <w:rFonts w:hint="eastAsia"/>
              </w:rPr>
            </w:pPr>
            <w:r>
              <w:rPr>
                <w:b/>
                <w:color w:val="135DB4"/>
                <w:sz w:val="14"/>
              </w:rPr>
              <w:t>A.07.11</w:t>
            </w:r>
          </w:p>
        </w:tc>
        <w:tc>
          <w:tcPr>
            <w:tcW w:w="3719" w:type="dxa"/>
            <w:tcMar>
              <w:top w:w="75" w:type="dxa"/>
              <w:left w:w="85" w:type="dxa"/>
              <w:bottom w:w="70" w:type="dxa"/>
              <w:right w:w="85" w:type="dxa"/>
            </w:tcMar>
            <w:vAlign w:val="center"/>
          </w:tcPr>
          <w:p w14:paraId="447E085B"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21362B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CBF40FA"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39E3D781" w14:textId="77777777" w:rsidTr="00426D0A">
        <w:trPr>
          <w:cantSplit/>
          <w:jc w:val="center"/>
        </w:trPr>
        <w:tc>
          <w:tcPr>
            <w:tcW w:w="1600" w:type="dxa"/>
            <w:shd w:val="clear" w:color="auto" w:fill="F0F6FC"/>
            <w:tcMar>
              <w:top w:w="75" w:type="dxa"/>
              <w:left w:w="85" w:type="dxa"/>
              <w:bottom w:w="70" w:type="dxa"/>
              <w:right w:w="85" w:type="dxa"/>
            </w:tcMar>
            <w:vAlign w:val="center"/>
          </w:tcPr>
          <w:p w14:paraId="094ECE37" w14:textId="77777777" w:rsidR="003D05DA" w:rsidRDefault="003D05DA" w:rsidP="00426D0A">
            <w:pPr>
              <w:spacing w:after="0" w:line="259" w:lineRule="auto"/>
              <w:rPr>
                <w:rFonts w:hint="eastAsia"/>
              </w:rPr>
            </w:pPr>
            <w:r>
              <w:rPr>
                <w:b/>
                <w:color w:val="135DB4"/>
                <w:sz w:val="14"/>
              </w:rPr>
              <w:t>A.07.12</w:t>
            </w:r>
          </w:p>
        </w:tc>
        <w:tc>
          <w:tcPr>
            <w:tcW w:w="3719" w:type="dxa"/>
            <w:shd w:val="clear" w:color="auto" w:fill="F0F6FC"/>
            <w:tcMar>
              <w:top w:w="75" w:type="dxa"/>
              <w:left w:w="85" w:type="dxa"/>
              <w:bottom w:w="70" w:type="dxa"/>
              <w:right w:w="85" w:type="dxa"/>
            </w:tcMar>
            <w:vAlign w:val="center"/>
          </w:tcPr>
          <w:p w14:paraId="2F49D2C6"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3E27B1A6"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13D6FE3B"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3B7AE25F" w14:textId="77777777" w:rsidTr="00426D0A">
        <w:trPr>
          <w:cantSplit/>
          <w:jc w:val="center"/>
        </w:trPr>
        <w:tc>
          <w:tcPr>
            <w:tcW w:w="1600" w:type="dxa"/>
            <w:tcMar>
              <w:top w:w="75" w:type="dxa"/>
              <w:left w:w="85" w:type="dxa"/>
              <w:bottom w:w="70" w:type="dxa"/>
              <w:right w:w="85" w:type="dxa"/>
            </w:tcMar>
            <w:vAlign w:val="center"/>
          </w:tcPr>
          <w:p w14:paraId="74CF40EF" w14:textId="77777777" w:rsidR="003D05DA" w:rsidRDefault="003D05DA" w:rsidP="00426D0A">
            <w:pPr>
              <w:spacing w:after="0" w:line="259" w:lineRule="auto"/>
              <w:rPr>
                <w:rFonts w:hint="eastAsia"/>
              </w:rPr>
            </w:pPr>
            <w:r>
              <w:rPr>
                <w:b/>
                <w:color w:val="135DB4"/>
                <w:sz w:val="14"/>
              </w:rPr>
              <w:t>A.07.13</w:t>
            </w:r>
          </w:p>
        </w:tc>
        <w:tc>
          <w:tcPr>
            <w:tcW w:w="3719" w:type="dxa"/>
            <w:tcMar>
              <w:top w:w="75" w:type="dxa"/>
              <w:left w:w="85" w:type="dxa"/>
              <w:bottom w:w="70" w:type="dxa"/>
              <w:right w:w="85" w:type="dxa"/>
            </w:tcMar>
            <w:vAlign w:val="center"/>
          </w:tcPr>
          <w:p w14:paraId="4DFAFF31"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11CEA12"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3D4C8443" w14:textId="77777777" w:rsidR="003D05DA" w:rsidRDefault="003D05DA" w:rsidP="00426D0A">
            <w:pPr>
              <w:spacing w:after="0" w:line="259" w:lineRule="auto"/>
              <w:rPr>
                <w:rFonts w:hint="eastAsia"/>
              </w:rPr>
            </w:pPr>
            <w:r>
              <w:rPr>
                <w:sz w:val="14"/>
              </w:rPr>
              <w:t>Ir. Nasir / Hani</w:t>
            </w:r>
          </w:p>
        </w:tc>
      </w:tr>
      <w:tr w:rsidR="003D05DA" w14:paraId="26B5E043" w14:textId="77777777" w:rsidTr="00426D0A">
        <w:trPr>
          <w:cantSplit/>
          <w:jc w:val="center"/>
        </w:trPr>
        <w:tc>
          <w:tcPr>
            <w:tcW w:w="1600" w:type="dxa"/>
            <w:shd w:val="clear" w:color="auto" w:fill="F0F6FC"/>
            <w:tcMar>
              <w:top w:w="75" w:type="dxa"/>
              <w:left w:w="85" w:type="dxa"/>
              <w:bottom w:w="70" w:type="dxa"/>
              <w:right w:w="85" w:type="dxa"/>
            </w:tcMar>
            <w:vAlign w:val="center"/>
          </w:tcPr>
          <w:p w14:paraId="744B1CCB" w14:textId="77777777" w:rsidR="003D05DA" w:rsidRDefault="003D05DA" w:rsidP="00426D0A">
            <w:pPr>
              <w:spacing w:after="0" w:line="259" w:lineRule="auto"/>
              <w:rPr>
                <w:rFonts w:hint="eastAsia"/>
              </w:rPr>
            </w:pPr>
            <w:r>
              <w:rPr>
                <w:b/>
                <w:color w:val="135DB4"/>
                <w:sz w:val="14"/>
              </w:rPr>
              <w:t>A.07.14</w:t>
            </w:r>
          </w:p>
        </w:tc>
        <w:tc>
          <w:tcPr>
            <w:tcW w:w="3719" w:type="dxa"/>
            <w:shd w:val="clear" w:color="auto" w:fill="F0F6FC"/>
            <w:tcMar>
              <w:top w:w="75" w:type="dxa"/>
              <w:left w:w="85" w:type="dxa"/>
              <w:bottom w:w="70" w:type="dxa"/>
              <w:right w:w="85" w:type="dxa"/>
            </w:tcMar>
            <w:vAlign w:val="center"/>
          </w:tcPr>
          <w:p w14:paraId="009C8020"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0EEC0027"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0ECE9850" w14:textId="77777777" w:rsidR="003D05DA" w:rsidRDefault="003D05DA" w:rsidP="00426D0A">
            <w:pPr>
              <w:spacing w:after="0" w:line="259" w:lineRule="auto"/>
              <w:rPr>
                <w:rFonts w:hint="eastAsia"/>
              </w:rPr>
            </w:pPr>
            <w:r>
              <w:rPr>
                <w:sz w:val="14"/>
              </w:rPr>
              <w:t>Ir. Suparjo / Rino</w:t>
            </w:r>
          </w:p>
        </w:tc>
      </w:tr>
    </w:tbl>
    <w:p w14:paraId="2A692619" w14:textId="77777777" w:rsidR="003D05DA" w:rsidRDefault="003D05DA" w:rsidP="003D05DA">
      <w:pPr>
        <w:spacing w:after="0"/>
        <w:rPr>
          <w:rFonts w:hint="eastAsia"/>
        </w:rPr>
      </w:pPr>
    </w:p>
    <w:p w14:paraId="1EE74E4F" w14:textId="77777777" w:rsidR="003D05DA" w:rsidRDefault="003D05DA" w:rsidP="003D05DA">
      <w:pPr>
        <w:spacing w:after="240"/>
        <w:rPr>
          <w:rFonts w:hint="eastAsia"/>
        </w:rPr>
      </w:pPr>
    </w:p>
    <w:p w14:paraId="2AB3F7E4"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penilaian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5539B716"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2231B39A" w14:textId="77777777" w:rsidR="003D05DA" w:rsidRDefault="003D05DA" w:rsidP="003D05DA">
      <w:pPr>
        <w:rPr>
          <w:rFonts w:hint="eastAsia"/>
        </w:rPr>
      </w:pPr>
      <w:r>
        <w:br w:type="page"/>
      </w:r>
    </w:p>
    <w:p w14:paraId="67C3EC9D" w14:textId="77777777" w:rsidR="003D05DA" w:rsidRDefault="003D05DA" w:rsidP="003D05DA">
      <w:pPr>
        <w:pStyle w:val="SectionTag"/>
        <w:rPr>
          <w:rFonts w:hint="eastAsia"/>
        </w:rPr>
      </w:pPr>
      <w:r>
        <w:rPr>
          <w:b w:val="0"/>
        </w:rPr>
        <w:lastRenderedPageBreak/>
        <w:t>8 / KATALOG A - TEKNIK PELAYANAN KESEHATAN</w:t>
      </w:r>
    </w:p>
    <w:p w14:paraId="625942C9" w14:textId="77777777" w:rsidR="003D05DA" w:rsidRDefault="003D05DA" w:rsidP="003D05DA">
      <w:pPr>
        <w:pStyle w:val="MainTitle"/>
        <w:rPr>
          <w:rFonts w:hint="eastAsia"/>
        </w:rPr>
      </w:pPr>
      <w:r>
        <w:rPr>
          <w:b w:val="0"/>
        </w:rPr>
        <w:t xml:space="preserve">A.08 | </w:t>
      </w:r>
      <w:proofErr w:type="spellStart"/>
      <w:r>
        <w:rPr>
          <w:b w:val="0"/>
        </w:rPr>
        <w:t>Pemanfaatan</w:t>
      </w:r>
      <w:proofErr w:type="spellEnd"/>
    </w:p>
    <w:p w14:paraId="15640D9C"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3A6AE56D"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Operasi</w:t>
      </w:r>
      <w:proofErr w:type="spellEnd"/>
      <w:r>
        <w:t xml:space="preserve">, </w:t>
      </w:r>
      <w:proofErr w:type="spellStart"/>
      <w:r>
        <w:t>produktivitas</w:t>
      </w:r>
      <w:proofErr w:type="spellEnd"/>
      <w:r>
        <w:t xml:space="preserve">, </w:t>
      </w:r>
      <w:proofErr w:type="spellStart"/>
      <w:r>
        <w:t>pemanfaatan</w:t>
      </w:r>
      <w:proofErr w:type="spellEnd"/>
      <w:r>
        <w:t xml:space="preserve"> </w:t>
      </w:r>
      <w:proofErr w:type="spellStart"/>
      <w:r>
        <w:t>aset</w:t>
      </w:r>
      <w:proofErr w:type="spellEnd"/>
      <w:r>
        <w:t xml:space="preserve"> dan </w:t>
      </w:r>
      <w:proofErr w:type="spellStart"/>
      <w:r>
        <w:t>layanan</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182476F3"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31F05293"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6B9CB248"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75706F09"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7560A846"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17C041B1" w14:textId="77777777" w:rsidTr="00426D0A">
        <w:trPr>
          <w:cantSplit/>
          <w:jc w:val="center"/>
        </w:trPr>
        <w:tc>
          <w:tcPr>
            <w:tcW w:w="1600" w:type="dxa"/>
            <w:tcMar>
              <w:top w:w="75" w:type="dxa"/>
              <w:left w:w="85" w:type="dxa"/>
              <w:bottom w:w="70" w:type="dxa"/>
              <w:right w:w="85" w:type="dxa"/>
            </w:tcMar>
            <w:vAlign w:val="center"/>
          </w:tcPr>
          <w:p w14:paraId="49F402F2" w14:textId="77777777" w:rsidR="003D05DA" w:rsidRDefault="003D05DA" w:rsidP="00426D0A">
            <w:pPr>
              <w:spacing w:after="0" w:line="259" w:lineRule="auto"/>
              <w:rPr>
                <w:rFonts w:hint="eastAsia"/>
              </w:rPr>
            </w:pPr>
            <w:r>
              <w:rPr>
                <w:b/>
                <w:color w:val="135DB4"/>
                <w:sz w:val="14"/>
              </w:rPr>
              <w:t>A.08.01</w:t>
            </w:r>
          </w:p>
        </w:tc>
        <w:tc>
          <w:tcPr>
            <w:tcW w:w="3719" w:type="dxa"/>
            <w:tcMar>
              <w:top w:w="75" w:type="dxa"/>
              <w:left w:w="85" w:type="dxa"/>
              <w:bottom w:w="70" w:type="dxa"/>
              <w:right w:w="85" w:type="dxa"/>
            </w:tcMar>
            <w:vAlign w:val="center"/>
          </w:tcPr>
          <w:p w14:paraId="3121E05F"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7BA969E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2D5101D6" w14:textId="77777777" w:rsidR="003D05DA" w:rsidRDefault="003D05DA" w:rsidP="00426D0A">
            <w:pPr>
              <w:spacing w:after="0" w:line="259" w:lineRule="auto"/>
              <w:rPr>
                <w:rFonts w:hint="eastAsia"/>
              </w:rPr>
            </w:pPr>
            <w:r>
              <w:rPr>
                <w:sz w:val="14"/>
              </w:rPr>
              <w:t>Prof. Eko / Dr. Benny</w:t>
            </w:r>
          </w:p>
        </w:tc>
      </w:tr>
      <w:tr w:rsidR="003D05DA" w14:paraId="3532878E" w14:textId="77777777" w:rsidTr="00426D0A">
        <w:trPr>
          <w:cantSplit/>
          <w:jc w:val="center"/>
        </w:trPr>
        <w:tc>
          <w:tcPr>
            <w:tcW w:w="1600" w:type="dxa"/>
            <w:shd w:val="clear" w:color="auto" w:fill="F0F6FC"/>
            <w:tcMar>
              <w:top w:w="75" w:type="dxa"/>
              <w:left w:w="85" w:type="dxa"/>
              <w:bottom w:w="70" w:type="dxa"/>
              <w:right w:w="85" w:type="dxa"/>
            </w:tcMar>
            <w:vAlign w:val="center"/>
          </w:tcPr>
          <w:p w14:paraId="45A4D9B3" w14:textId="77777777" w:rsidR="003D05DA" w:rsidRDefault="003D05DA" w:rsidP="00426D0A">
            <w:pPr>
              <w:spacing w:after="0" w:line="259" w:lineRule="auto"/>
              <w:rPr>
                <w:rFonts w:hint="eastAsia"/>
              </w:rPr>
            </w:pPr>
            <w:r>
              <w:rPr>
                <w:b/>
                <w:color w:val="135DB4"/>
                <w:sz w:val="14"/>
              </w:rPr>
              <w:t>A.08.02</w:t>
            </w:r>
          </w:p>
        </w:tc>
        <w:tc>
          <w:tcPr>
            <w:tcW w:w="3719" w:type="dxa"/>
            <w:shd w:val="clear" w:color="auto" w:fill="F0F6FC"/>
            <w:tcMar>
              <w:top w:w="75" w:type="dxa"/>
              <w:left w:w="85" w:type="dxa"/>
              <w:bottom w:w="70" w:type="dxa"/>
              <w:right w:w="85" w:type="dxa"/>
            </w:tcMar>
            <w:vAlign w:val="center"/>
          </w:tcPr>
          <w:p w14:paraId="60407CEB"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5053BDC"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54D61D65"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246A8263" w14:textId="77777777" w:rsidTr="00426D0A">
        <w:trPr>
          <w:cantSplit/>
          <w:jc w:val="center"/>
        </w:trPr>
        <w:tc>
          <w:tcPr>
            <w:tcW w:w="1600" w:type="dxa"/>
            <w:tcMar>
              <w:top w:w="75" w:type="dxa"/>
              <w:left w:w="85" w:type="dxa"/>
              <w:bottom w:w="70" w:type="dxa"/>
              <w:right w:w="85" w:type="dxa"/>
            </w:tcMar>
            <w:vAlign w:val="center"/>
          </w:tcPr>
          <w:p w14:paraId="6E872095" w14:textId="77777777" w:rsidR="003D05DA" w:rsidRDefault="003D05DA" w:rsidP="00426D0A">
            <w:pPr>
              <w:spacing w:after="0" w:line="259" w:lineRule="auto"/>
              <w:rPr>
                <w:rFonts w:hint="eastAsia"/>
              </w:rPr>
            </w:pPr>
            <w:r>
              <w:rPr>
                <w:b/>
                <w:color w:val="135DB4"/>
                <w:sz w:val="14"/>
              </w:rPr>
              <w:t>A.08.03</w:t>
            </w:r>
          </w:p>
        </w:tc>
        <w:tc>
          <w:tcPr>
            <w:tcW w:w="3719" w:type="dxa"/>
            <w:tcMar>
              <w:top w:w="75" w:type="dxa"/>
              <w:left w:w="85" w:type="dxa"/>
              <w:bottom w:w="70" w:type="dxa"/>
              <w:right w:w="85" w:type="dxa"/>
            </w:tcMar>
            <w:vAlign w:val="center"/>
          </w:tcPr>
          <w:p w14:paraId="50F9F7B4"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20A08CBC"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A43C1B1" w14:textId="77777777" w:rsidR="003D05DA" w:rsidRDefault="003D05DA" w:rsidP="00426D0A">
            <w:pPr>
              <w:spacing w:after="0" w:line="259" w:lineRule="auto"/>
              <w:rPr>
                <w:rFonts w:hint="eastAsia"/>
              </w:rPr>
            </w:pPr>
            <w:r>
              <w:rPr>
                <w:sz w:val="14"/>
              </w:rPr>
              <w:t>Dr. Benny / Hilman Hamid</w:t>
            </w:r>
          </w:p>
        </w:tc>
      </w:tr>
      <w:tr w:rsidR="003D05DA" w14:paraId="46468ADC" w14:textId="77777777" w:rsidTr="00426D0A">
        <w:trPr>
          <w:cantSplit/>
          <w:jc w:val="center"/>
        </w:trPr>
        <w:tc>
          <w:tcPr>
            <w:tcW w:w="1600" w:type="dxa"/>
            <w:shd w:val="clear" w:color="auto" w:fill="F0F6FC"/>
            <w:tcMar>
              <w:top w:w="75" w:type="dxa"/>
              <w:left w:w="85" w:type="dxa"/>
              <w:bottom w:w="70" w:type="dxa"/>
              <w:right w:w="85" w:type="dxa"/>
            </w:tcMar>
            <w:vAlign w:val="center"/>
          </w:tcPr>
          <w:p w14:paraId="2518D6B3" w14:textId="77777777" w:rsidR="003D05DA" w:rsidRDefault="003D05DA" w:rsidP="00426D0A">
            <w:pPr>
              <w:spacing w:after="0" w:line="259" w:lineRule="auto"/>
              <w:rPr>
                <w:rFonts w:hint="eastAsia"/>
              </w:rPr>
            </w:pPr>
            <w:r>
              <w:rPr>
                <w:b/>
                <w:color w:val="135DB4"/>
                <w:sz w:val="14"/>
              </w:rPr>
              <w:t>A.08.04</w:t>
            </w:r>
          </w:p>
        </w:tc>
        <w:tc>
          <w:tcPr>
            <w:tcW w:w="3719" w:type="dxa"/>
            <w:shd w:val="clear" w:color="auto" w:fill="F0F6FC"/>
            <w:tcMar>
              <w:top w:w="75" w:type="dxa"/>
              <w:left w:w="85" w:type="dxa"/>
              <w:bottom w:w="70" w:type="dxa"/>
              <w:right w:w="85" w:type="dxa"/>
            </w:tcMar>
            <w:vAlign w:val="center"/>
          </w:tcPr>
          <w:p w14:paraId="44F1567C"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798FBB7E"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1A18D8EC"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6AF023AD" w14:textId="77777777" w:rsidTr="00426D0A">
        <w:trPr>
          <w:cantSplit/>
          <w:jc w:val="center"/>
        </w:trPr>
        <w:tc>
          <w:tcPr>
            <w:tcW w:w="1600" w:type="dxa"/>
            <w:tcMar>
              <w:top w:w="75" w:type="dxa"/>
              <w:left w:w="85" w:type="dxa"/>
              <w:bottom w:w="70" w:type="dxa"/>
              <w:right w:w="85" w:type="dxa"/>
            </w:tcMar>
            <w:vAlign w:val="center"/>
          </w:tcPr>
          <w:p w14:paraId="1B49EB72" w14:textId="77777777" w:rsidR="003D05DA" w:rsidRDefault="003D05DA" w:rsidP="00426D0A">
            <w:pPr>
              <w:spacing w:after="0" w:line="259" w:lineRule="auto"/>
              <w:rPr>
                <w:rFonts w:hint="eastAsia"/>
              </w:rPr>
            </w:pPr>
            <w:r>
              <w:rPr>
                <w:b/>
                <w:color w:val="135DB4"/>
                <w:sz w:val="14"/>
              </w:rPr>
              <w:t>A.08.05</w:t>
            </w:r>
          </w:p>
        </w:tc>
        <w:tc>
          <w:tcPr>
            <w:tcW w:w="3719" w:type="dxa"/>
            <w:tcMar>
              <w:top w:w="75" w:type="dxa"/>
              <w:left w:w="85" w:type="dxa"/>
              <w:bottom w:w="70" w:type="dxa"/>
              <w:right w:w="85" w:type="dxa"/>
            </w:tcMar>
            <w:vAlign w:val="center"/>
          </w:tcPr>
          <w:p w14:paraId="7DDA3FDD"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38D0FE1E"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44B1900D"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0DBF4AA3" w14:textId="77777777" w:rsidTr="00426D0A">
        <w:trPr>
          <w:cantSplit/>
          <w:jc w:val="center"/>
        </w:trPr>
        <w:tc>
          <w:tcPr>
            <w:tcW w:w="1600" w:type="dxa"/>
            <w:shd w:val="clear" w:color="auto" w:fill="F0F6FC"/>
            <w:tcMar>
              <w:top w:w="75" w:type="dxa"/>
              <w:left w:w="85" w:type="dxa"/>
              <w:bottom w:w="70" w:type="dxa"/>
              <w:right w:w="85" w:type="dxa"/>
            </w:tcMar>
            <w:vAlign w:val="center"/>
          </w:tcPr>
          <w:p w14:paraId="1995A5B3" w14:textId="77777777" w:rsidR="003D05DA" w:rsidRDefault="003D05DA" w:rsidP="00426D0A">
            <w:pPr>
              <w:spacing w:after="0" w:line="259" w:lineRule="auto"/>
              <w:rPr>
                <w:rFonts w:hint="eastAsia"/>
              </w:rPr>
            </w:pPr>
            <w:r>
              <w:rPr>
                <w:b/>
                <w:color w:val="135DB4"/>
                <w:sz w:val="14"/>
              </w:rPr>
              <w:t>A.08.06</w:t>
            </w:r>
          </w:p>
        </w:tc>
        <w:tc>
          <w:tcPr>
            <w:tcW w:w="3719" w:type="dxa"/>
            <w:shd w:val="clear" w:color="auto" w:fill="F0F6FC"/>
            <w:tcMar>
              <w:top w:w="75" w:type="dxa"/>
              <w:left w:w="85" w:type="dxa"/>
              <w:bottom w:w="70" w:type="dxa"/>
              <w:right w:w="85" w:type="dxa"/>
            </w:tcMar>
            <w:vAlign w:val="center"/>
          </w:tcPr>
          <w:p w14:paraId="1D0295A0"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0732ED8D"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47CFE635"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2E269F48" w14:textId="77777777" w:rsidTr="00426D0A">
        <w:trPr>
          <w:cantSplit/>
          <w:jc w:val="center"/>
        </w:trPr>
        <w:tc>
          <w:tcPr>
            <w:tcW w:w="1600" w:type="dxa"/>
            <w:tcMar>
              <w:top w:w="75" w:type="dxa"/>
              <w:left w:w="85" w:type="dxa"/>
              <w:bottom w:w="70" w:type="dxa"/>
              <w:right w:w="85" w:type="dxa"/>
            </w:tcMar>
            <w:vAlign w:val="center"/>
          </w:tcPr>
          <w:p w14:paraId="7E9EF859" w14:textId="77777777" w:rsidR="003D05DA" w:rsidRDefault="003D05DA" w:rsidP="00426D0A">
            <w:pPr>
              <w:spacing w:after="0" w:line="259" w:lineRule="auto"/>
              <w:rPr>
                <w:rFonts w:hint="eastAsia"/>
              </w:rPr>
            </w:pPr>
            <w:r>
              <w:rPr>
                <w:b/>
                <w:color w:val="135DB4"/>
                <w:sz w:val="14"/>
              </w:rPr>
              <w:t>A.08.07</w:t>
            </w:r>
          </w:p>
        </w:tc>
        <w:tc>
          <w:tcPr>
            <w:tcW w:w="3719" w:type="dxa"/>
            <w:tcMar>
              <w:top w:w="75" w:type="dxa"/>
              <w:left w:w="85" w:type="dxa"/>
              <w:bottom w:w="70" w:type="dxa"/>
              <w:right w:w="85" w:type="dxa"/>
            </w:tcMar>
            <w:vAlign w:val="center"/>
          </w:tcPr>
          <w:p w14:paraId="33AA63D2"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2AC441F0"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46225513"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223A837F" w14:textId="77777777" w:rsidTr="00426D0A">
        <w:trPr>
          <w:cantSplit/>
          <w:jc w:val="center"/>
        </w:trPr>
        <w:tc>
          <w:tcPr>
            <w:tcW w:w="1600" w:type="dxa"/>
            <w:shd w:val="clear" w:color="auto" w:fill="F0F6FC"/>
            <w:tcMar>
              <w:top w:w="75" w:type="dxa"/>
              <w:left w:w="85" w:type="dxa"/>
              <w:bottom w:w="70" w:type="dxa"/>
              <w:right w:w="85" w:type="dxa"/>
            </w:tcMar>
            <w:vAlign w:val="center"/>
          </w:tcPr>
          <w:p w14:paraId="1AB95DC8" w14:textId="77777777" w:rsidR="003D05DA" w:rsidRDefault="003D05DA" w:rsidP="00426D0A">
            <w:pPr>
              <w:spacing w:after="0" w:line="259" w:lineRule="auto"/>
              <w:rPr>
                <w:rFonts w:hint="eastAsia"/>
              </w:rPr>
            </w:pPr>
            <w:r>
              <w:rPr>
                <w:b/>
                <w:color w:val="135DB4"/>
                <w:sz w:val="14"/>
              </w:rPr>
              <w:t>A.08.08</w:t>
            </w:r>
          </w:p>
        </w:tc>
        <w:tc>
          <w:tcPr>
            <w:tcW w:w="3719" w:type="dxa"/>
            <w:shd w:val="clear" w:color="auto" w:fill="F0F6FC"/>
            <w:tcMar>
              <w:top w:w="75" w:type="dxa"/>
              <w:left w:w="85" w:type="dxa"/>
              <w:bottom w:w="70" w:type="dxa"/>
              <w:right w:w="85" w:type="dxa"/>
            </w:tcMar>
            <w:vAlign w:val="center"/>
          </w:tcPr>
          <w:p w14:paraId="544F8637"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09DCCD8A"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76C5EDA3"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0869A896" w14:textId="77777777" w:rsidTr="00426D0A">
        <w:trPr>
          <w:cantSplit/>
          <w:jc w:val="center"/>
        </w:trPr>
        <w:tc>
          <w:tcPr>
            <w:tcW w:w="1600" w:type="dxa"/>
            <w:tcMar>
              <w:top w:w="75" w:type="dxa"/>
              <w:left w:w="85" w:type="dxa"/>
              <w:bottom w:w="70" w:type="dxa"/>
              <w:right w:w="85" w:type="dxa"/>
            </w:tcMar>
            <w:vAlign w:val="center"/>
          </w:tcPr>
          <w:p w14:paraId="39D36D96" w14:textId="77777777" w:rsidR="003D05DA" w:rsidRDefault="003D05DA" w:rsidP="00426D0A">
            <w:pPr>
              <w:spacing w:after="0" w:line="259" w:lineRule="auto"/>
              <w:rPr>
                <w:rFonts w:hint="eastAsia"/>
              </w:rPr>
            </w:pPr>
            <w:r>
              <w:rPr>
                <w:b/>
                <w:color w:val="135DB4"/>
                <w:sz w:val="14"/>
              </w:rPr>
              <w:t>A.08.09</w:t>
            </w:r>
          </w:p>
        </w:tc>
        <w:tc>
          <w:tcPr>
            <w:tcW w:w="3719" w:type="dxa"/>
            <w:tcMar>
              <w:top w:w="75" w:type="dxa"/>
              <w:left w:w="85" w:type="dxa"/>
              <w:bottom w:w="70" w:type="dxa"/>
              <w:right w:w="85" w:type="dxa"/>
            </w:tcMar>
            <w:vAlign w:val="center"/>
          </w:tcPr>
          <w:p w14:paraId="7F1FF425"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7E63BC9"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69049BD"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43062EA3" w14:textId="77777777" w:rsidTr="00426D0A">
        <w:trPr>
          <w:cantSplit/>
          <w:jc w:val="center"/>
        </w:trPr>
        <w:tc>
          <w:tcPr>
            <w:tcW w:w="1600" w:type="dxa"/>
            <w:shd w:val="clear" w:color="auto" w:fill="F0F6FC"/>
            <w:tcMar>
              <w:top w:w="75" w:type="dxa"/>
              <w:left w:w="85" w:type="dxa"/>
              <w:bottom w:w="70" w:type="dxa"/>
              <w:right w:w="85" w:type="dxa"/>
            </w:tcMar>
            <w:vAlign w:val="center"/>
          </w:tcPr>
          <w:p w14:paraId="58753C8F" w14:textId="77777777" w:rsidR="003D05DA" w:rsidRDefault="003D05DA" w:rsidP="00426D0A">
            <w:pPr>
              <w:spacing w:after="0" w:line="259" w:lineRule="auto"/>
              <w:rPr>
                <w:rFonts w:hint="eastAsia"/>
              </w:rPr>
            </w:pPr>
            <w:r>
              <w:rPr>
                <w:b/>
                <w:color w:val="135DB4"/>
                <w:sz w:val="14"/>
              </w:rPr>
              <w:t>A.08.10</w:t>
            </w:r>
          </w:p>
        </w:tc>
        <w:tc>
          <w:tcPr>
            <w:tcW w:w="3719" w:type="dxa"/>
            <w:shd w:val="clear" w:color="auto" w:fill="F0F6FC"/>
            <w:tcMar>
              <w:top w:w="75" w:type="dxa"/>
              <w:left w:w="85" w:type="dxa"/>
              <w:bottom w:w="70" w:type="dxa"/>
              <w:right w:w="85" w:type="dxa"/>
            </w:tcMar>
            <w:vAlign w:val="center"/>
          </w:tcPr>
          <w:p w14:paraId="24A13163"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56F06AF8"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60449B49"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4E9B389B" w14:textId="77777777" w:rsidTr="00426D0A">
        <w:trPr>
          <w:cantSplit/>
          <w:jc w:val="center"/>
        </w:trPr>
        <w:tc>
          <w:tcPr>
            <w:tcW w:w="1600" w:type="dxa"/>
            <w:tcMar>
              <w:top w:w="75" w:type="dxa"/>
              <w:left w:w="85" w:type="dxa"/>
              <w:bottom w:w="70" w:type="dxa"/>
              <w:right w:w="85" w:type="dxa"/>
            </w:tcMar>
            <w:vAlign w:val="center"/>
          </w:tcPr>
          <w:p w14:paraId="5F380B5D" w14:textId="77777777" w:rsidR="003D05DA" w:rsidRDefault="003D05DA" w:rsidP="00426D0A">
            <w:pPr>
              <w:spacing w:after="0" w:line="259" w:lineRule="auto"/>
              <w:rPr>
                <w:rFonts w:hint="eastAsia"/>
              </w:rPr>
            </w:pPr>
            <w:r>
              <w:rPr>
                <w:b/>
                <w:color w:val="135DB4"/>
                <w:sz w:val="14"/>
              </w:rPr>
              <w:t>A.08.11</w:t>
            </w:r>
          </w:p>
        </w:tc>
        <w:tc>
          <w:tcPr>
            <w:tcW w:w="3719" w:type="dxa"/>
            <w:tcMar>
              <w:top w:w="75" w:type="dxa"/>
              <w:left w:w="85" w:type="dxa"/>
              <w:bottom w:w="70" w:type="dxa"/>
              <w:right w:w="85" w:type="dxa"/>
            </w:tcMar>
            <w:vAlign w:val="center"/>
          </w:tcPr>
          <w:p w14:paraId="0418DB0F"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489893FC"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2071F39B"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73CCC350" w14:textId="77777777" w:rsidTr="00426D0A">
        <w:trPr>
          <w:cantSplit/>
          <w:jc w:val="center"/>
        </w:trPr>
        <w:tc>
          <w:tcPr>
            <w:tcW w:w="1600" w:type="dxa"/>
            <w:shd w:val="clear" w:color="auto" w:fill="F0F6FC"/>
            <w:tcMar>
              <w:top w:w="75" w:type="dxa"/>
              <w:left w:w="85" w:type="dxa"/>
              <w:bottom w:w="70" w:type="dxa"/>
              <w:right w:w="85" w:type="dxa"/>
            </w:tcMar>
            <w:vAlign w:val="center"/>
          </w:tcPr>
          <w:p w14:paraId="33D76E19" w14:textId="77777777" w:rsidR="003D05DA" w:rsidRDefault="003D05DA" w:rsidP="00426D0A">
            <w:pPr>
              <w:spacing w:after="0" w:line="259" w:lineRule="auto"/>
              <w:rPr>
                <w:rFonts w:hint="eastAsia"/>
              </w:rPr>
            </w:pPr>
            <w:r>
              <w:rPr>
                <w:b/>
                <w:color w:val="135DB4"/>
                <w:sz w:val="14"/>
              </w:rPr>
              <w:t>A.08.12</w:t>
            </w:r>
          </w:p>
        </w:tc>
        <w:tc>
          <w:tcPr>
            <w:tcW w:w="3719" w:type="dxa"/>
            <w:shd w:val="clear" w:color="auto" w:fill="F0F6FC"/>
            <w:tcMar>
              <w:top w:w="75" w:type="dxa"/>
              <w:left w:w="85" w:type="dxa"/>
              <w:bottom w:w="70" w:type="dxa"/>
              <w:right w:w="85" w:type="dxa"/>
            </w:tcMar>
            <w:vAlign w:val="center"/>
          </w:tcPr>
          <w:p w14:paraId="6AA77C1D"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365145DE"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66F22D9D"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42F97797" w14:textId="77777777" w:rsidTr="00426D0A">
        <w:trPr>
          <w:cantSplit/>
          <w:jc w:val="center"/>
        </w:trPr>
        <w:tc>
          <w:tcPr>
            <w:tcW w:w="1600" w:type="dxa"/>
            <w:tcMar>
              <w:top w:w="75" w:type="dxa"/>
              <w:left w:w="85" w:type="dxa"/>
              <w:bottom w:w="70" w:type="dxa"/>
              <w:right w:w="85" w:type="dxa"/>
            </w:tcMar>
            <w:vAlign w:val="center"/>
          </w:tcPr>
          <w:p w14:paraId="116DC7C1" w14:textId="77777777" w:rsidR="003D05DA" w:rsidRDefault="003D05DA" w:rsidP="00426D0A">
            <w:pPr>
              <w:spacing w:after="0" w:line="259" w:lineRule="auto"/>
              <w:rPr>
                <w:rFonts w:hint="eastAsia"/>
              </w:rPr>
            </w:pPr>
            <w:r>
              <w:rPr>
                <w:b/>
                <w:color w:val="135DB4"/>
                <w:sz w:val="14"/>
              </w:rPr>
              <w:t>A.08.13</w:t>
            </w:r>
          </w:p>
        </w:tc>
        <w:tc>
          <w:tcPr>
            <w:tcW w:w="3719" w:type="dxa"/>
            <w:tcMar>
              <w:top w:w="75" w:type="dxa"/>
              <w:left w:w="85" w:type="dxa"/>
              <w:bottom w:w="70" w:type="dxa"/>
              <w:right w:w="85" w:type="dxa"/>
            </w:tcMar>
            <w:vAlign w:val="center"/>
          </w:tcPr>
          <w:p w14:paraId="3B94FBF9"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5D93568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86B2F10" w14:textId="77777777" w:rsidR="003D05DA" w:rsidRDefault="003D05DA" w:rsidP="00426D0A">
            <w:pPr>
              <w:spacing w:after="0" w:line="259" w:lineRule="auto"/>
              <w:rPr>
                <w:rFonts w:hint="eastAsia"/>
              </w:rPr>
            </w:pPr>
            <w:r>
              <w:rPr>
                <w:sz w:val="14"/>
              </w:rPr>
              <w:t>Ir. Nasir / Hani</w:t>
            </w:r>
          </w:p>
        </w:tc>
      </w:tr>
      <w:tr w:rsidR="003D05DA" w14:paraId="54DDCA44" w14:textId="77777777" w:rsidTr="00426D0A">
        <w:trPr>
          <w:cantSplit/>
          <w:jc w:val="center"/>
        </w:trPr>
        <w:tc>
          <w:tcPr>
            <w:tcW w:w="1600" w:type="dxa"/>
            <w:shd w:val="clear" w:color="auto" w:fill="F0F6FC"/>
            <w:tcMar>
              <w:top w:w="75" w:type="dxa"/>
              <w:left w:w="85" w:type="dxa"/>
              <w:bottom w:w="70" w:type="dxa"/>
              <w:right w:w="85" w:type="dxa"/>
            </w:tcMar>
            <w:vAlign w:val="center"/>
          </w:tcPr>
          <w:p w14:paraId="776DC294" w14:textId="77777777" w:rsidR="003D05DA" w:rsidRDefault="003D05DA" w:rsidP="00426D0A">
            <w:pPr>
              <w:spacing w:after="0" w:line="259" w:lineRule="auto"/>
              <w:rPr>
                <w:rFonts w:hint="eastAsia"/>
              </w:rPr>
            </w:pPr>
            <w:r>
              <w:rPr>
                <w:b/>
                <w:color w:val="135DB4"/>
                <w:sz w:val="14"/>
              </w:rPr>
              <w:t>A.08.14</w:t>
            </w:r>
          </w:p>
        </w:tc>
        <w:tc>
          <w:tcPr>
            <w:tcW w:w="3719" w:type="dxa"/>
            <w:shd w:val="clear" w:color="auto" w:fill="F0F6FC"/>
            <w:tcMar>
              <w:top w:w="75" w:type="dxa"/>
              <w:left w:w="85" w:type="dxa"/>
              <w:bottom w:w="70" w:type="dxa"/>
              <w:right w:w="85" w:type="dxa"/>
            </w:tcMar>
            <w:vAlign w:val="center"/>
          </w:tcPr>
          <w:p w14:paraId="48CEA917"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3B39C4FA"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32467AB2" w14:textId="77777777" w:rsidR="003D05DA" w:rsidRDefault="003D05DA" w:rsidP="00426D0A">
            <w:pPr>
              <w:spacing w:after="0" w:line="259" w:lineRule="auto"/>
              <w:rPr>
                <w:rFonts w:hint="eastAsia"/>
              </w:rPr>
            </w:pPr>
            <w:r>
              <w:rPr>
                <w:sz w:val="14"/>
              </w:rPr>
              <w:t>Ir. Suparjo / Rino</w:t>
            </w:r>
          </w:p>
        </w:tc>
      </w:tr>
    </w:tbl>
    <w:p w14:paraId="5BA5771B" w14:textId="77777777" w:rsidR="003D05DA" w:rsidRDefault="003D05DA" w:rsidP="003D05DA">
      <w:pPr>
        <w:spacing w:after="0"/>
        <w:rPr>
          <w:rFonts w:hint="eastAsia"/>
        </w:rPr>
      </w:pPr>
    </w:p>
    <w:p w14:paraId="75D72FEE" w14:textId="77777777" w:rsidR="003D05DA" w:rsidRDefault="003D05DA" w:rsidP="003D05DA">
      <w:pPr>
        <w:spacing w:after="240"/>
        <w:rPr>
          <w:rFonts w:hint="eastAsia"/>
        </w:rPr>
      </w:pPr>
    </w:p>
    <w:p w14:paraId="5B56B798"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pemanfaatan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28CE1F0F"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068A37F4" w14:textId="77777777" w:rsidR="003D05DA" w:rsidRDefault="003D05DA" w:rsidP="003D05DA">
      <w:pPr>
        <w:rPr>
          <w:rFonts w:hint="eastAsia"/>
        </w:rPr>
      </w:pPr>
      <w:r>
        <w:br w:type="page"/>
      </w:r>
    </w:p>
    <w:p w14:paraId="7F913346" w14:textId="77777777" w:rsidR="003D05DA" w:rsidRDefault="003D05DA" w:rsidP="003D05DA">
      <w:pPr>
        <w:pStyle w:val="SectionTag"/>
        <w:rPr>
          <w:rFonts w:hint="eastAsia"/>
        </w:rPr>
      </w:pPr>
      <w:r>
        <w:rPr>
          <w:b w:val="0"/>
        </w:rPr>
        <w:lastRenderedPageBreak/>
        <w:t>8 / KATALOG A - TEKNIK PELAYANAN KESEHATAN</w:t>
      </w:r>
    </w:p>
    <w:p w14:paraId="00690802" w14:textId="77777777" w:rsidR="003D05DA" w:rsidRDefault="003D05DA" w:rsidP="003D05DA">
      <w:pPr>
        <w:pStyle w:val="MainTitle"/>
        <w:rPr>
          <w:rFonts w:hint="eastAsia"/>
        </w:rPr>
      </w:pPr>
      <w:r>
        <w:rPr>
          <w:b w:val="0"/>
        </w:rPr>
        <w:t xml:space="preserve">A.09 | </w:t>
      </w:r>
      <w:proofErr w:type="spellStart"/>
      <w:r>
        <w:rPr>
          <w:b w:val="0"/>
        </w:rPr>
        <w:t>Pengelolaan</w:t>
      </w:r>
      <w:proofErr w:type="spellEnd"/>
    </w:p>
    <w:p w14:paraId="5864E6B4"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31F36727"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Tata </w:t>
      </w:r>
      <w:proofErr w:type="spellStart"/>
      <w:r>
        <w:t>kelola</w:t>
      </w:r>
      <w:proofErr w:type="spellEnd"/>
      <w:r>
        <w:t xml:space="preserve">, SOP, SDM, </w:t>
      </w:r>
      <w:proofErr w:type="spellStart"/>
      <w:r>
        <w:t>risiko</w:t>
      </w:r>
      <w:proofErr w:type="spellEnd"/>
      <w:r>
        <w:t xml:space="preserve"> dan </w:t>
      </w:r>
      <w:proofErr w:type="spellStart"/>
      <w:r>
        <w:t>pengukuran</w:t>
      </w:r>
      <w:proofErr w:type="spellEnd"/>
      <w:r>
        <w:t xml:space="preserve"> </w:t>
      </w:r>
      <w:proofErr w:type="spellStart"/>
      <w:r>
        <w:t>kinerja</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386158F4"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61C90A46"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789C07BA"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14E164C8"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25E40A06"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3F8FC01B" w14:textId="77777777" w:rsidTr="00426D0A">
        <w:trPr>
          <w:cantSplit/>
          <w:jc w:val="center"/>
        </w:trPr>
        <w:tc>
          <w:tcPr>
            <w:tcW w:w="1600" w:type="dxa"/>
            <w:tcMar>
              <w:top w:w="75" w:type="dxa"/>
              <w:left w:w="85" w:type="dxa"/>
              <w:bottom w:w="70" w:type="dxa"/>
              <w:right w:w="85" w:type="dxa"/>
            </w:tcMar>
            <w:vAlign w:val="center"/>
          </w:tcPr>
          <w:p w14:paraId="099E5B24" w14:textId="77777777" w:rsidR="003D05DA" w:rsidRDefault="003D05DA" w:rsidP="00426D0A">
            <w:pPr>
              <w:spacing w:after="0" w:line="259" w:lineRule="auto"/>
              <w:rPr>
                <w:rFonts w:hint="eastAsia"/>
              </w:rPr>
            </w:pPr>
            <w:r>
              <w:rPr>
                <w:b/>
                <w:color w:val="135DB4"/>
                <w:sz w:val="14"/>
              </w:rPr>
              <w:t>A.09.01</w:t>
            </w:r>
          </w:p>
        </w:tc>
        <w:tc>
          <w:tcPr>
            <w:tcW w:w="3719" w:type="dxa"/>
            <w:tcMar>
              <w:top w:w="75" w:type="dxa"/>
              <w:left w:w="85" w:type="dxa"/>
              <w:bottom w:w="70" w:type="dxa"/>
              <w:right w:w="85" w:type="dxa"/>
            </w:tcMar>
            <w:vAlign w:val="center"/>
          </w:tcPr>
          <w:p w14:paraId="1B1B2708"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7BB5252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6F5F8C21" w14:textId="77777777" w:rsidR="003D05DA" w:rsidRDefault="003D05DA" w:rsidP="00426D0A">
            <w:pPr>
              <w:spacing w:after="0" w:line="259" w:lineRule="auto"/>
              <w:rPr>
                <w:rFonts w:hint="eastAsia"/>
              </w:rPr>
            </w:pPr>
            <w:r>
              <w:rPr>
                <w:sz w:val="14"/>
              </w:rPr>
              <w:t>Prof. Eko / Dr. Benny</w:t>
            </w:r>
          </w:p>
        </w:tc>
      </w:tr>
      <w:tr w:rsidR="003D05DA" w14:paraId="42BF8954" w14:textId="77777777" w:rsidTr="00426D0A">
        <w:trPr>
          <w:cantSplit/>
          <w:jc w:val="center"/>
        </w:trPr>
        <w:tc>
          <w:tcPr>
            <w:tcW w:w="1600" w:type="dxa"/>
            <w:shd w:val="clear" w:color="auto" w:fill="F0F6FC"/>
            <w:tcMar>
              <w:top w:w="75" w:type="dxa"/>
              <w:left w:w="85" w:type="dxa"/>
              <w:bottom w:w="70" w:type="dxa"/>
              <w:right w:w="85" w:type="dxa"/>
            </w:tcMar>
            <w:vAlign w:val="center"/>
          </w:tcPr>
          <w:p w14:paraId="08C997DD" w14:textId="77777777" w:rsidR="003D05DA" w:rsidRDefault="003D05DA" w:rsidP="00426D0A">
            <w:pPr>
              <w:spacing w:after="0" w:line="259" w:lineRule="auto"/>
              <w:rPr>
                <w:rFonts w:hint="eastAsia"/>
              </w:rPr>
            </w:pPr>
            <w:r>
              <w:rPr>
                <w:b/>
                <w:color w:val="135DB4"/>
                <w:sz w:val="14"/>
              </w:rPr>
              <w:t>A.09.02</w:t>
            </w:r>
          </w:p>
        </w:tc>
        <w:tc>
          <w:tcPr>
            <w:tcW w:w="3719" w:type="dxa"/>
            <w:shd w:val="clear" w:color="auto" w:fill="F0F6FC"/>
            <w:tcMar>
              <w:top w:w="75" w:type="dxa"/>
              <w:left w:w="85" w:type="dxa"/>
              <w:bottom w:w="70" w:type="dxa"/>
              <w:right w:w="85" w:type="dxa"/>
            </w:tcMar>
            <w:vAlign w:val="center"/>
          </w:tcPr>
          <w:p w14:paraId="38D3BAC6"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2DB10E54"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7C7F8288"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4436A6A0" w14:textId="77777777" w:rsidTr="00426D0A">
        <w:trPr>
          <w:cantSplit/>
          <w:jc w:val="center"/>
        </w:trPr>
        <w:tc>
          <w:tcPr>
            <w:tcW w:w="1600" w:type="dxa"/>
            <w:tcMar>
              <w:top w:w="75" w:type="dxa"/>
              <w:left w:w="85" w:type="dxa"/>
              <w:bottom w:w="70" w:type="dxa"/>
              <w:right w:w="85" w:type="dxa"/>
            </w:tcMar>
            <w:vAlign w:val="center"/>
          </w:tcPr>
          <w:p w14:paraId="490420F9" w14:textId="77777777" w:rsidR="003D05DA" w:rsidRDefault="003D05DA" w:rsidP="00426D0A">
            <w:pPr>
              <w:spacing w:after="0" w:line="259" w:lineRule="auto"/>
              <w:rPr>
                <w:rFonts w:hint="eastAsia"/>
              </w:rPr>
            </w:pPr>
            <w:r>
              <w:rPr>
                <w:b/>
                <w:color w:val="135DB4"/>
                <w:sz w:val="14"/>
              </w:rPr>
              <w:t>A.09.03</w:t>
            </w:r>
          </w:p>
        </w:tc>
        <w:tc>
          <w:tcPr>
            <w:tcW w:w="3719" w:type="dxa"/>
            <w:tcMar>
              <w:top w:w="75" w:type="dxa"/>
              <w:left w:w="85" w:type="dxa"/>
              <w:bottom w:w="70" w:type="dxa"/>
              <w:right w:w="85" w:type="dxa"/>
            </w:tcMar>
            <w:vAlign w:val="center"/>
          </w:tcPr>
          <w:p w14:paraId="3E71D8E8"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309B1E10"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9DD273A" w14:textId="77777777" w:rsidR="003D05DA" w:rsidRDefault="003D05DA" w:rsidP="00426D0A">
            <w:pPr>
              <w:spacing w:after="0" w:line="259" w:lineRule="auto"/>
              <w:rPr>
                <w:rFonts w:hint="eastAsia"/>
              </w:rPr>
            </w:pPr>
            <w:r>
              <w:rPr>
                <w:sz w:val="14"/>
              </w:rPr>
              <w:t>Dr. Benny / Hilman Hamid</w:t>
            </w:r>
          </w:p>
        </w:tc>
      </w:tr>
      <w:tr w:rsidR="003D05DA" w14:paraId="3BC092B0" w14:textId="77777777" w:rsidTr="00426D0A">
        <w:trPr>
          <w:cantSplit/>
          <w:jc w:val="center"/>
        </w:trPr>
        <w:tc>
          <w:tcPr>
            <w:tcW w:w="1600" w:type="dxa"/>
            <w:shd w:val="clear" w:color="auto" w:fill="F0F6FC"/>
            <w:tcMar>
              <w:top w:w="75" w:type="dxa"/>
              <w:left w:w="85" w:type="dxa"/>
              <w:bottom w:w="70" w:type="dxa"/>
              <w:right w:w="85" w:type="dxa"/>
            </w:tcMar>
            <w:vAlign w:val="center"/>
          </w:tcPr>
          <w:p w14:paraId="7FA317B2" w14:textId="77777777" w:rsidR="003D05DA" w:rsidRDefault="003D05DA" w:rsidP="00426D0A">
            <w:pPr>
              <w:spacing w:after="0" w:line="259" w:lineRule="auto"/>
              <w:rPr>
                <w:rFonts w:hint="eastAsia"/>
              </w:rPr>
            </w:pPr>
            <w:r>
              <w:rPr>
                <w:b/>
                <w:color w:val="135DB4"/>
                <w:sz w:val="14"/>
              </w:rPr>
              <w:t>A.09.04</w:t>
            </w:r>
          </w:p>
        </w:tc>
        <w:tc>
          <w:tcPr>
            <w:tcW w:w="3719" w:type="dxa"/>
            <w:shd w:val="clear" w:color="auto" w:fill="F0F6FC"/>
            <w:tcMar>
              <w:top w:w="75" w:type="dxa"/>
              <w:left w:w="85" w:type="dxa"/>
              <w:bottom w:w="70" w:type="dxa"/>
              <w:right w:w="85" w:type="dxa"/>
            </w:tcMar>
            <w:vAlign w:val="center"/>
          </w:tcPr>
          <w:p w14:paraId="2ED1041F"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2397E7DD"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15A6D18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653CD212" w14:textId="77777777" w:rsidTr="00426D0A">
        <w:trPr>
          <w:cantSplit/>
          <w:jc w:val="center"/>
        </w:trPr>
        <w:tc>
          <w:tcPr>
            <w:tcW w:w="1600" w:type="dxa"/>
            <w:tcMar>
              <w:top w:w="75" w:type="dxa"/>
              <w:left w:w="85" w:type="dxa"/>
              <w:bottom w:w="70" w:type="dxa"/>
              <w:right w:w="85" w:type="dxa"/>
            </w:tcMar>
            <w:vAlign w:val="center"/>
          </w:tcPr>
          <w:p w14:paraId="65C84CB1" w14:textId="77777777" w:rsidR="003D05DA" w:rsidRDefault="003D05DA" w:rsidP="00426D0A">
            <w:pPr>
              <w:spacing w:after="0" w:line="259" w:lineRule="auto"/>
              <w:rPr>
                <w:rFonts w:hint="eastAsia"/>
              </w:rPr>
            </w:pPr>
            <w:r>
              <w:rPr>
                <w:b/>
                <w:color w:val="135DB4"/>
                <w:sz w:val="14"/>
              </w:rPr>
              <w:t>A.09.05</w:t>
            </w:r>
          </w:p>
        </w:tc>
        <w:tc>
          <w:tcPr>
            <w:tcW w:w="3719" w:type="dxa"/>
            <w:tcMar>
              <w:top w:w="75" w:type="dxa"/>
              <w:left w:w="85" w:type="dxa"/>
              <w:bottom w:w="70" w:type="dxa"/>
              <w:right w:w="85" w:type="dxa"/>
            </w:tcMar>
            <w:vAlign w:val="center"/>
          </w:tcPr>
          <w:p w14:paraId="50330B93"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514FE81C"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01884E9F"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7ABA9070" w14:textId="77777777" w:rsidTr="00426D0A">
        <w:trPr>
          <w:cantSplit/>
          <w:jc w:val="center"/>
        </w:trPr>
        <w:tc>
          <w:tcPr>
            <w:tcW w:w="1600" w:type="dxa"/>
            <w:shd w:val="clear" w:color="auto" w:fill="F0F6FC"/>
            <w:tcMar>
              <w:top w:w="75" w:type="dxa"/>
              <w:left w:w="85" w:type="dxa"/>
              <w:bottom w:w="70" w:type="dxa"/>
              <w:right w:w="85" w:type="dxa"/>
            </w:tcMar>
            <w:vAlign w:val="center"/>
          </w:tcPr>
          <w:p w14:paraId="6953F21A" w14:textId="77777777" w:rsidR="003D05DA" w:rsidRDefault="003D05DA" w:rsidP="00426D0A">
            <w:pPr>
              <w:spacing w:after="0" w:line="259" w:lineRule="auto"/>
              <w:rPr>
                <w:rFonts w:hint="eastAsia"/>
              </w:rPr>
            </w:pPr>
            <w:r>
              <w:rPr>
                <w:b/>
                <w:color w:val="135DB4"/>
                <w:sz w:val="14"/>
              </w:rPr>
              <w:t>A.09.06</w:t>
            </w:r>
          </w:p>
        </w:tc>
        <w:tc>
          <w:tcPr>
            <w:tcW w:w="3719" w:type="dxa"/>
            <w:shd w:val="clear" w:color="auto" w:fill="F0F6FC"/>
            <w:tcMar>
              <w:top w:w="75" w:type="dxa"/>
              <w:left w:w="85" w:type="dxa"/>
              <w:bottom w:w="70" w:type="dxa"/>
              <w:right w:w="85" w:type="dxa"/>
            </w:tcMar>
            <w:vAlign w:val="center"/>
          </w:tcPr>
          <w:p w14:paraId="547BB486"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28C953CB"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4EA067CA"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61C1C936" w14:textId="77777777" w:rsidTr="00426D0A">
        <w:trPr>
          <w:cantSplit/>
          <w:jc w:val="center"/>
        </w:trPr>
        <w:tc>
          <w:tcPr>
            <w:tcW w:w="1600" w:type="dxa"/>
            <w:tcMar>
              <w:top w:w="75" w:type="dxa"/>
              <w:left w:w="85" w:type="dxa"/>
              <w:bottom w:w="70" w:type="dxa"/>
              <w:right w:w="85" w:type="dxa"/>
            </w:tcMar>
            <w:vAlign w:val="center"/>
          </w:tcPr>
          <w:p w14:paraId="624413A5" w14:textId="77777777" w:rsidR="003D05DA" w:rsidRDefault="003D05DA" w:rsidP="00426D0A">
            <w:pPr>
              <w:spacing w:after="0" w:line="259" w:lineRule="auto"/>
              <w:rPr>
                <w:rFonts w:hint="eastAsia"/>
              </w:rPr>
            </w:pPr>
            <w:r>
              <w:rPr>
                <w:b/>
                <w:color w:val="135DB4"/>
                <w:sz w:val="14"/>
              </w:rPr>
              <w:t>A.09.07</w:t>
            </w:r>
          </w:p>
        </w:tc>
        <w:tc>
          <w:tcPr>
            <w:tcW w:w="3719" w:type="dxa"/>
            <w:tcMar>
              <w:top w:w="75" w:type="dxa"/>
              <w:left w:w="85" w:type="dxa"/>
              <w:bottom w:w="70" w:type="dxa"/>
              <w:right w:w="85" w:type="dxa"/>
            </w:tcMar>
            <w:vAlign w:val="center"/>
          </w:tcPr>
          <w:p w14:paraId="68B27DA0"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228A576A"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304853C0"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6334D885" w14:textId="77777777" w:rsidTr="00426D0A">
        <w:trPr>
          <w:cantSplit/>
          <w:jc w:val="center"/>
        </w:trPr>
        <w:tc>
          <w:tcPr>
            <w:tcW w:w="1600" w:type="dxa"/>
            <w:shd w:val="clear" w:color="auto" w:fill="F0F6FC"/>
            <w:tcMar>
              <w:top w:w="75" w:type="dxa"/>
              <w:left w:w="85" w:type="dxa"/>
              <w:bottom w:w="70" w:type="dxa"/>
              <w:right w:w="85" w:type="dxa"/>
            </w:tcMar>
            <w:vAlign w:val="center"/>
          </w:tcPr>
          <w:p w14:paraId="6250FC00" w14:textId="77777777" w:rsidR="003D05DA" w:rsidRDefault="003D05DA" w:rsidP="00426D0A">
            <w:pPr>
              <w:spacing w:after="0" w:line="259" w:lineRule="auto"/>
              <w:rPr>
                <w:rFonts w:hint="eastAsia"/>
              </w:rPr>
            </w:pPr>
            <w:r>
              <w:rPr>
                <w:b/>
                <w:color w:val="135DB4"/>
                <w:sz w:val="14"/>
              </w:rPr>
              <w:t>A.09.08</w:t>
            </w:r>
          </w:p>
        </w:tc>
        <w:tc>
          <w:tcPr>
            <w:tcW w:w="3719" w:type="dxa"/>
            <w:shd w:val="clear" w:color="auto" w:fill="F0F6FC"/>
            <w:tcMar>
              <w:top w:w="75" w:type="dxa"/>
              <w:left w:w="85" w:type="dxa"/>
              <w:bottom w:w="70" w:type="dxa"/>
              <w:right w:w="85" w:type="dxa"/>
            </w:tcMar>
            <w:vAlign w:val="center"/>
          </w:tcPr>
          <w:p w14:paraId="57E06E9B"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58000BA5"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14CBA2E5"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0992A8E1" w14:textId="77777777" w:rsidTr="00426D0A">
        <w:trPr>
          <w:cantSplit/>
          <w:jc w:val="center"/>
        </w:trPr>
        <w:tc>
          <w:tcPr>
            <w:tcW w:w="1600" w:type="dxa"/>
            <w:tcMar>
              <w:top w:w="75" w:type="dxa"/>
              <w:left w:w="85" w:type="dxa"/>
              <w:bottom w:w="70" w:type="dxa"/>
              <w:right w:w="85" w:type="dxa"/>
            </w:tcMar>
            <w:vAlign w:val="center"/>
          </w:tcPr>
          <w:p w14:paraId="7D636265" w14:textId="77777777" w:rsidR="003D05DA" w:rsidRDefault="003D05DA" w:rsidP="00426D0A">
            <w:pPr>
              <w:spacing w:after="0" w:line="259" w:lineRule="auto"/>
              <w:rPr>
                <w:rFonts w:hint="eastAsia"/>
              </w:rPr>
            </w:pPr>
            <w:r>
              <w:rPr>
                <w:b/>
                <w:color w:val="135DB4"/>
                <w:sz w:val="14"/>
              </w:rPr>
              <w:t>A.09.09</w:t>
            </w:r>
          </w:p>
        </w:tc>
        <w:tc>
          <w:tcPr>
            <w:tcW w:w="3719" w:type="dxa"/>
            <w:tcMar>
              <w:top w:w="75" w:type="dxa"/>
              <w:left w:w="85" w:type="dxa"/>
              <w:bottom w:w="70" w:type="dxa"/>
              <w:right w:w="85" w:type="dxa"/>
            </w:tcMar>
            <w:vAlign w:val="center"/>
          </w:tcPr>
          <w:p w14:paraId="68C2B519"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10AA7C64"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772C8EA"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727508D6" w14:textId="77777777" w:rsidTr="00426D0A">
        <w:trPr>
          <w:cantSplit/>
          <w:jc w:val="center"/>
        </w:trPr>
        <w:tc>
          <w:tcPr>
            <w:tcW w:w="1600" w:type="dxa"/>
            <w:shd w:val="clear" w:color="auto" w:fill="F0F6FC"/>
            <w:tcMar>
              <w:top w:w="75" w:type="dxa"/>
              <w:left w:w="85" w:type="dxa"/>
              <w:bottom w:w="70" w:type="dxa"/>
              <w:right w:w="85" w:type="dxa"/>
            </w:tcMar>
            <w:vAlign w:val="center"/>
          </w:tcPr>
          <w:p w14:paraId="5A657A8E" w14:textId="77777777" w:rsidR="003D05DA" w:rsidRDefault="003D05DA" w:rsidP="00426D0A">
            <w:pPr>
              <w:spacing w:after="0" w:line="259" w:lineRule="auto"/>
              <w:rPr>
                <w:rFonts w:hint="eastAsia"/>
              </w:rPr>
            </w:pPr>
            <w:r>
              <w:rPr>
                <w:b/>
                <w:color w:val="135DB4"/>
                <w:sz w:val="14"/>
              </w:rPr>
              <w:t>A.09.10</w:t>
            </w:r>
          </w:p>
        </w:tc>
        <w:tc>
          <w:tcPr>
            <w:tcW w:w="3719" w:type="dxa"/>
            <w:shd w:val="clear" w:color="auto" w:fill="F0F6FC"/>
            <w:tcMar>
              <w:top w:w="75" w:type="dxa"/>
              <w:left w:w="85" w:type="dxa"/>
              <w:bottom w:w="70" w:type="dxa"/>
              <w:right w:w="85" w:type="dxa"/>
            </w:tcMar>
            <w:vAlign w:val="center"/>
          </w:tcPr>
          <w:p w14:paraId="021B89FC"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75892757"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29B7278D"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7EDA044D" w14:textId="77777777" w:rsidTr="00426D0A">
        <w:trPr>
          <w:cantSplit/>
          <w:jc w:val="center"/>
        </w:trPr>
        <w:tc>
          <w:tcPr>
            <w:tcW w:w="1600" w:type="dxa"/>
            <w:tcMar>
              <w:top w:w="75" w:type="dxa"/>
              <w:left w:w="85" w:type="dxa"/>
              <w:bottom w:w="70" w:type="dxa"/>
              <w:right w:w="85" w:type="dxa"/>
            </w:tcMar>
            <w:vAlign w:val="center"/>
          </w:tcPr>
          <w:p w14:paraId="0EE0F7ED" w14:textId="77777777" w:rsidR="003D05DA" w:rsidRDefault="003D05DA" w:rsidP="00426D0A">
            <w:pPr>
              <w:spacing w:after="0" w:line="259" w:lineRule="auto"/>
              <w:rPr>
                <w:rFonts w:hint="eastAsia"/>
              </w:rPr>
            </w:pPr>
            <w:r>
              <w:rPr>
                <w:b/>
                <w:color w:val="135DB4"/>
                <w:sz w:val="14"/>
              </w:rPr>
              <w:t>A.09.11</w:t>
            </w:r>
          </w:p>
        </w:tc>
        <w:tc>
          <w:tcPr>
            <w:tcW w:w="3719" w:type="dxa"/>
            <w:tcMar>
              <w:top w:w="75" w:type="dxa"/>
              <w:left w:w="85" w:type="dxa"/>
              <w:bottom w:w="70" w:type="dxa"/>
              <w:right w:w="85" w:type="dxa"/>
            </w:tcMar>
            <w:vAlign w:val="center"/>
          </w:tcPr>
          <w:p w14:paraId="6793EE13"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1214AD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540B7DA"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5663CF35" w14:textId="77777777" w:rsidTr="00426D0A">
        <w:trPr>
          <w:cantSplit/>
          <w:jc w:val="center"/>
        </w:trPr>
        <w:tc>
          <w:tcPr>
            <w:tcW w:w="1600" w:type="dxa"/>
            <w:shd w:val="clear" w:color="auto" w:fill="F0F6FC"/>
            <w:tcMar>
              <w:top w:w="75" w:type="dxa"/>
              <w:left w:w="85" w:type="dxa"/>
              <w:bottom w:w="70" w:type="dxa"/>
              <w:right w:w="85" w:type="dxa"/>
            </w:tcMar>
            <w:vAlign w:val="center"/>
          </w:tcPr>
          <w:p w14:paraId="0CE40393" w14:textId="77777777" w:rsidR="003D05DA" w:rsidRDefault="003D05DA" w:rsidP="00426D0A">
            <w:pPr>
              <w:spacing w:after="0" w:line="259" w:lineRule="auto"/>
              <w:rPr>
                <w:rFonts w:hint="eastAsia"/>
              </w:rPr>
            </w:pPr>
            <w:r>
              <w:rPr>
                <w:b/>
                <w:color w:val="135DB4"/>
                <w:sz w:val="14"/>
              </w:rPr>
              <w:t>A.09.12</w:t>
            </w:r>
          </w:p>
        </w:tc>
        <w:tc>
          <w:tcPr>
            <w:tcW w:w="3719" w:type="dxa"/>
            <w:shd w:val="clear" w:color="auto" w:fill="F0F6FC"/>
            <w:tcMar>
              <w:top w:w="75" w:type="dxa"/>
              <w:left w:w="85" w:type="dxa"/>
              <w:bottom w:w="70" w:type="dxa"/>
              <w:right w:w="85" w:type="dxa"/>
            </w:tcMar>
            <w:vAlign w:val="center"/>
          </w:tcPr>
          <w:p w14:paraId="2269CCC9"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4FE1FF34"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2C0852F8"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193C708D" w14:textId="77777777" w:rsidTr="00426D0A">
        <w:trPr>
          <w:cantSplit/>
          <w:jc w:val="center"/>
        </w:trPr>
        <w:tc>
          <w:tcPr>
            <w:tcW w:w="1600" w:type="dxa"/>
            <w:tcMar>
              <w:top w:w="75" w:type="dxa"/>
              <w:left w:w="85" w:type="dxa"/>
              <w:bottom w:w="70" w:type="dxa"/>
              <w:right w:w="85" w:type="dxa"/>
            </w:tcMar>
            <w:vAlign w:val="center"/>
          </w:tcPr>
          <w:p w14:paraId="4E10F94C" w14:textId="77777777" w:rsidR="003D05DA" w:rsidRDefault="003D05DA" w:rsidP="00426D0A">
            <w:pPr>
              <w:spacing w:after="0" w:line="259" w:lineRule="auto"/>
              <w:rPr>
                <w:rFonts w:hint="eastAsia"/>
              </w:rPr>
            </w:pPr>
            <w:r>
              <w:rPr>
                <w:b/>
                <w:color w:val="135DB4"/>
                <w:sz w:val="14"/>
              </w:rPr>
              <w:t>A.09.13</w:t>
            </w:r>
          </w:p>
        </w:tc>
        <w:tc>
          <w:tcPr>
            <w:tcW w:w="3719" w:type="dxa"/>
            <w:tcMar>
              <w:top w:w="75" w:type="dxa"/>
              <w:left w:w="85" w:type="dxa"/>
              <w:bottom w:w="70" w:type="dxa"/>
              <w:right w:w="85" w:type="dxa"/>
            </w:tcMar>
            <w:vAlign w:val="center"/>
          </w:tcPr>
          <w:p w14:paraId="7C38B8AA"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27114CB8"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5DB8E52A" w14:textId="77777777" w:rsidR="003D05DA" w:rsidRDefault="003D05DA" w:rsidP="00426D0A">
            <w:pPr>
              <w:spacing w:after="0" w:line="259" w:lineRule="auto"/>
              <w:rPr>
                <w:rFonts w:hint="eastAsia"/>
              </w:rPr>
            </w:pPr>
            <w:r>
              <w:rPr>
                <w:sz w:val="14"/>
              </w:rPr>
              <w:t>Ir. Nasir / Hani</w:t>
            </w:r>
          </w:p>
        </w:tc>
      </w:tr>
      <w:tr w:rsidR="003D05DA" w14:paraId="3C7527FE" w14:textId="77777777" w:rsidTr="00426D0A">
        <w:trPr>
          <w:cantSplit/>
          <w:jc w:val="center"/>
        </w:trPr>
        <w:tc>
          <w:tcPr>
            <w:tcW w:w="1600" w:type="dxa"/>
            <w:shd w:val="clear" w:color="auto" w:fill="F0F6FC"/>
            <w:tcMar>
              <w:top w:w="75" w:type="dxa"/>
              <w:left w:w="85" w:type="dxa"/>
              <w:bottom w:w="70" w:type="dxa"/>
              <w:right w:w="85" w:type="dxa"/>
            </w:tcMar>
            <w:vAlign w:val="center"/>
          </w:tcPr>
          <w:p w14:paraId="3EB6811A" w14:textId="77777777" w:rsidR="003D05DA" w:rsidRDefault="003D05DA" w:rsidP="00426D0A">
            <w:pPr>
              <w:spacing w:after="0" w:line="259" w:lineRule="auto"/>
              <w:rPr>
                <w:rFonts w:hint="eastAsia"/>
              </w:rPr>
            </w:pPr>
            <w:r>
              <w:rPr>
                <w:b/>
                <w:color w:val="135DB4"/>
                <w:sz w:val="14"/>
              </w:rPr>
              <w:t>A.09.14</w:t>
            </w:r>
          </w:p>
        </w:tc>
        <w:tc>
          <w:tcPr>
            <w:tcW w:w="3719" w:type="dxa"/>
            <w:shd w:val="clear" w:color="auto" w:fill="F0F6FC"/>
            <w:tcMar>
              <w:top w:w="75" w:type="dxa"/>
              <w:left w:w="85" w:type="dxa"/>
              <w:bottom w:w="70" w:type="dxa"/>
              <w:right w:w="85" w:type="dxa"/>
            </w:tcMar>
            <w:vAlign w:val="center"/>
          </w:tcPr>
          <w:p w14:paraId="7A839EE7"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267409AB"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4CA3A170" w14:textId="77777777" w:rsidR="003D05DA" w:rsidRDefault="003D05DA" w:rsidP="00426D0A">
            <w:pPr>
              <w:spacing w:after="0" w:line="259" w:lineRule="auto"/>
              <w:rPr>
                <w:rFonts w:hint="eastAsia"/>
              </w:rPr>
            </w:pPr>
            <w:r>
              <w:rPr>
                <w:sz w:val="14"/>
              </w:rPr>
              <w:t>Ir. Suparjo / Rino</w:t>
            </w:r>
          </w:p>
        </w:tc>
      </w:tr>
    </w:tbl>
    <w:p w14:paraId="758C2119" w14:textId="77777777" w:rsidR="003D05DA" w:rsidRDefault="003D05DA" w:rsidP="003D05DA">
      <w:pPr>
        <w:spacing w:after="0"/>
        <w:rPr>
          <w:rFonts w:hint="eastAsia"/>
        </w:rPr>
      </w:pPr>
    </w:p>
    <w:p w14:paraId="1BDEB684" w14:textId="77777777" w:rsidR="003D05DA" w:rsidRDefault="003D05DA" w:rsidP="003D05DA">
      <w:pPr>
        <w:spacing w:after="240"/>
        <w:rPr>
          <w:rFonts w:hint="eastAsia"/>
        </w:rPr>
      </w:pPr>
    </w:p>
    <w:p w14:paraId="4A0CB84D"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pengelolaan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65072D59"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5F63A531" w14:textId="77777777" w:rsidR="003D05DA" w:rsidRDefault="003D05DA" w:rsidP="003D05DA">
      <w:pPr>
        <w:rPr>
          <w:rFonts w:hint="eastAsia"/>
        </w:rPr>
      </w:pPr>
      <w:r>
        <w:br w:type="page"/>
      </w:r>
    </w:p>
    <w:p w14:paraId="0CC53E4B" w14:textId="77777777" w:rsidR="003D05DA" w:rsidRDefault="003D05DA" w:rsidP="003D05DA">
      <w:pPr>
        <w:pStyle w:val="SectionTag"/>
        <w:rPr>
          <w:rFonts w:hint="eastAsia"/>
        </w:rPr>
      </w:pPr>
      <w:r>
        <w:rPr>
          <w:b w:val="0"/>
        </w:rPr>
        <w:lastRenderedPageBreak/>
        <w:t>8 / KATALOG A - TEKNIK PELAYANAN KESEHATAN</w:t>
      </w:r>
    </w:p>
    <w:p w14:paraId="05F36F88" w14:textId="77777777" w:rsidR="003D05DA" w:rsidRDefault="003D05DA" w:rsidP="003D05DA">
      <w:pPr>
        <w:pStyle w:val="MainTitle"/>
        <w:rPr>
          <w:rFonts w:hint="eastAsia"/>
        </w:rPr>
      </w:pPr>
      <w:r>
        <w:rPr>
          <w:b w:val="0"/>
        </w:rPr>
        <w:t xml:space="preserve">A.10 | </w:t>
      </w:r>
      <w:proofErr w:type="spellStart"/>
      <w:r>
        <w:rPr>
          <w:b w:val="0"/>
        </w:rPr>
        <w:t>Pemeliharaan</w:t>
      </w:r>
      <w:proofErr w:type="spellEnd"/>
    </w:p>
    <w:p w14:paraId="670A754B"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1742A3A0"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Pemeliharaan</w:t>
      </w:r>
      <w:proofErr w:type="spellEnd"/>
      <w:r>
        <w:t xml:space="preserve"> </w:t>
      </w:r>
      <w:proofErr w:type="spellStart"/>
      <w:r>
        <w:t>preventif</w:t>
      </w:r>
      <w:proofErr w:type="spellEnd"/>
      <w:r>
        <w:t xml:space="preserve">, </w:t>
      </w:r>
      <w:proofErr w:type="spellStart"/>
      <w:r>
        <w:t>prediktif</w:t>
      </w:r>
      <w:proofErr w:type="spellEnd"/>
      <w:r>
        <w:t xml:space="preserve">, </w:t>
      </w:r>
      <w:proofErr w:type="spellStart"/>
      <w:r>
        <w:t>korektif</w:t>
      </w:r>
      <w:proofErr w:type="spellEnd"/>
      <w:r>
        <w:t xml:space="preserve"> dan </w:t>
      </w:r>
      <w:proofErr w:type="spellStart"/>
      <w:r>
        <w:t>peremajaan</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3E71A13E"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728C01BF"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002BE750"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2F55A355"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0367C15C"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5105F3C4" w14:textId="77777777" w:rsidTr="00426D0A">
        <w:trPr>
          <w:cantSplit/>
          <w:jc w:val="center"/>
        </w:trPr>
        <w:tc>
          <w:tcPr>
            <w:tcW w:w="1600" w:type="dxa"/>
            <w:tcMar>
              <w:top w:w="75" w:type="dxa"/>
              <w:left w:w="85" w:type="dxa"/>
              <w:bottom w:w="70" w:type="dxa"/>
              <w:right w:w="85" w:type="dxa"/>
            </w:tcMar>
            <w:vAlign w:val="center"/>
          </w:tcPr>
          <w:p w14:paraId="2843918E" w14:textId="77777777" w:rsidR="003D05DA" w:rsidRDefault="003D05DA" w:rsidP="00426D0A">
            <w:pPr>
              <w:spacing w:after="0" w:line="259" w:lineRule="auto"/>
              <w:rPr>
                <w:rFonts w:hint="eastAsia"/>
              </w:rPr>
            </w:pPr>
            <w:r>
              <w:rPr>
                <w:b/>
                <w:color w:val="135DB4"/>
                <w:sz w:val="14"/>
              </w:rPr>
              <w:t>A.10.01</w:t>
            </w:r>
          </w:p>
        </w:tc>
        <w:tc>
          <w:tcPr>
            <w:tcW w:w="3719" w:type="dxa"/>
            <w:tcMar>
              <w:top w:w="75" w:type="dxa"/>
              <w:left w:w="85" w:type="dxa"/>
              <w:bottom w:w="70" w:type="dxa"/>
              <w:right w:w="85" w:type="dxa"/>
            </w:tcMar>
            <w:vAlign w:val="center"/>
          </w:tcPr>
          <w:p w14:paraId="4333B9BF"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3269A0F7"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1950EFA3" w14:textId="77777777" w:rsidR="003D05DA" w:rsidRDefault="003D05DA" w:rsidP="00426D0A">
            <w:pPr>
              <w:spacing w:after="0" w:line="259" w:lineRule="auto"/>
              <w:rPr>
                <w:rFonts w:hint="eastAsia"/>
              </w:rPr>
            </w:pPr>
            <w:r>
              <w:rPr>
                <w:sz w:val="14"/>
              </w:rPr>
              <w:t>Prof. Eko / Dr. Benny</w:t>
            </w:r>
          </w:p>
        </w:tc>
      </w:tr>
      <w:tr w:rsidR="003D05DA" w14:paraId="7715A28D" w14:textId="77777777" w:rsidTr="00426D0A">
        <w:trPr>
          <w:cantSplit/>
          <w:jc w:val="center"/>
        </w:trPr>
        <w:tc>
          <w:tcPr>
            <w:tcW w:w="1600" w:type="dxa"/>
            <w:shd w:val="clear" w:color="auto" w:fill="F0F6FC"/>
            <w:tcMar>
              <w:top w:w="75" w:type="dxa"/>
              <w:left w:w="85" w:type="dxa"/>
              <w:bottom w:w="70" w:type="dxa"/>
              <w:right w:w="85" w:type="dxa"/>
            </w:tcMar>
            <w:vAlign w:val="center"/>
          </w:tcPr>
          <w:p w14:paraId="6C657ED7" w14:textId="77777777" w:rsidR="003D05DA" w:rsidRDefault="003D05DA" w:rsidP="00426D0A">
            <w:pPr>
              <w:spacing w:after="0" w:line="259" w:lineRule="auto"/>
              <w:rPr>
                <w:rFonts w:hint="eastAsia"/>
              </w:rPr>
            </w:pPr>
            <w:r>
              <w:rPr>
                <w:b/>
                <w:color w:val="135DB4"/>
                <w:sz w:val="14"/>
              </w:rPr>
              <w:t>A.10.02</w:t>
            </w:r>
          </w:p>
        </w:tc>
        <w:tc>
          <w:tcPr>
            <w:tcW w:w="3719" w:type="dxa"/>
            <w:shd w:val="clear" w:color="auto" w:fill="F0F6FC"/>
            <w:tcMar>
              <w:top w:w="75" w:type="dxa"/>
              <w:left w:w="85" w:type="dxa"/>
              <w:bottom w:w="70" w:type="dxa"/>
              <w:right w:w="85" w:type="dxa"/>
            </w:tcMar>
            <w:vAlign w:val="center"/>
          </w:tcPr>
          <w:p w14:paraId="0CBFF9BE"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3BDC966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18831051"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3CFF44A" w14:textId="77777777" w:rsidTr="00426D0A">
        <w:trPr>
          <w:cantSplit/>
          <w:jc w:val="center"/>
        </w:trPr>
        <w:tc>
          <w:tcPr>
            <w:tcW w:w="1600" w:type="dxa"/>
            <w:tcMar>
              <w:top w:w="75" w:type="dxa"/>
              <w:left w:w="85" w:type="dxa"/>
              <w:bottom w:w="70" w:type="dxa"/>
              <w:right w:w="85" w:type="dxa"/>
            </w:tcMar>
            <w:vAlign w:val="center"/>
          </w:tcPr>
          <w:p w14:paraId="140A0518" w14:textId="77777777" w:rsidR="003D05DA" w:rsidRDefault="003D05DA" w:rsidP="00426D0A">
            <w:pPr>
              <w:spacing w:after="0" w:line="259" w:lineRule="auto"/>
              <w:rPr>
                <w:rFonts w:hint="eastAsia"/>
              </w:rPr>
            </w:pPr>
            <w:r>
              <w:rPr>
                <w:b/>
                <w:color w:val="135DB4"/>
                <w:sz w:val="14"/>
              </w:rPr>
              <w:t>A.10.03</w:t>
            </w:r>
          </w:p>
        </w:tc>
        <w:tc>
          <w:tcPr>
            <w:tcW w:w="3719" w:type="dxa"/>
            <w:tcMar>
              <w:top w:w="75" w:type="dxa"/>
              <w:left w:w="85" w:type="dxa"/>
              <w:bottom w:w="70" w:type="dxa"/>
              <w:right w:w="85" w:type="dxa"/>
            </w:tcMar>
            <w:vAlign w:val="center"/>
          </w:tcPr>
          <w:p w14:paraId="5F722596"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3918CA5A"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0717B6E4" w14:textId="77777777" w:rsidR="003D05DA" w:rsidRDefault="003D05DA" w:rsidP="00426D0A">
            <w:pPr>
              <w:spacing w:after="0" w:line="259" w:lineRule="auto"/>
              <w:rPr>
                <w:rFonts w:hint="eastAsia"/>
              </w:rPr>
            </w:pPr>
            <w:r>
              <w:rPr>
                <w:sz w:val="14"/>
              </w:rPr>
              <w:t>Dr. Benny / Hilman Hamid</w:t>
            </w:r>
          </w:p>
        </w:tc>
      </w:tr>
      <w:tr w:rsidR="003D05DA" w14:paraId="1A77DA3B" w14:textId="77777777" w:rsidTr="00426D0A">
        <w:trPr>
          <w:cantSplit/>
          <w:jc w:val="center"/>
        </w:trPr>
        <w:tc>
          <w:tcPr>
            <w:tcW w:w="1600" w:type="dxa"/>
            <w:shd w:val="clear" w:color="auto" w:fill="F0F6FC"/>
            <w:tcMar>
              <w:top w:w="75" w:type="dxa"/>
              <w:left w:w="85" w:type="dxa"/>
              <w:bottom w:w="70" w:type="dxa"/>
              <w:right w:w="85" w:type="dxa"/>
            </w:tcMar>
            <w:vAlign w:val="center"/>
          </w:tcPr>
          <w:p w14:paraId="4BDB7BD8" w14:textId="77777777" w:rsidR="003D05DA" w:rsidRDefault="003D05DA" w:rsidP="00426D0A">
            <w:pPr>
              <w:spacing w:after="0" w:line="259" w:lineRule="auto"/>
              <w:rPr>
                <w:rFonts w:hint="eastAsia"/>
              </w:rPr>
            </w:pPr>
            <w:r>
              <w:rPr>
                <w:b/>
                <w:color w:val="135DB4"/>
                <w:sz w:val="14"/>
              </w:rPr>
              <w:t>A.10.04</w:t>
            </w:r>
          </w:p>
        </w:tc>
        <w:tc>
          <w:tcPr>
            <w:tcW w:w="3719" w:type="dxa"/>
            <w:shd w:val="clear" w:color="auto" w:fill="F0F6FC"/>
            <w:tcMar>
              <w:top w:w="75" w:type="dxa"/>
              <w:left w:w="85" w:type="dxa"/>
              <w:bottom w:w="70" w:type="dxa"/>
              <w:right w:w="85" w:type="dxa"/>
            </w:tcMar>
            <w:vAlign w:val="center"/>
          </w:tcPr>
          <w:p w14:paraId="3E2AF9D1"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11BE936E"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572AA7E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3ABC159E" w14:textId="77777777" w:rsidTr="00426D0A">
        <w:trPr>
          <w:cantSplit/>
          <w:jc w:val="center"/>
        </w:trPr>
        <w:tc>
          <w:tcPr>
            <w:tcW w:w="1600" w:type="dxa"/>
            <w:tcMar>
              <w:top w:w="75" w:type="dxa"/>
              <w:left w:w="85" w:type="dxa"/>
              <w:bottom w:w="70" w:type="dxa"/>
              <w:right w:w="85" w:type="dxa"/>
            </w:tcMar>
            <w:vAlign w:val="center"/>
          </w:tcPr>
          <w:p w14:paraId="02FBBB57" w14:textId="77777777" w:rsidR="003D05DA" w:rsidRDefault="003D05DA" w:rsidP="00426D0A">
            <w:pPr>
              <w:spacing w:after="0" w:line="259" w:lineRule="auto"/>
              <w:rPr>
                <w:rFonts w:hint="eastAsia"/>
              </w:rPr>
            </w:pPr>
            <w:r>
              <w:rPr>
                <w:b/>
                <w:color w:val="135DB4"/>
                <w:sz w:val="14"/>
              </w:rPr>
              <w:t>A.10.05</w:t>
            </w:r>
          </w:p>
        </w:tc>
        <w:tc>
          <w:tcPr>
            <w:tcW w:w="3719" w:type="dxa"/>
            <w:tcMar>
              <w:top w:w="75" w:type="dxa"/>
              <w:left w:w="85" w:type="dxa"/>
              <w:bottom w:w="70" w:type="dxa"/>
              <w:right w:w="85" w:type="dxa"/>
            </w:tcMar>
            <w:vAlign w:val="center"/>
          </w:tcPr>
          <w:p w14:paraId="0E4EAB09"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7B04351C"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6B7676E5"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093EF111" w14:textId="77777777" w:rsidTr="00426D0A">
        <w:trPr>
          <w:cantSplit/>
          <w:jc w:val="center"/>
        </w:trPr>
        <w:tc>
          <w:tcPr>
            <w:tcW w:w="1600" w:type="dxa"/>
            <w:shd w:val="clear" w:color="auto" w:fill="F0F6FC"/>
            <w:tcMar>
              <w:top w:w="75" w:type="dxa"/>
              <w:left w:w="85" w:type="dxa"/>
              <w:bottom w:w="70" w:type="dxa"/>
              <w:right w:w="85" w:type="dxa"/>
            </w:tcMar>
            <w:vAlign w:val="center"/>
          </w:tcPr>
          <w:p w14:paraId="5C9633ED" w14:textId="77777777" w:rsidR="003D05DA" w:rsidRDefault="003D05DA" w:rsidP="00426D0A">
            <w:pPr>
              <w:spacing w:after="0" w:line="259" w:lineRule="auto"/>
              <w:rPr>
                <w:rFonts w:hint="eastAsia"/>
              </w:rPr>
            </w:pPr>
            <w:r>
              <w:rPr>
                <w:b/>
                <w:color w:val="135DB4"/>
                <w:sz w:val="14"/>
              </w:rPr>
              <w:t>A.10.06</w:t>
            </w:r>
          </w:p>
        </w:tc>
        <w:tc>
          <w:tcPr>
            <w:tcW w:w="3719" w:type="dxa"/>
            <w:shd w:val="clear" w:color="auto" w:fill="F0F6FC"/>
            <w:tcMar>
              <w:top w:w="75" w:type="dxa"/>
              <w:left w:w="85" w:type="dxa"/>
              <w:bottom w:w="70" w:type="dxa"/>
              <w:right w:w="85" w:type="dxa"/>
            </w:tcMar>
            <w:vAlign w:val="center"/>
          </w:tcPr>
          <w:p w14:paraId="0952E9A9"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4CDAB4B6"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7D538C6B"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6944A3FE" w14:textId="77777777" w:rsidTr="00426D0A">
        <w:trPr>
          <w:cantSplit/>
          <w:jc w:val="center"/>
        </w:trPr>
        <w:tc>
          <w:tcPr>
            <w:tcW w:w="1600" w:type="dxa"/>
            <w:tcMar>
              <w:top w:w="75" w:type="dxa"/>
              <w:left w:w="85" w:type="dxa"/>
              <w:bottom w:w="70" w:type="dxa"/>
              <w:right w:w="85" w:type="dxa"/>
            </w:tcMar>
            <w:vAlign w:val="center"/>
          </w:tcPr>
          <w:p w14:paraId="4EB2C6F5" w14:textId="77777777" w:rsidR="003D05DA" w:rsidRDefault="003D05DA" w:rsidP="00426D0A">
            <w:pPr>
              <w:spacing w:after="0" w:line="259" w:lineRule="auto"/>
              <w:rPr>
                <w:rFonts w:hint="eastAsia"/>
              </w:rPr>
            </w:pPr>
            <w:r>
              <w:rPr>
                <w:b/>
                <w:color w:val="135DB4"/>
                <w:sz w:val="14"/>
              </w:rPr>
              <w:t>A.10.07</w:t>
            </w:r>
          </w:p>
        </w:tc>
        <w:tc>
          <w:tcPr>
            <w:tcW w:w="3719" w:type="dxa"/>
            <w:tcMar>
              <w:top w:w="75" w:type="dxa"/>
              <w:left w:w="85" w:type="dxa"/>
              <w:bottom w:w="70" w:type="dxa"/>
              <w:right w:w="85" w:type="dxa"/>
            </w:tcMar>
            <w:vAlign w:val="center"/>
          </w:tcPr>
          <w:p w14:paraId="3B877E2B"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5800174E"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168AE374"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171BB617" w14:textId="77777777" w:rsidTr="00426D0A">
        <w:trPr>
          <w:cantSplit/>
          <w:jc w:val="center"/>
        </w:trPr>
        <w:tc>
          <w:tcPr>
            <w:tcW w:w="1600" w:type="dxa"/>
            <w:shd w:val="clear" w:color="auto" w:fill="F0F6FC"/>
            <w:tcMar>
              <w:top w:w="75" w:type="dxa"/>
              <w:left w:w="85" w:type="dxa"/>
              <w:bottom w:w="70" w:type="dxa"/>
              <w:right w:w="85" w:type="dxa"/>
            </w:tcMar>
            <w:vAlign w:val="center"/>
          </w:tcPr>
          <w:p w14:paraId="095432B9" w14:textId="77777777" w:rsidR="003D05DA" w:rsidRDefault="003D05DA" w:rsidP="00426D0A">
            <w:pPr>
              <w:spacing w:after="0" w:line="259" w:lineRule="auto"/>
              <w:rPr>
                <w:rFonts w:hint="eastAsia"/>
              </w:rPr>
            </w:pPr>
            <w:r>
              <w:rPr>
                <w:b/>
                <w:color w:val="135DB4"/>
                <w:sz w:val="14"/>
              </w:rPr>
              <w:t>A.10.08</w:t>
            </w:r>
          </w:p>
        </w:tc>
        <w:tc>
          <w:tcPr>
            <w:tcW w:w="3719" w:type="dxa"/>
            <w:shd w:val="clear" w:color="auto" w:fill="F0F6FC"/>
            <w:tcMar>
              <w:top w:w="75" w:type="dxa"/>
              <w:left w:w="85" w:type="dxa"/>
              <w:bottom w:w="70" w:type="dxa"/>
              <w:right w:w="85" w:type="dxa"/>
            </w:tcMar>
            <w:vAlign w:val="center"/>
          </w:tcPr>
          <w:p w14:paraId="7E2AA8D0"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459B29F3"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6CA528D0"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5EE11A4B" w14:textId="77777777" w:rsidTr="00426D0A">
        <w:trPr>
          <w:cantSplit/>
          <w:jc w:val="center"/>
        </w:trPr>
        <w:tc>
          <w:tcPr>
            <w:tcW w:w="1600" w:type="dxa"/>
            <w:tcMar>
              <w:top w:w="75" w:type="dxa"/>
              <w:left w:w="85" w:type="dxa"/>
              <w:bottom w:w="70" w:type="dxa"/>
              <w:right w:w="85" w:type="dxa"/>
            </w:tcMar>
            <w:vAlign w:val="center"/>
          </w:tcPr>
          <w:p w14:paraId="1D255405" w14:textId="77777777" w:rsidR="003D05DA" w:rsidRDefault="003D05DA" w:rsidP="00426D0A">
            <w:pPr>
              <w:spacing w:after="0" w:line="259" w:lineRule="auto"/>
              <w:rPr>
                <w:rFonts w:hint="eastAsia"/>
              </w:rPr>
            </w:pPr>
            <w:r>
              <w:rPr>
                <w:b/>
                <w:color w:val="135DB4"/>
                <w:sz w:val="14"/>
              </w:rPr>
              <w:t>A.10.09</w:t>
            </w:r>
          </w:p>
        </w:tc>
        <w:tc>
          <w:tcPr>
            <w:tcW w:w="3719" w:type="dxa"/>
            <w:tcMar>
              <w:top w:w="75" w:type="dxa"/>
              <w:left w:w="85" w:type="dxa"/>
              <w:bottom w:w="70" w:type="dxa"/>
              <w:right w:w="85" w:type="dxa"/>
            </w:tcMar>
            <w:vAlign w:val="center"/>
          </w:tcPr>
          <w:p w14:paraId="3C14F81E"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B7F6880"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31D8A28F"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7038DC42" w14:textId="77777777" w:rsidTr="00426D0A">
        <w:trPr>
          <w:cantSplit/>
          <w:jc w:val="center"/>
        </w:trPr>
        <w:tc>
          <w:tcPr>
            <w:tcW w:w="1600" w:type="dxa"/>
            <w:shd w:val="clear" w:color="auto" w:fill="F0F6FC"/>
            <w:tcMar>
              <w:top w:w="75" w:type="dxa"/>
              <w:left w:w="85" w:type="dxa"/>
              <w:bottom w:w="70" w:type="dxa"/>
              <w:right w:w="85" w:type="dxa"/>
            </w:tcMar>
            <w:vAlign w:val="center"/>
          </w:tcPr>
          <w:p w14:paraId="7CBAA0FC" w14:textId="77777777" w:rsidR="003D05DA" w:rsidRDefault="003D05DA" w:rsidP="00426D0A">
            <w:pPr>
              <w:spacing w:after="0" w:line="259" w:lineRule="auto"/>
              <w:rPr>
                <w:rFonts w:hint="eastAsia"/>
              </w:rPr>
            </w:pPr>
            <w:r>
              <w:rPr>
                <w:b/>
                <w:color w:val="135DB4"/>
                <w:sz w:val="14"/>
              </w:rPr>
              <w:t>A.10.10</w:t>
            </w:r>
          </w:p>
        </w:tc>
        <w:tc>
          <w:tcPr>
            <w:tcW w:w="3719" w:type="dxa"/>
            <w:shd w:val="clear" w:color="auto" w:fill="F0F6FC"/>
            <w:tcMar>
              <w:top w:w="75" w:type="dxa"/>
              <w:left w:w="85" w:type="dxa"/>
              <w:bottom w:w="70" w:type="dxa"/>
              <w:right w:w="85" w:type="dxa"/>
            </w:tcMar>
            <w:vAlign w:val="center"/>
          </w:tcPr>
          <w:p w14:paraId="1EBED969"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1AA76059"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2227E996"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71966D66" w14:textId="77777777" w:rsidTr="00426D0A">
        <w:trPr>
          <w:cantSplit/>
          <w:jc w:val="center"/>
        </w:trPr>
        <w:tc>
          <w:tcPr>
            <w:tcW w:w="1600" w:type="dxa"/>
            <w:tcMar>
              <w:top w:w="75" w:type="dxa"/>
              <w:left w:w="85" w:type="dxa"/>
              <w:bottom w:w="70" w:type="dxa"/>
              <w:right w:w="85" w:type="dxa"/>
            </w:tcMar>
            <w:vAlign w:val="center"/>
          </w:tcPr>
          <w:p w14:paraId="5066B5BB" w14:textId="77777777" w:rsidR="003D05DA" w:rsidRDefault="003D05DA" w:rsidP="00426D0A">
            <w:pPr>
              <w:spacing w:after="0" w:line="259" w:lineRule="auto"/>
              <w:rPr>
                <w:rFonts w:hint="eastAsia"/>
              </w:rPr>
            </w:pPr>
            <w:r>
              <w:rPr>
                <w:b/>
                <w:color w:val="135DB4"/>
                <w:sz w:val="14"/>
              </w:rPr>
              <w:t>A.10.11</w:t>
            </w:r>
          </w:p>
        </w:tc>
        <w:tc>
          <w:tcPr>
            <w:tcW w:w="3719" w:type="dxa"/>
            <w:tcMar>
              <w:top w:w="75" w:type="dxa"/>
              <w:left w:w="85" w:type="dxa"/>
              <w:bottom w:w="70" w:type="dxa"/>
              <w:right w:w="85" w:type="dxa"/>
            </w:tcMar>
            <w:vAlign w:val="center"/>
          </w:tcPr>
          <w:p w14:paraId="0F569430"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077FB355"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490F78B4"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1058731E" w14:textId="77777777" w:rsidTr="00426D0A">
        <w:trPr>
          <w:cantSplit/>
          <w:jc w:val="center"/>
        </w:trPr>
        <w:tc>
          <w:tcPr>
            <w:tcW w:w="1600" w:type="dxa"/>
            <w:shd w:val="clear" w:color="auto" w:fill="F0F6FC"/>
            <w:tcMar>
              <w:top w:w="75" w:type="dxa"/>
              <w:left w:w="85" w:type="dxa"/>
              <w:bottom w:w="70" w:type="dxa"/>
              <w:right w:w="85" w:type="dxa"/>
            </w:tcMar>
            <w:vAlign w:val="center"/>
          </w:tcPr>
          <w:p w14:paraId="32EFE45B" w14:textId="77777777" w:rsidR="003D05DA" w:rsidRDefault="003D05DA" w:rsidP="00426D0A">
            <w:pPr>
              <w:spacing w:after="0" w:line="259" w:lineRule="auto"/>
              <w:rPr>
                <w:rFonts w:hint="eastAsia"/>
              </w:rPr>
            </w:pPr>
            <w:r>
              <w:rPr>
                <w:b/>
                <w:color w:val="135DB4"/>
                <w:sz w:val="14"/>
              </w:rPr>
              <w:t>A.10.12</w:t>
            </w:r>
          </w:p>
        </w:tc>
        <w:tc>
          <w:tcPr>
            <w:tcW w:w="3719" w:type="dxa"/>
            <w:shd w:val="clear" w:color="auto" w:fill="F0F6FC"/>
            <w:tcMar>
              <w:top w:w="75" w:type="dxa"/>
              <w:left w:w="85" w:type="dxa"/>
              <w:bottom w:w="70" w:type="dxa"/>
              <w:right w:w="85" w:type="dxa"/>
            </w:tcMar>
            <w:vAlign w:val="center"/>
          </w:tcPr>
          <w:p w14:paraId="38184C1A"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172C6182"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1CA56676"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1C5721F6" w14:textId="77777777" w:rsidTr="00426D0A">
        <w:trPr>
          <w:cantSplit/>
          <w:jc w:val="center"/>
        </w:trPr>
        <w:tc>
          <w:tcPr>
            <w:tcW w:w="1600" w:type="dxa"/>
            <w:tcMar>
              <w:top w:w="75" w:type="dxa"/>
              <w:left w:w="85" w:type="dxa"/>
              <w:bottom w:w="70" w:type="dxa"/>
              <w:right w:w="85" w:type="dxa"/>
            </w:tcMar>
            <w:vAlign w:val="center"/>
          </w:tcPr>
          <w:p w14:paraId="2C450CDB" w14:textId="77777777" w:rsidR="003D05DA" w:rsidRDefault="003D05DA" w:rsidP="00426D0A">
            <w:pPr>
              <w:spacing w:after="0" w:line="259" w:lineRule="auto"/>
              <w:rPr>
                <w:rFonts w:hint="eastAsia"/>
              </w:rPr>
            </w:pPr>
            <w:r>
              <w:rPr>
                <w:b/>
                <w:color w:val="135DB4"/>
                <w:sz w:val="14"/>
              </w:rPr>
              <w:t>A.10.13</w:t>
            </w:r>
          </w:p>
        </w:tc>
        <w:tc>
          <w:tcPr>
            <w:tcW w:w="3719" w:type="dxa"/>
            <w:tcMar>
              <w:top w:w="75" w:type="dxa"/>
              <w:left w:w="85" w:type="dxa"/>
              <w:bottom w:w="70" w:type="dxa"/>
              <w:right w:w="85" w:type="dxa"/>
            </w:tcMar>
            <w:vAlign w:val="center"/>
          </w:tcPr>
          <w:p w14:paraId="700B07EB"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723BC4D2"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9FA8F44" w14:textId="77777777" w:rsidR="003D05DA" w:rsidRDefault="003D05DA" w:rsidP="00426D0A">
            <w:pPr>
              <w:spacing w:after="0" w:line="259" w:lineRule="auto"/>
              <w:rPr>
                <w:rFonts w:hint="eastAsia"/>
              </w:rPr>
            </w:pPr>
            <w:r>
              <w:rPr>
                <w:sz w:val="14"/>
              </w:rPr>
              <w:t>Ir. Nasir / Hani</w:t>
            </w:r>
          </w:p>
        </w:tc>
      </w:tr>
      <w:tr w:rsidR="003D05DA" w14:paraId="14549E97" w14:textId="77777777" w:rsidTr="00426D0A">
        <w:trPr>
          <w:cantSplit/>
          <w:jc w:val="center"/>
        </w:trPr>
        <w:tc>
          <w:tcPr>
            <w:tcW w:w="1600" w:type="dxa"/>
            <w:shd w:val="clear" w:color="auto" w:fill="F0F6FC"/>
            <w:tcMar>
              <w:top w:w="75" w:type="dxa"/>
              <w:left w:w="85" w:type="dxa"/>
              <w:bottom w:w="70" w:type="dxa"/>
              <w:right w:w="85" w:type="dxa"/>
            </w:tcMar>
            <w:vAlign w:val="center"/>
          </w:tcPr>
          <w:p w14:paraId="55BE9064" w14:textId="77777777" w:rsidR="003D05DA" w:rsidRDefault="003D05DA" w:rsidP="00426D0A">
            <w:pPr>
              <w:spacing w:after="0" w:line="259" w:lineRule="auto"/>
              <w:rPr>
                <w:rFonts w:hint="eastAsia"/>
              </w:rPr>
            </w:pPr>
            <w:r>
              <w:rPr>
                <w:b/>
                <w:color w:val="135DB4"/>
                <w:sz w:val="14"/>
              </w:rPr>
              <w:t>A.10.14</w:t>
            </w:r>
          </w:p>
        </w:tc>
        <w:tc>
          <w:tcPr>
            <w:tcW w:w="3719" w:type="dxa"/>
            <w:shd w:val="clear" w:color="auto" w:fill="F0F6FC"/>
            <w:tcMar>
              <w:top w:w="75" w:type="dxa"/>
              <w:left w:w="85" w:type="dxa"/>
              <w:bottom w:w="70" w:type="dxa"/>
              <w:right w:w="85" w:type="dxa"/>
            </w:tcMar>
            <w:vAlign w:val="center"/>
          </w:tcPr>
          <w:p w14:paraId="0AB624BF"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08AC73C1"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5AE167B6" w14:textId="77777777" w:rsidR="003D05DA" w:rsidRDefault="003D05DA" w:rsidP="00426D0A">
            <w:pPr>
              <w:spacing w:after="0" w:line="259" w:lineRule="auto"/>
              <w:rPr>
                <w:rFonts w:hint="eastAsia"/>
              </w:rPr>
            </w:pPr>
            <w:r>
              <w:rPr>
                <w:sz w:val="14"/>
              </w:rPr>
              <w:t>Ir. Suparjo / Rino</w:t>
            </w:r>
          </w:p>
        </w:tc>
      </w:tr>
    </w:tbl>
    <w:p w14:paraId="0D54C8CC" w14:textId="77777777" w:rsidR="003D05DA" w:rsidRDefault="003D05DA" w:rsidP="003D05DA">
      <w:pPr>
        <w:spacing w:after="0"/>
        <w:rPr>
          <w:rFonts w:hint="eastAsia"/>
        </w:rPr>
      </w:pPr>
    </w:p>
    <w:p w14:paraId="08A7E798" w14:textId="77777777" w:rsidR="003D05DA" w:rsidRDefault="003D05DA" w:rsidP="003D05DA">
      <w:pPr>
        <w:spacing w:after="240"/>
        <w:rPr>
          <w:rFonts w:hint="eastAsia"/>
        </w:rPr>
      </w:pPr>
    </w:p>
    <w:p w14:paraId="2C6C6F83"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pemeliharaan</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56FEBE65" w14:textId="77777777" w:rsidR="003D05DA" w:rsidRDefault="003D05DA" w:rsidP="003D05DA">
      <w:pPr>
        <w:pStyle w:val="NoteText"/>
        <w:rPr>
          <w:rFonts w:hint="eastAsia"/>
        </w:rPr>
      </w:pPr>
      <w:r>
        <w:t xml:space="preserve">Format </w:t>
      </w:r>
      <w:proofErr w:type="spellStart"/>
      <w:r>
        <w:t>usulan</w:t>
      </w:r>
      <w:proofErr w:type="spellEnd"/>
      <w:r>
        <w:t xml:space="preserve">: seminar 2-4 jam </w:t>
      </w:r>
      <w:proofErr w:type="spellStart"/>
      <w:r>
        <w:t>untuk</w:t>
      </w:r>
      <w:proofErr w:type="spellEnd"/>
      <w:r>
        <w:t xml:space="preserve"> </w:t>
      </w:r>
      <w:proofErr w:type="spellStart"/>
      <w:r>
        <w:t>pengantar</w:t>
      </w:r>
      <w:proofErr w:type="spellEnd"/>
      <w:r>
        <w:t xml:space="preserve">, workshop 1-2 </w:t>
      </w:r>
      <w:proofErr w:type="spellStart"/>
      <w:r>
        <w:t>hari</w:t>
      </w:r>
      <w:proofErr w:type="spellEnd"/>
      <w:r>
        <w:t xml:space="preserve"> </w:t>
      </w:r>
      <w:proofErr w:type="spellStart"/>
      <w:r>
        <w:t>untuk</w:t>
      </w:r>
      <w:proofErr w:type="spellEnd"/>
      <w:r>
        <w:t xml:space="preserve"> </w:t>
      </w:r>
      <w:proofErr w:type="spellStart"/>
      <w:r>
        <w:t>praktik</w:t>
      </w:r>
      <w:proofErr w:type="spellEnd"/>
      <w:r>
        <w:t xml:space="preserve">, </w:t>
      </w:r>
      <w:proofErr w:type="spellStart"/>
      <w:r>
        <w:t>atau</w:t>
      </w:r>
      <w:proofErr w:type="spellEnd"/>
      <w:r>
        <w:t xml:space="preserve"> </w:t>
      </w:r>
      <w:proofErr w:type="spellStart"/>
      <w:r>
        <w:t>kursus</w:t>
      </w:r>
      <w:proofErr w:type="spellEnd"/>
      <w:r>
        <w:t xml:space="preserve"> 5 </w:t>
      </w:r>
      <w:proofErr w:type="spellStart"/>
      <w:r>
        <w:t>hari</w:t>
      </w:r>
      <w:proofErr w:type="spellEnd"/>
      <w:r>
        <w:t xml:space="preserve"> </w:t>
      </w:r>
      <w:proofErr w:type="spellStart"/>
      <w:r>
        <w:t>untuk</w:t>
      </w:r>
      <w:proofErr w:type="spellEnd"/>
      <w:r>
        <w:t xml:space="preserve"> </w:t>
      </w:r>
      <w:proofErr w:type="spellStart"/>
      <w:r>
        <w:t>pendalaman</w:t>
      </w:r>
      <w:proofErr w:type="spellEnd"/>
      <w:r>
        <w:t>.</w:t>
      </w:r>
    </w:p>
    <w:p w14:paraId="05DAFF50" w14:textId="77777777" w:rsidR="003D05DA" w:rsidRDefault="003D05DA" w:rsidP="003D05DA">
      <w:pPr>
        <w:rPr>
          <w:rFonts w:hint="eastAsia"/>
        </w:rPr>
      </w:pPr>
      <w:r>
        <w:br w:type="page"/>
      </w:r>
    </w:p>
    <w:p w14:paraId="3D8152A4" w14:textId="77777777" w:rsidR="003D05DA" w:rsidRDefault="003D05DA" w:rsidP="003D05DA">
      <w:pPr>
        <w:pStyle w:val="SectionTag"/>
        <w:rPr>
          <w:rFonts w:hint="eastAsia"/>
        </w:rPr>
      </w:pPr>
      <w:r>
        <w:rPr>
          <w:b w:val="0"/>
        </w:rPr>
        <w:lastRenderedPageBreak/>
        <w:t>8 / KATALOG A - TEKNIK PELAYANAN KESEHATAN</w:t>
      </w:r>
    </w:p>
    <w:p w14:paraId="254C285C" w14:textId="77777777" w:rsidR="003D05DA" w:rsidRDefault="003D05DA" w:rsidP="003D05DA">
      <w:pPr>
        <w:pStyle w:val="MainTitle"/>
        <w:rPr>
          <w:rFonts w:hint="eastAsia"/>
        </w:rPr>
      </w:pPr>
      <w:r>
        <w:rPr>
          <w:b w:val="0"/>
        </w:rPr>
        <w:t xml:space="preserve">A.11 | </w:t>
      </w:r>
      <w:proofErr w:type="spellStart"/>
      <w:r>
        <w:rPr>
          <w:b w:val="0"/>
        </w:rPr>
        <w:t>Sertifikasi</w:t>
      </w:r>
      <w:proofErr w:type="spellEnd"/>
    </w:p>
    <w:p w14:paraId="75B50F89" w14:textId="77777777" w:rsidR="003D05DA" w:rsidRDefault="003D05DA" w:rsidP="003D05DA">
      <w:pPr>
        <w:pStyle w:val="BodySmall"/>
        <w:rPr>
          <w:rFonts w:hint="eastAsia"/>
        </w:rPr>
      </w:pPr>
      <w:r>
        <w:t xml:space="preserve">14 </w:t>
      </w:r>
      <w:proofErr w:type="spellStart"/>
      <w:r>
        <w:t>pilihan</w:t>
      </w:r>
      <w:proofErr w:type="spellEnd"/>
      <w:r>
        <w:t xml:space="preserve"> </w:t>
      </w:r>
      <w:proofErr w:type="spellStart"/>
      <w:r>
        <w:t>objek</w:t>
      </w:r>
      <w:proofErr w:type="spellEnd"/>
      <w:r>
        <w:t xml:space="preserve">. </w:t>
      </w:r>
      <w:proofErr w:type="spellStart"/>
      <w:r>
        <w:t>Setiap</w:t>
      </w:r>
      <w:proofErr w:type="spellEnd"/>
      <w:r>
        <w:t xml:space="preserve"> </w:t>
      </w:r>
      <w:proofErr w:type="spellStart"/>
      <w:r>
        <w:t>kode</w:t>
      </w:r>
      <w:proofErr w:type="spellEnd"/>
      <w:r>
        <w:t xml:space="preserve"> </w:t>
      </w:r>
      <w:proofErr w:type="spellStart"/>
      <w:r>
        <w:t>merepresentasikan</w:t>
      </w:r>
      <w:proofErr w:type="spellEnd"/>
      <w:r>
        <w:t xml:space="preserve"> </w:t>
      </w:r>
      <w:proofErr w:type="spellStart"/>
      <w:r>
        <w:t>satu</w:t>
      </w:r>
      <w:proofErr w:type="spellEnd"/>
      <w:r>
        <w:t xml:space="preserve"> </w:t>
      </w:r>
      <w:proofErr w:type="spellStart"/>
      <w:r>
        <w:t>topik</w:t>
      </w:r>
      <w:proofErr w:type="spellEnd"/>
      <w:r>
        <w:t xml:space="preserve"> </w:t>
      </w:r>
      <w:proofErr w:type="spellStart"/>
      <w:r>
        <w:t>pelatihan</w:t>
      </w:r>
      <w:proofErr w:type="spellEnd"/>
      <w:r>
        <w:t xml:space="preserve"> </w:t>
      </w:r>
      <w:proofErr w:type="spellStart"/>
      <w:r>
        <w:t>spesifik</w:t>
      </w:r>
      <w:proofErr w:type="spellEnd"/>
      <w:r>
        <w:t xml:space="preserve">; </w:t>
      </w:r>
      <w:proofErr w:type="spellStart"/>
      <w:r>
        <w:t>pelatih</w:t>
      </w:r>
      <w:proofErr w:type="spellEnd"/>
      <w:r>
        <w:t xml:space="preserve"> pada </w:t>
      </w:r>
      <w:proofErr w:type="spellStart"/>
      <w:r>
        <w:t>tabel</w:t>
      </w:r>
      <w:proofErr w:type="spellEnd"/>
      <w:r>
        <w:t xml:space="preserve"> </w:t>
      </w:r>
      <w:proofErr w:type="spellStart"/>
      <w:r>
        <w:t>merupakan</w:t>
      </w:r>
      <w:proofErr w:type="spellEnd"/>
      <w:r>
        <w:t xml:space="preserve"> </w:t>
      </w:r>
      <w:proofErr w:type="spellStart"/>
      <w:r>
        <w:t>narasumber</w:t>
      </w:r>
      <w:proofErr w:type="spellEnd"/>
      <w:r>
        <w:t xml:space="preserve"> </w:t>
      </w:r>
      <w:proofErr w:type="spellStart"/>
      <w:r>
        <w:t>usulan</w:t>
      </w:r>
      <w:proofErr w:type="spellEnd"/>
      <w:r>
        <w:t>.</w:t>
      </w:r>
    </w:p>
    <w:p w14:paraId="3E21EADD" w14:textId="77777777" w:rsidR="003D05DA" w:rsidRDefault="003D05DA" w:rsidP="003D05DA">
      <w:pPr>
        <w:pStyle w:val="BodySmall"/>
        <w:rPr>
          <w:rFonts w:hint="eastAsia"/>
        </w:rPr>
      </w:pPr>
      <w:proofErr w:type="spellStart"/>
      <w:r>
        <w:rPr>
          <w:b/>
        </w:rPr>
        <w:t>Fokus</w:t>
      </w:r>
      <w:proofErr w:type="spellEnd"/>
      <w:r>
        <w:rPr>
          <w:b/>
        </w:rPr>
        <w:t xml:space="preserve"> </w:t>
      </w:r>
      <w:proofErr w:type="spellStart"/>
      <w:r>
        <w:rPr>
          <w:b/>
        </w:rPr>
        <w:t>materi</w:t>
      </w:r>
      <w:proofErr w:type="spellEnd"/>
      <w:r>
        <w:rPr>
          <w:b/>
        </w:rPr>
        <w:t>:</w:t>
      </w:r>
      <w:r>
        <w:t xml:space="preserve"> </w:t>
      </w:r>
      <w:proofErr w:type="spellStart"/>
      <w:r>
        <w:t>Persyaratan</w:t>
      </w:r>
      <w:proofErr w:type="spellEnd"/>
      <w:r>
        <w:t xml:space="preserve"> </w:t>
      </w:r>
      <w:proofErr w:type="spellStart"/>
      <w:r>
        <w:t>sertifikasi</w:t>
      </w:r>
      <w:proofErr w:type="spellEnd"/>
      <w:r>
        <w:t xml:space="preserve">; </w:t>
      </w:r>
      <w:proofErr w:type="spellStart"/>
      <w:r>
        <w:t>skema</w:t>
      </w:r>
      <w:proofErr w:type="spellEnd"/>
      <w:r>
        <w:t xml:space="preserve"> dan </w:t>
      </w:r>
      <w:proofErr w:type="spellStart"/>
      <w:r>
        <w:t>standar</w:t>
      </w:r>
      <w:proofErr w:type="spellEnd"/>
      <w:r>
        <w:t xml:space="preserve">; </w:t>
      </w:r>
      <w:proofErr w:type="spellStart"/>
      <w:r>
        <w:t>kesiapan</w:t>
      </w:r>
      <w:proofErr w:type="spellEnd"/>
      <w:r>
        <w:t xml:space="preserve"> </w:t>
      </w:r>
      <w:proofErr w:type="spellStart"/>
      <w:r>
        <w:t>dokumen</w:t>
      </w:r>
      <w:proofErr w:type="spellEnd"/>
      <w:r>
        <w:t xml:space="preserve"> </w:t>
      </w:r>
      <w:proofErr w:type="spellStart"/>
      <w:r>
        <w:t>serta</w:t>
      </w:r>
      <w:proofErr w:type="spellEnd"/>
      <w:r>
        <w:t xml:space="preserve"> </w:t>
      </w:r>
      <w:proofErr w:type="spellStart"/>
      <w:r>
        <w:t>bukti</w:t>
      </w:r>
      <w:proofErr w:type="spellEnd"/>
      <w:r>
        <w:t xml:space="preserve">; </w:t>
      </w:r>
      <w:proofErr w:type="spellStart"/>
      <w:r>
        <w:t>asesmen</w:t>
      </w:r>
      <w:proofErr w:type="spellEnd"/>
      <w:r>
        <w:t>/</w:t>
      </w:r>
      <w:proofErr w:type="spellStart"/>
      <w:r>
        <w:t>ujian</w:t>
      </w:r>
      <w:proofErr w:type="spellEnd"/>
      <w:r>
        <w:t xml:space="preserve"> </w:t>
      </w:r>
      <w:proofErr w:type="spellStart"/>
      <w:r>
        <w:t>melalui</w:t>
      </w:r>
      <w:proofErr w:type="spellEnd"/>
      <w:r>
        <w:t xml:space="preserve"> </w:t>
      </w:r>
      <w:proofErr w:type="spellStart"/>
      <w:r>
        <w:t>lembaga</w:t>
      </w:r>
      <w:proofErr w:type="spellEnd"/>
      <w:r>
        <w:t xml:space="preserve"> </w:t>
      </w:r>
      <w:proofErr w:type="spellStart"/>
      <w:r>
        <w:t>berwenang</w:t>
      </w:r>
      <w:proofErr w:type="spellEnd"/>
      <w:r>
        <w:t xml:space="preserve">; </w:t>
      </w:r>
      <w:proofErr w:type="spellStart"/>
      <w:r>
        <w:t>tindak</w:t>
      </w:r>
      <w:proofErr w:type="spellEnd"/>
      <w:r>
        <w:t xml:space="preserve"> </w:t>
      </w:r>
      <w:proofErr w:type="spellStart"/>
      <w:r>
        <w:t>lanjut</w:t>
      </w:r>
      <w:proofErr w:type="spellEnd"/>
    </w:p>
    <w:tbl>
      <w:tblPr>
        <w:tblW w:w="0" w:type="auto"/>
        <w:jc w:val="center"/>
        <w:tblLayout w:type="fixed"/>
        <w:tblLook w:val="04A0" w:firstRow="1" w:lastRow="0" w:firstColumn="1" w:lastColumn="0" w:noHBand="0" w:noVBand="1"/>
      </w:tblPr>
      <w:tblGrid>
        <w:gridCol w:w="1600"/>
        <w:gridCol w:w="3719"/>
        <w:gridCol w:w="2159"/>
        <w:gridCol w:w="2699"/>
      </w:tblGrid>
      <w:tr w:rsidR="003D05DA" w14:paraId="577BF8A3" w14:textId="77777777" w:rsidTr="00426D0A">
        <w:trPr>
          <w:cantSplit/>
          <w:tblHeader/>
          <w:jc w:val="center"/>
        </w:trPr>
        <w:tc>
          <w:tcPr>
            <w:tcW w:w="1600" w:type="dxa"/>
            <w:shd w:val="clear" w:color="auto" w:fill="103967"/>
            <w:tcMar>
              <w:top w:w="75" w:type="dxa"/>
              <w:left w:w="85" w:type="dxa"/>
              <w:bottom w:w="70" w:type="dxa"/>
              <w:right w:w="85" w:type="dxa"/>
            </w:tcMar>
            <w:vAlign w:val="center"/>
          </w:tcPr>
          <w:p w14:paraId="363BEFEF" w14:textId="77777777" w:rsidR="003D05DA" w:rsidRDefault="003D05DA" w:rsidP="00426D0A">
            <w:pPr>
              <w:spacing w:after="0" w:line="259" w:lineRule="auto"/>
              <w:rPr>
                <w:rFonts w:hint="eastAsia"/>
              </w:rPr>
            </w:pPr>
            <w:r>
              <w:rPr>
                <w:b/>
                <w:color w:val="FFFFFF"/>
                <w:sz w:val="14"/>
              </w:rPr>
              <w:t xml:space="preserve">Kode </w:t>
            </w:r>
            <w:proofErr w:type="spellStart"/>
            <w:r>
              <w:rPr>
                <w:b/>
                <w:color w:val="FFFFFF"/>
                <w:sz w:val="14"/>
              </w:rPr>
              <w:t>topik</w:t>
            </w:r>
            <w:proofErr w:type="spellEnd"/>
          </w:p>
        </w:tc>
        <w:tc>
          <w:tcPr>
            <w:tcW w:w="3719" w:type="dxa"/>
            <w:shd w:val="clear" w:color="auto" w:fill="103967"/>
            <w:tcMar>
              <w:top w:w="75" w:type="dxa"/>
              <w:left w:w="85" w:type="dxa"/>
              <w:bottom w:w="70" w:type="dxa"/>
              <w:right w:w="85" w:type="dxa"/>
            </w:tcMar>
            <w:vAlign w:val="center"/>
          </w:tcPr>
          <w:p w14:paraId="347080E3" w14:textId="77777777" w:rsidR="003D05DA" w:rsidRDefault="003D05DA" w:rsidP="00426D0A">
            <w:pPr>
              <w:spacing w:after="0" w:line="259" w:lineRule="auto"/>
              <w:rPr>
                <w:rFonts w:hint="eastAsia"/>
              </w:rPr>
            </w:pPr>
            <w:proofErr w:type="spellStart"/>
            <w:r>
              <w:rPr>
                <w:b/>
                <w:color w:val="FFFFFF"/>
                <w:sz w:val="14"/>
              </w:rPr>
              <w:t>Objek</w:t>
            </w:r>
            <w:proofErr w:type="spellEnd"/>
            <w:r>
              <w:rPr>
                <w:b/>
                <w:color w:val="FFFFFF"/>
                <w:sz w:val="14"/>
              </w:rPr>
              <w:t xml:space="preserve"> </w:t>
            </w:r>
            <w:proofErr w:type="spellStart"/>
            <w:r>
              <w:rPr>
                <w:b/>
                <w:color w:val="FFFFFF"/>
                <w:sz w:val="14"/>
              </w:rPr>
              <w:t>pembelajaran</w:t>
            </w:r>
            <w:proofErr w:type="spellEnd"/>
          </w:p>
        </w:tc>
        <w:tc>
          <w:tcPr>
            <w:tcW w:w="2159" w:type="dxa"/>
            <w:shd w:val="clear" w:color="auto" w:fill="103967"/>
            <w:tcMar>
              <w:top w:w="75" w:type="dxa"/>
              <w:left w:w="85" w:type="dxa"/>
              <w:bottom w:w="70" w:type="dxa"/>
              <w:right w:w="85" w:type="dxa"/>
            </w:tcMar>
            <w:vAlign w:val="center"/>
          </w:tcPr>
          <w:p w14:paraId="5B0D4EDE" w14:textId="77777777" w:rsidR="003D05DA" w:rsidRDefault="003D05DA" w:rsidP="00426D0A">
            <w:pPr>
              <w:spacing w:after="0" w:line="259" w:lineRule="auto"/>
              <w:rPr>
                <w:rFonts w:hint="eastAsia"/>
              </w:rPr>
            </w:pPr>
            <w:proofErr w:type="spellStart"/>
            <w:r>
              <w:rPr>
                <w:b/>
                <w:color w:val="FFFFFF"/>
                <w:sz w:val="14"/>
              </w:rPr>
              <w:t>Peserta</w:t>
            </w:r>
            <w:proofErr w:type="spellEnd"/>
            <w:r>
              <w:rPr>
                <w:b/>
                <w:color w:val="FFFFFF"/>
                <w:sz w:val="14"/>
              </w:rPr>
              <w:t xml:space="preserve"> </w:t>
            </w:r>
            <w:proofErr w:type="spellStart"/>
            <w:r>
              <w:rPr>
                <w:b/>
                <w:color w:val="FFFFFF"/>
                <w:sz w:val="14"/>
              </w:rPr>
              <w:t>sasaran</w:t>
            </w:r>
            <w:proofErr w:type="spellEnd"/>
          </w:p>
        </w:tc>
        <w:tc>
          <w:tcPr>
            <w:tcW w:w="2699" w:type="dxa"/>
            <w:shd w:val="clear" w:color="auto" w:fill="103967"/>
            <w:tcMar>
              <w:top w:w="75" w:type="dxa"/>
              <w:left w:w="85" w:type="dxa"/>
              <w:bottom w:w="70" w:type="dxa"/>
              <w:right w:w="85" w:type="dxa"/>
            </w:tcMar>
            <w:vAlign w:val="center"/>
          </w:tcPr>
          <w:p w14:paraId="289782A7"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3085D5A5" w14:textId="77777777" w:rsidTr="00426D0A">
        <w:trPr>
          <w:cantSplit/>
          <w:jc w:val="center"/>
        </w:trPr>
        <w:tc>
          <w:tcPr>
            <w:tcW w:w="1600" w:type="dxa"/>
            <w:tcMar>
              <w:top w:w="75" w:type="dxa"/>
              <w:left w:w="85" w:type="dxa"/>
              <w:bottom w:w="70" w:type="dxa"/>
              <w:right w:w="85" w:type="dxa"/>
            </w:tcMar>
            <w:vAlign w:val="center"/>
          </w:tcPr>
          <w:p w14:paraId="49FE795A" w14:textId="77777777" w:rsidR="003D05DA" w:rsidRDefault="003D05DA" w:rsidP="00426D0A">
            <w:pPr>
              <w:spacing w:after="0" w:line="259" w:lineRule="auto"/>
              <w:rPr>
                <w:rFonts w:hint="eastAsia"/>
              </w:rPr>
            </w:pPr>
            <w:r>
              <w:rPr>
                <w:b/>
                <w:color w:val="135DB4"/>
                <w:sz w:val="14"/>
              </w:rPr>
              <w:t>A.11.01</w:t>
            </w:r>
          </w:p>
        </w:tc>
        <w:tc>
          <w:tcPr>
            <w:tcW w:w="3719" w:type="dxa"/>
            <w:tcMar>
              <w:top w:w="75" w:type="dxa"/>
              <w:left w:w="85" w:type="dxa"/>
              <w:bottom w:w="70" w:type="dxa"/>
              <w:right w:w="85" w:type="dxa"/>
            </w:tcMar>
            <w:vAlign w:val="center"/>
          </w:tcPr>
          <w:p w14:paraId="4282605D" w14:textId="77777777" w:rsidR="003D05DA" w:rsidRDefault="003D05DA" w:rsidP="00426D0A">
            <w:pPr>
              <w:spacing w:after="0" w:line="259" w:lineRule="auto"/>
              <w:rPr>
                <w:rFonts w:hint="eastAsia"/>
              </w:rPr>
            </w:pPr>
            <w:r>
              <w:rPr>
                <w:sz w:val="14"/>
              </w:rPr>
              <w:t xml:space="preserve">Rumah </w:t>
            </w:r>
            <w:proofErr w:type="spellStart"/>
            <w:r>
              <w:rPr>
                <w:sz w:val="14"/>
              </w:rPr>
              <w:t>sakit</w:t>
            </w:r>
            <w:proofErr w:type="spellEnd"/>
            <w:r>
              <w:rPr>
                <w:sz w:val="14"/>
              </w:rPr>
              <w:t xml:space="preserve"> </w:t>
            </w:r>
            <w:proofErr w:type="spellStart"/>
            <w:r>
              <w:rPr>
                <w:sz w:val="14"/>
              </w:rPr>
              <w:t>secara</w:t>
            </w:r>
            <w:proofErr w:type="spellEnd"/>
            <w:r>
              <w:rPr>
                <w:sz w:val="14"/>
              </w:rPr>
              <w:t xml:space="preserve"> </w:t>
            </w:r>
            <w:proofErr w:type="spellStart"/>
            <w:r>
              <w:rPr>
                <w:sz w:val="14"/>
              </w:rPr>
              <w:t>umum</w:t>
            </w:r>
            <w:proofErr w:type="spellEnd"/>
          </w:p>
        </w:tc>
        <w:tc>
          <w:tcPr>
            <w:tcW w:w="2159" w:type="dxa"/>
            <w:tcMar>
              <w:top w:w="75" w:type="dxa"/>
              <w:left w:w="85" w:type="dxa"/>
              <w:bottom w:w="70" w:type="dxa"/>
              <w:right w:w="85" w:type="dxa"/>
            </w:tcMar>
            <w:vAlign w:val="center"/>
          </w:tcPr>
          <w:p w14:paraId="1EB7B47E"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tcMar>
              <w:top w:w="75" w:type="dxa"/>
              <w:left w:w="85" w:type="dxa"/>
              <w:bottom w:w="70" w:type="dxa"/>
              <w:right w:w="85" w:type="dxa"/>
            </w:tcMar>
            <w:vAlign w:val="center"/>
          </w:tcPr>
          <w:p w14:paraId="0893FE0C" w14:textId="77777777" w:rsidR="003D05DA" w:rsidRDefault="003D05DA" w:rsidP="00426D0A">
            <w:pPr>
              <w:spacing w:after="0" w:line="259" w:lineRule="auto"/>
              <w:rPr>
                <w:rFonts w:hint="eastAsia"/>
              </w:rPr>
            </w:pPr>
            <w:r>
              <w:rPr>
                <w:sz w:val="14"/>
              </w:rPr>
              <w:t>Prof. Eko / Dr. Benny</w:t>
            </w:r>
          </w:p>
        </w:tc>
      </w:tr>
      <w:tr w:rsidR="003D05DA" w14:paraId="003A6963" w14:textId="77777777" w:rsidTr="00426D0A">
        <w:trPr>
          <w:cantSplit/>
          <w:jc w:val="center"/>
        </w:trPr>
        <w:tc>
          <w:tcPr>
            <w:tcW w:w="1600" w:type="dxa"/>
            <w:shd w:val="clear" w:color="auto" w:fill="F0F6FC"/>
            <w:tcMar>
              <w:top w:w="75" w:type="dxa"/>
              <w:left w:w="85" w:type="dxa"/>
              <w:bottom w:w="70" w:type="dxa"/>
              <w:right w:w="85" w:type="dxa"/>
            </w:tcMar>
            <w:vAlign w:val="center"/>
          </w:tcPr>
          <w:p w14:paraId="1961F921" w14:textId="77777777" w:rsidR="003D05DA" w:rsidRDefault="003D05DA" w:rsidP="00426D0A">
            <w:pPr>
              <w:spacing w:after="0" w:line="259" w:lineRule="auto"/>
              <w:rPr>
                <w:rFonts w:hint="eastAsia"/>
              </w:rPr>
            </w:pPr>
            <w:r>
              <w:rPr>
                <w:b/>
                <w:color w:val="135DB4"/>
                <w:sz w:val="14"/>
              </w:rPr>
              <w:t>A.11.02</w:t>
            </w:r>
          </w:p>
        </w:tc>
        <w:tc>
          <w:tcPr>
            <w:tcW w:w="3719" w:type="dxa"/>
            <w:shd w:val="clear" w:color="auto" w:fill="F0F6FC"/>
            <w:tcMar>
              <w:top w:w="75" w:type="dxa"/>
              <w:left w:w="85" w:type="dxa"/>
              <w:bottom w:w="70" w:type="dxa"/>
              <w:right w:w="85" w:type="dxa"/>
            </w:tcMar>
            <w:vAlign w:val="center"/>
          </w:tcPr>
          <w:p w14:paraId="5E9F26D3" w14:textId="77777777" w:rsidR="003D05DA" w:rsidRDefault="003D05DA" w:rsidP="00426D0A">
            <w:pPr>
              <w:spacing w:after="0" w:line="259" w:lineRule="auto"/>
              <w:rPr>
                <w:rFonts w:hint="eastAsia"/>
              </w:rPr>
            </w:pPr>
            <w:r>
              <w:rPr>
                <w:sz w:val="14"/>
              </w:rPr>
              <w:t>Smart Hospital</w:t>
            </w:r>
          </w:p>
        </w:tc>
        <w:tc>
          <w:tcPr>
            <w:tcW w:w="2159" w:type="dxa"/>
            <w:shd w:val="clear" w:color="auto" w:fill="F0F6FC"/>
            <w:tcMar>
              <w:top w:w="75" w:type="dxa"/>
              <w:left w:w="85" w:type="dxa"/>
              <w:bottom w:w="70" w:type="dxa"/>
              <w:right w:w="85" w:type="dxa"/>
            </w:tcMar>
            <w:vAlign w:val="center"/>
          </w:tcPr>
          <w:p w14:paraId="1AA16391"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3C756F44"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37D58EA" w14:textId="77777777" w:rsidTr="00426D0A">
        <w:trPr>
          <w:cantSplit/>
          <w:jc w:val="center"/>
        </w:trPr>
        <w:tc>
          <w:tcPr>
            <w:tcW w:w="1600" w:type="dxa"/>
            <w:tcMar>
              <w:top w:w="75" w:type="dxa"/>
              <w:left w:w="85" w:type="dxa"/>
              <w:bottom w:w="70" w:type="dxa"/>
              <w:right w:w="85" w:type="dxa"/>
            </w:tcMar>
            <w:vAlign w:val="center"/>
          </w:tcPr>
          <w:p w14:paraId="5BE99ABC" w14:textId="77777777" w:rsidR="003D05DA" w:rsidRDefault="003D05DA" w:rsidP="00426D0A">
            <w:pPr>
              <w:spacing w:after="0" w:line="259" w:lineRule="auto"/>
              <w:rPr>
                <w:rFonts w:hint="eastAsia"/>
              </w:rPr>
            </w:pPr>
            <w:r>
              <w:rPr>
                <w:b/>
                <w:color w:val="135DB4"/>
                <w:sz w:val="14"/>
              </w:rPr>
              <w:t>A.11.03</w:t>
            </w:r>
          </w:p>
        </w:tc>
        <w:tc>
          <w:tcPr>
            <w:tcW w:w="3719" w:type="dxa"/>
            <w:tcMar>
              <w:top w:w="75" w:type="dxa"/>
              <w:left w:w="85" w:type="dxa"/>
              <w:bottom w:w="70" w:type="dxa"/>
              <w:right w:w="85" w:type="dxa"/>
            </w:tcMar>
            <w:vAlign w:val="center"/>
          </w:tcPr>
          <w:p w14:paraId="2BE1F8BD" w14:textId="77777777" w:rsidR="003D05DA" w:rsidRDefault="003D05DA" w:rsidP="00426D0A">
            <w:pPr>
              <w:spacing w:after="0" w:line="259" w:lineRule="auto"/>
              <w:rPr>
                <w:rFonts w:hint="eastAsia"/>
              </w:rPr>
            </w:pPr>
            <w:proofErr w:type="spellStart"/>
            <w:r>
              <w:rPr>
                <w:sz w:val="14"/>
              </w:rPr>
              <w:t>Fasilitas</w:t>
            </w:r>
            <w:proofErr w:type="spellEnd"/>
            <w:r>
              <w:rPr>
                <w:sz w:val="14"/>
              </w:rPr>
              <w:t xml:space="preserve"> dan </w:t>
            </w:r>
            <w:proofErr w:type="spellStart"/>
            <w:r>
              <w:rPr>
                <w:sz w:val="14"/>
              </w:rPr>
              <w:t>manajemen</w:t>
            </w:r>
            <w:proofErr w:type="spellEnd"/>
            <w:r>
              <w:rPr>
                <w:sz w:val="14"/>
              </w:rPr>
              <w:t xml:space="preserve"> </w:t>
            </w:r>
            <w:proofErr w:type="spellStart"/>
            <w:r>
              <w:rPr>
                <w:sz w:val="14"/>
              </w:rPr>
              <w:t>fasilitas</w:t>
            </w:r>
            <w:proofErr w:type="spellEnd"/>
          </w:p>
        </w:tc>
        <w:tc>
          <w:tcPr>
            <w:tcW w:w="2159" w:type="dxa"/>
            <w:tcMar>
              <w:top w:w="75" w:type="dxa"/>
              <w:left w:w="85" w:type="dxa"/>
              <w:bottom w:w="70" w:type="dxa"/>
              <w:right w:w="85" w:type="dxa"/>
            </w:tcMar>
            <w:vAlign w:val="center"/>
          </w:tcPr>
          <w:p w14:paraId="171035BE"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63EA6DA6" w14:textId="77777777" w:rsidR="003D05DA" w:rsidRDefault="003D05DA" w:rsidP="00426D0A">
            <w:pPr>
              <w:spacing w:after="0" w:line="259" w:lineRule="auto"/>
              <w:rPr>
                <w:rFonts w:hint="eastAsia"/>
              </w:rPr>
            </w:pPr>
            <w:r>
              <w:rPr>
                <w:sz w:val="14"/>
              </w:rPr>
              <w:t>Dr. Benny / Hilman Hamid</w:t>
            </w:r>
          </w:p>
        </w:tc>
      </w:tr>
      <w:tr w:rsidR="003D05DA" w14:paraId="1CE60DD7" w14:textId="77777777" w:rsidTr="00426D0A">
        <w:trPr>
          <w:cantSplit/>
          <w:jc w:val="center"/>
        </w:trPr>
        <w:tc>
          <w:tcPr>
            <w:tcW w:w="1600" w:type="dxa"/>
            <w:shd w:val="clear" w:color="auto" w:fill="F0F6FC"/>
            <w:tcMar>
              <w:top w:w="75" w:type="dxa"/>
              <w:left w:w="85" w:type="dxa"/>
              <w:bottom w:w="70" w:type="dxa"/>
              <w:right w:w="85" w:type="dxa"/>
            </w:tcMar>
            <w:vAlign w:val="center"/>
          </w:tcPr>
          <w:p w14:paraId="6AC8DA27" w14:textId="77777777" w:rsidR="003D05DA" w:rsidRDefault="003D05DA" w:rsidP="00426D0A">
            <w:pPr>
              <w:spacing w:after="0" w:line="259" w:lineRule="auto"/>
              <w:rPr>
                <w:rFonts w:hint="eastAsia"/>
              </w:rPr>
            </w:pPr>
            <w:r>
              <w:rPr>
                <w:b/>
                <w:color w:val="135DB4"/>
                <w:sz w:val="14"/>
              </w:rPr>
              <w:t>A.11.04</w:t>
            </w:r>
          </w:p>
        </w:tc>
        <w:tc>
          <w:tcPr>
            <w:tcW w:w="3719" w:type="dxa"/>
            <w:shd w:val="clear" w:color="auto" w:fill="F0F6FC"/>
            <w:tcMar>
              <w:top w:w="75" w:type="dxa"/>
              <w:left w:w="85" w:type="dxa"/>
              <w:bottom w:w="70" w:type="dxa"/>
              <w:right w:w="85" w:type="dxa"/>
            </w:tcMar>
            <w:vAlign w:val="center"/>
          </w:tcPr>
          <w:p w14:paraId="3665FF82"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159" w:type="dxa"/>
            <w:shd w:val="clear" w:color="auto" w:fill="F0F6FC"/>
            <w:tcMar>
              <w:top w:w="75" w:type="dxa"/>
              <w:left w:w="85" w:type="dxa"/>
              <w:bottom w:w="70" w:type="dxa"/>
              <w:right w:w="85" w:type="dxa"/>
            </w:tcMar>
            <w:vAlign w:val="center"/>
          </w:tcPr>
          <w:p w14:paraId="0207E317"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99" w:type="dxa"/>
            <w:shd w:val="clear" w:color="auto" w:fill="F0F6FC"/>
            <w:tcMar>
              <w:top w:w="75" w:type="dxa"/>
              <w:left w:w="85" w:type="dxa"/>
              <w:bottom w:w="70" w:type="dxa"/>
              <w:right w:w="85" w:type="dxa"/>
            </w:tcMar>
            <w:vAlign w:val="center"/>
          </w:tcPr>
          <w:p w14:paraId="039F9A10"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r w:rsidR="003D05DA" w14:paraId="3C1A8DAA" w14:textId="77777777" w:rsidTr="00426D0A">
        <w:trPr>
          <w:cantSplit/>
          <w:jc w:val="center"/>
        </w:trPr>
        <w:tc>
          <w:tcPr>
            <w:tcW w:w="1600" w:type="dxa"/>
            <w:tcMar>
              <w:top w:w="75" w:type="dxa"/>
              <w:left w:w="85" w:type="dxa"/>
              <w:bottom w:w="70" w:type="dxa"/>
              <w:right w:w="85" w:type="dxa"/>
            </w:tcMar>
            <w:vAlign w:val="center"/>
          </w:tcPr>
          <w:p w14:paraId="40ADBA27" w14:textId="77777777" w:rsidR="003D05DA" w:rsidRDefault="003D05DA" w:rsidP="00426D0A">
            <w:pPr>
              <w:spacing w:after="0" w:line="259" w:lineRule="auto"/>
              <w:rPr>
                <w:rFonts w:hint="eastAsia"/>
              </w:rPr>
            </w:pPr>
            <w:r>
              <w:rPr>
                <w:b/>
                <w:color w:val="135DB4"/>
                <w:sz w:val="14"/>
              </w:rPr>
              <w:t>A.11.05</w:t>
            </w:r>
          </w:p>
        </w:tc>
        <w:tc>
          <w:tcPr>
            <w:tcW w:w="3719" w:type="dxa"/>
            <w:tcMar>
              <w:top w:w="75" w:type="dxa"/>
              <w:left w:w="85" w:type="dxa"/>
              <w:bottom w:w="70" w:type="dxa"/>
              <w:right w:w="85" w:type="dxa"/>
            </w:tcMar>
            <w:vAlign w:val="center"/>
          </w:tcPr>
          <w:p w14:paraId="63CB3894"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dan </w:t>
            </w:r>
            <w:proofErr w:type="spellStart"/>
            <w:r>
              <w:rPr>
                <w:sz w:val="14"/>
              </w:rPr>
              <w:t>manajemen</w:t>
            </w:r>
            <w:proofErr w:type="spellEnd"/>
            <w:r>
              <w:rPr>
                <w:sz w:val="14"/>
              </w:rPr>
              <w:t xml:space="preserve"> </w:t>
            </w:r>
            <w:proofErr w:type="spellStart"/>
            <w:r>
              <w:rPr>
                <w:sz w:val="14"/>
              </w:rPr>
              <w:t>keuangan</w:t>
            </w:r>
            <w:proofErr w:type="spellEnd"/>
          </w:p>
        </w:tc>
        <w:tc>
          <w:tcPr>
            <w:tcW w:w="2159" w:type="dxa"/>
            <w:tcMar>
              <w:top w:w="75" w:type="dxa"/>
              <w:left w:w="85" w:type="dxa"/>
              <w:bottom w:w="70" w:type="dxa"/>
              <w:right w:w="85" w:type="dxa"/>
            </w:tcMar>
            <w:vAlign w:val="center"/>
          </w:tcPr>
          <w:p w14:paraId="06467629" w14:textId="77777777" w:rsidR="003D05DA" w:rsidRDefault="003D05DA" w:rsidP="00426D0A">
            <w:pPr>
              <w:spacing w:after="0" w:line="259" w:lineRule="auto"/>
              <w:rPr>
                <w:rFonts w:hint="eastAsia"/>
              </w:rPr>
            </w:pPr>
            <w:proofErr w:type="spellStart"/>
            <w:r>
              <w:rPr>
                <w:sz w:val="14"/>
              </w:rPr>
              <w:t>Keuangan</w:t>
            </w:r>
            <w:proofErr w:type="spellEnd"/>
            <w:r>
              <w:rPr>
                <w:sz w:val="14"/>
              </w:rPr>
              <w:t xml:space="preserve"> / </w:t>
            </w:r>
            <w:proofErr w:type="spellStart"/>
            <w:r>
              <w:rPr>
                <w:sz w:val="14"/>
              </w:rPr>
              <w:t>perencana</w:t>
            </w:r>
            <w:proofErr w:type="spellEnd"/>
          </w:p>
        </w:tc>
        <w:tc>
          <w:tcPr>
            <w:tcW w:w="2699" w:type="dxa"/>
            <w:tcMar>
              <w:top w:w="75" w:type="dxa"/>
              <w:left w:w="85" w:type="dxa"/>
              <w:bottom w:w="70" w:type="dxa"/>
              <w:right w:w="85" w:type="dxa"/>
            </w:tcMar>
            <w:vAlign w:val="center"/>
          </w:tcPr>
          <w:p w14:paraId="582FC80D" w14:textId="77777777" w:rsidR="003D05DA" w:rsidRDefault="003D05DA" w:rsidP="00426D0A">
            <w:pPr>
              <w:spacing w:after="0" w:line="259" w:lineRule="auto"/>
              <w:rPr>
                <w:rFonts w:hint="eastAsia"/>
              </w:rPr>
            </w:pPr>
            <w:r>
              <w:rPr>
                <w:sz w:val="14"/>
              </w:rPr>
              <w:t xml:space="preserve">Dr. Benny / Tim </w:t>
            </w:r>
            <w:proofErr w:type="spellStart"/>
            <w:r>
              <w:rPr>
                <w:sz w:val="14"/>
              </w:rPr>
              <w:t>keuangan</w:t>
            </w:r>
            <w:proofErr w:type="spellEnd"/>
          </w:p>
        </w:tc>
      </w:tr>
      <w:tr w:rsidR="003D05DA" w14:paraId="77252BF9" w14:textId="77777777" w:rsidTr="00426D0A">
        <w:trPr>
          <w:cantSplit/>
          <w:jc w:val="center"/>
        </w:trPr>
        <w:tc>
          <w:tcPr>
            <w:tcW w:w="1600" w:type="dxa"/>
            <w:shd w:val="clear" w:color="auto" w:fill="F0F6FC"/>
            <w:tcMar>
              <w:top w:w="75" w:type="dxa"/>
              <w:left w:w="85" w:type="dxa"/>
              <w:bottom w:w="70" w:type="dxa"/>
              <w:right w:w="85" w:type="dxa"/>
            </w:tcMar>
            <w:vAlign w:val="center"/>
          </w:tcPr>
          <w:p w14:paraId="61B97EA9" w14:textId="77777777" w:rsidR="003D05DA" w:rsidRDefault="003D05DA" w:rsidP="00426D0A">
            <w:pPr>
              <w:spacing w:after="0" w:line="259" w:lineRule="auto"/>
              <w:rPr>
                <w:rFonts w:hint="eastAsia"/>
              </w:rPr>
            </w:pPr>
            <w:r>
              <w:rPr>
                <w:b/>
                <w:color w:val="135DB4"/>
                <w:sz w:val="14"/>
              </w:rPr>
              <w:t>A.11.06</w:t>
            </w:r>
          </w:p>
        </w:tc>
        <w:tc>
          <w:tcPr>
            <w:tcW w:w="3719" w:type="dxa"/>
            <w:shd w:val="clear" w:color="auto" w:fill="F0F6FC"/>
            <w:tcMar>
              <w:top w:w="75" w:type="dxa"/>
              <w:left w:w="85" w:type="dxa"/>
              <w:bottom w:w="70" w:type="dxa"/>
              <w:right w:w="85" w:type="dxa"/>
            </w:tcMar>
            <w:vAlign w:val="center"/>
          </w:tcPr>
          <w:p w14:paraId="243CF34F" w14:textId="77777777" w:rsidR="003D05DA" w:rsidRDefault="003D05DA" w:rsidP="00426D0A">
            <w:pPr>
              <w:spacing w:after="0" w:line="259" w:lineRule="auto"/>
              <w:rPr>
                <w:rFonts w:hint="eastAsia"/>
              </w:rPr>
            </w:pPr>
            <w:proofErr w:type="spellStart"/>
            <w:r>
              <w:rPr>
                <w:sz w:val="14"/>
              </w:rPr>
              <w:t>Korporasi</w:t>
            </w:r>
            <w:proofErr w:type="spellEnd"/>
            <w:r>
              <w:rPr>
                <w:sz w:val="14"/>
              </w:rPr>
              <w:t xml:space="preserve"> dan tata </w:t>
            </w:r>
            <w:proofErr w:type="spellStart"/>
            <w:r>
              <w:rPr>
                <w:sz w:val="14"/>
              </w:rPr>
              <w:t>kelola</w:t>
            </w:r>
            <w:proofErr w:type="spellEnd"/>
          </w:p>
        </w:tc>
        <w:tc>
          <w:tcPr>
            <w:tcW w:w="2159" w:type="dxa"/>
            <w:shd w:val="clear" w:color="auto" w:fill="F0F6FC"/>
            <w:tcMar>
              <w:top w:w="75" w:type="dxa"/>
              <w:left w:w="85" w:type="dxa"/>
              <w:bottom w:w="70" w:type="dxa"/>
              <w:right w:w="85" w:type="dxa"/>
            </w:tcMar>
            <w:vAlign w:val="center"/>
          </w:tcPr>
          <w:p w14:paraId="514EF657"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99" w:type="dxa"/>
            <w:shd w:val="clear" w:color="auto" w:fill="F0F6FC"/>
            <w:tcMar>
              <w:top w:w="75" w:type="dxa"/>
              <w:left w:w="85" w:type="dxa"/>
              <w:bottom w:w="70" w:type="dxa"/>
              <w:right w:w="85" w:type="dxa"/>
            </w:tcMar>
            <w:vAlign w:val="center"/>
          </w:tcPr>
          <w:p w14:paraId="5D4D3CDF" w14:textId="77777777" w:rsidR="003D05DA" w:rsidRDefault="003D05DA" w:rsidP="00426D0A">
            <w:pPr>
              <w:spacing w:after="0" w:line="259" w:lineRule="auto"/>
              <w:rPr>
                <w:rFonts w:hint="eastAsia"/>
              </w:rPr>
            </w:pPr>
            <w:r>
              <w:rPr>
                <w:sz w:val="14"/>
              </w:rPr>
              <w:t xml:space="preserve">Prof. Eko / Dr. </w:t>
            </w:r>
            <w:proofErr w:type="spellStart"/>
            <w:r>
              <w:rPr>
                <w:sz w:val="14"/>
              </w:rPr>
              <w:t>Sumarjaya</w:t>
            </w:r>
            <w:proofErr w:type="spellEnd"/>
          </w:p>
        </w:tc>
      </w:tr>
      <w:tr w:rsidR="003D05DA" w14:paraId="11D342F6" w14:textId="77777777" w:rsidTr="00426D0A">
        <w:trPr>
          <w:cantSplit/>
          <w:jc w:val="center"/>
        </w:trPr>
        <w:tc>
          <w:tcPr>
            <w:tcW w:w="1600" w:type="dxa"/>
            <w:tcMar>
              <w:top w:w="75" w:type="dxa"/>
              <w:left w:w="85" w:type="dxa"/>
              <w:bottom w:w="70" w:type="dxa"/>
              <w:right w:w="85" w:type="dxa"/>
            </w:tcMar>
            <w:vAlign w:val="center"/>
          </w:tcPr>
          <w:p w14:paraId="6814DE0D" w14:textId="77777777" w:rsidR="003D05DA" w:rsidRDefault="003D05DA" w:rsidP="00426D0A">
            <w:pPr>
              <w:spacing w:after="0" w:line="259" w:lineRule="auto"/>
              <w:rPr>
                <w:rFonts w:hint="eastAsia"/>
              </w:rPr>
            </w:pPr>
            <w:r>
              <w:rPr>
                <w:b/>
                <w:color w:val="135DB4"/>
                <w:sz w:val="14"/>
              </w:rPr>
              <w:t>A.11.07</w:t>
            </w:r>
          </w:p>
        </w:tc>
        <w:tc>
          <w:tcPr>
            <w:tcW w:w="3719" w:type="dxa"/>
            <w:tcMar>
              <w:top w:w="75" w:type="dxa"/>
              <w:left w:w="85" w:type="dxa"/>
              <w:bottom w:w="70" w:type="dxa"/>
              <w:right w:w="85" w:type="dxa"/>
            </w:tcMar>
            <w:vAlign w:val="center"/>
          </w:tcPr>
          <w:p w14:paraId="03977676" w14:textId="77777777" w:rsidR="003D05DA" w:rsidRDefault="003D05DA" w:rsidP="00426D0A">
            <w:pPr>
              <w:spacing w:after="0" w:line="259" w:lineRule="auto"/>
              <w:rPr>
                <w:rFonts w:hint="eastAsia"/>
              </w:rPr>
            </w:pPr>
            <w:proofErr w:type="spellStart"/>
            <w:r>
              <w:rPr>
                <w:sz w:val="14"/>
              </w:rPr>
              <w:t>Proyek</w:t>
            </w:r>
            <w:proofErr w:type="spellEnd"/>
            <w:r>
              <w:rPr>
                <w:sz w:val="14"/>
              </w:rPr>
              <w:t xml:space="preserve"> dan </w:t>
            </w:r>
            <w:proofErr w:type="spellStart"/>
            <w:r>
              <w:rPr>
                <w:sz w:val="14"/>
              </w:rPr>
              <w:t>manajemen</w:t>
            </w:r>
            <w:proofErr w:type="spellEnd"/>
            <w:r>
              <w:rPr>
                <w:sz w:val="14"/>
              </w:rPr>
              <w:t xml:space="preserve"> </w:t>
            </w:r>
            <w:proofErr w:type="spellStart"/>
            <w:r>
              <w:rPr>
                <w:sz w:val="14"/>
              </w:rPr>
              <w:t>proyek</w:t>
            </w:r>
            <w:proofErr w:type="spellEnd"/>
          </w:p>
        </w:tc>
        <w:tc>
          <w:tcPr>
            <w:tcW w:w="2159" w:type="dxa"/>
            <w:tcMar>
              <w:top w:w="75" w:type="dxa"/>
              <w:left w:w="85" w:type="dxa"/>
              <w:bottom w:w="70" w:type="dxa"/>
              <w:right w:w="85" w:type="dxa"/>
            </w:tcMar>
            <w:vAlign w:val="center"/>
          </w:tcPr>
          <w:p w14:paraId="64A84942" w14:textId="77777777" w:rsidR="003D05DA" w:rsidRDefault="003D05DA" w:rsidP="00426D0A">
            <w:pPr>
              <w:spacing w:after="0" w:line="259" w:lineRule="auto"/>
              <w:rPr>
                <w:rFonts w:hint="eastAsia"/>
              </w:rPr>
            </w:pPr>
            <w:proofErr w:type="spellStart"/>
            <w:r>
              <w:rPr>
                <w:sz w:val="14"/>
              </w:rPr>
              <w:t>Perencana</w:t>
            </w:r>
            <w:proofErr w:type="spellEnd"/>
            <w:r>
              <w:rPr>
                <w:sz w:val="14"/>
              </w:rPr>
              <w:t xml:space="preserve"> / </w:t>
            </w:r>
            <w:proofErr w:type="spellStart"/>
            <w:r>
              <w:rPr>
                <w:sz w:val="14"/>
              </w:rPr>
              <w:t>pengadaan</w:t>
            </w:r>
            <w:proofErr w:type="spellEnd"/>
          </w:p>
        </w:tc>
        <w:tc>
          <w:tcPr>
            <w:tcW w:w="2699" w:type="dxa"/>
            <w:tcMar>
              <w:top w:w="75" w:type="dxa"/>
              <w:left w:w="85" w:type="dxa"/>
              <w:bottom w:w="70" w:type="dxa"/>
              <w:right w:w="85" w:type="dxa"/>
            </w:tcMar>
            <w:vAlign w:val="center"/>
          </w:tcPr>
          <w:p w14:paraId="270F5241"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Dr. Benny</w:t>
            </w:r>
          </w:p>
        </w:tc>
      </w:tr>
      <w:tr w:rsidR="003D05DA" w14:paraId="0C6ED242" w14:textId="77777777" w:rsidTr="00426D0A">
        <w:trPr>
          <w:cantSplit/>
          <w:jc w:val="center"/>
        </w:trPr>
        <w:tc>
          <w:tcPr>
            <w:tcW w:w="1600" w:type="dxa"/>
            <w:shd w:val="clear" w:color="auto" w:fill="F0F6FC"/>
            <w:tcMar>
              <w:top w:w="75" w:type="dxa"/>
              <w:left w:w="85" w:type="dxa"/>
              <w:bottom w:w="70" w:type="dxa"/>
              <w:right w:w="85" w:type="dxa"/>
            </w:tcMar>
            <w:vAlign w:val="center"/>
          </w:tcPr>
          <w:p w14:paraId="70BC8572" w14:textId="77777777" w:rsidR="003D05DA" w:rsidRDefault="003D05DA" w:rsidP="00426D0A">
            <w:pPr>
              <w:spacing w:after="0" w:line="259" w:lineRule="auto"/>
              <w:rPr>
                <w:rFonts w:hint="eastAsia"/>
              </w:rPr>
            </w:pPr>
            <w:r>
              <w:rPr>
                <w:b/>
                <w:color w:val="135DB4"/>
                <w:sz w:val="14"/>
              </w:rPr>
              <w:t>A.11.08</w:t>
            </w:r>
          </w:p>
        </w:tc>
        <w:tc>
          <w:tcPr>
            <w:tcW w:w="3719" w:type="dxa"/>
            <w:shd w:val="clear" w:color="auto" w:fill="F0F6FC"/>
            <w:tcMar>
              <w:top w:w="75" w:type="dxa"/>
              <w:left w:w="85" w:type="dxa"/>
              <w:bottom w:w="70" w:type="dxa"/>
              <w:right w:w="85" w:type="dxa"/>
            </w:tcMar>
            <w:vAlign w:val="center"/>
          </w:tcPr>
          <w:p w14:paraId="0B585B75" w14:textId="77777777" w:rsidR="003D05DA" w:rsidRDefault="003D05DA" w:rsidP="00426D0A">
            <w:pPr>
              <w:spacing w:after="0" w:line="259" w:lineRule="auto"/>
              <w:rPr>
                <w:rFonts w:hint="eastAsia"/>
              </w:rPr>
            </w:pPr>
            <w:proofErr w:type="spellStart"/>
            <w:r>
              <w:rPr>
                <w:sz w:val="14"/>
              </w:rPr>
              <w:t>Layanan</w:t>
            </w:r>
            <w:proofErr w:type="spellEnd"/>
            <w:r>
              <w:rPr>
                <w:sz w:val="14"/>
              </w:rPr>
              <w:t xml:space="preserve"> </w:t>
            </w:r>
            <w:proofErr w:type="spellStart"/>
            <w:r>
              <w:rPr>
                <w:sz w:val="14"/>
              </w:rPr>
              <w:t>klinis</w:t>
            </w:r>
            <w:proofErr w:type="spellEnd"/>
            <w:r>
              <w:rPr>
                <w:sz w:val="14"/>
              </w:rPr>
              <w:t xml:space="preserve"> dan </w:t>
            </w:r>
            <w:proofErr w:type="spellStart"/>
            <w:r>
              <w:rPr>
                <w:sz w:val="14"/>
              </w:rPr>
              <w:t>manajemen</w:t>
            </w:r>
            <w:proofErr w:type="spellEnd"/>
            <w:r>
              <w:rPr>
                <w:sz w:val="14"/>
              </w:rPr>
              <w:t xml:space="preserve"> </w:t>
            </w:r>
            <w:proofErr w:type="spellStart"/>
            <w:r>
              <w:rPr>
                <w:sz w:val="14"/>
              </w:rPr>
              <w:t>pasien</w:t>
            </w:r>
            <w:proofErr w:type="spellEnd"/>
          </w:p>
        </w:tc>
        <w:tc>
          <w:tcPr>
            <w:tcW w:w="2159" w:type="dxa"/>
            <w:shd w:val="clear" w:color="auto" w:fill="F0F6FC"/>
            <w:tcMar>
              <w:top w:w="75" w:type="dxa"/>
              <w:left w:w="85" w:type="dxa"/>
              <w:bottom w:w="70" w:type="dxa"/>
              <w:right w:w="85" w:type="dxa"/>
            </w:tcMar>
            <w:vAlign w:val="center"/>
          </w:tcPr>
          <w:p w14:paraId="57B9407D" w14:textId="77777777" w:rsidR="003D05DA" w:rsidRDefault="003D05DA" w:rsidP="00426D0A">
            <w:pPr>
              <w:spacing w:after="0" w:line="259" w:lineRule="auto"/>
              <w:rPr>
                <w:rFonts w:hint="eastAsia"/>
              </w:rPr>
            </w:pPr>
            <w:proofErr w:type="spellStart"/>
            <w:r>
              <w:rPr>
                <w:sz w:val="14"/>
              </w:rPr>
              <w:t>Klinis</w:t>
            </w:r>
            <w:proofErr w:type="spellEnd"/>
            <w:r>
              <w:rPr>
                <w:sz w:val="14"/>
              </w:rPr>
              <w:t xml:space="preserve"> / </w:t>
            </w:r>
            <w:proofErr w:type="spellStart"/>
            <w:r>
              <w:rPr>
                <w:sz w:val="14"/>
              </w:rPr>
              <w:t>mutu</w:t>
            </w:r>
            <w:proofErr w:type="spellEnd"/>
            <w:r>
              <w:rPr>
                <w:sz w:val="14"/>
              </w:rPr>
              <w:t xml:space="preserve"> / SIMRS</w:t>
            </w:r>
          </w:p>
        </w:tc>
        <w:tc>
          <w:tcPr>
            <w:tcW w:w="2699" w:type="dxa"/>
            <w:shd w:val="clear" w:color="auto" w:fill="F0F6FC"/>
            <w:tcMar>
              <w:top w:w="75" w:type="dxa"/>
              <w:left w:w="85" w:type="dxa"/>
              <w:bottom w:w="70" w:type="dxa"/>
              <w:right w:w="85" w:type="dxa"/>
            </w:tcMar>
            <w:vAlign w:val="center"/>
          </w:tcPr>
          <w:p w14:paraId="78EBE2F5" w14:textId="77777777" w:rsidR="003D05DA" w:rsidRDefault="003D05DA" w:rsidP="00426D0A">
            <w:pPr>
              <w:spacing w:after="0" w:line="259" w:lineRule="auto"/>
              <w:rPr>
                <w:rFonts w:hint="eastAsia"/>
              </w:rPr>
            </w:pPr>
            <w:r>
              <w:rPr>
                <w:sz w:val="14"/>
              </w:rPr>
              <w:t xml:space="preserve">Dr. Suko / Dr. </w:t>
            </w:r>
            <w:proofErr w:type="spellStart"/>
            <w:r>
              <w:rPr>
                <w:sz w:val="14"/>
              </w:rPr>
              <w:t>Puput</w:t>
            </w:r>
            <w:proofErr w:type="spellEnd"/>
          </w:p>
        </w:tc>
      </w:tr>
      <w:tr w:rsidR="003D05DA" w14:paraId="64D50F21" w14:textId="77777777" w:rsidTr="00426D0A">
        <w:trPr>
          <w:cantSplit/>
          <w:jc w:val="center"/>
        </w:trPr>
        <w:tc>
          <w:tcPr>
            <w:tcW w:w="1600" w:type="dxa"/>
            <w:tcMar>
              <w:top w:w="75" w:type="dxa"/>
              <w:left w:w="85" w:type="dxa"/>
              <w:bottom w:w="70" w:type="dxa"/>
              <w:right w:w="85" w:type="dxa"/>
            </w:tcMar>
            <w:vAlign w:val="center"/>
          </w:tcPr>
          <w:p w14:paraId="1284EE31" w14:textId="77777777" w:rsidR="003D05DA" w:rsidRDefault="003D05DA" w:rsidP="00426D0A">
            <w:pPr>
              <w:spacing w:after="0" w:line="259" w:lineRule="auto"/>
              <w:rPr>
                <w:rFonts w:hint="eastAsia"/>
              </w:rPr>
            </w:pPr>
            <w:r>
              <w:rPr>
                <w:b/>
                <w:color w:val="135DB4"/>
                <w:sz w:val="14"/>
              </w:rPr>
              <w:t>A.11.09</w:t>
            </w:r>
          </w:p>
        </w:tc>
        <w:tc>
          <w:tcPr>
            <w:tcW w:w="3719" w:type="dxa"/>
            <w:tcMar>
              <w:top w:w="75" w:type="dxa"/>
              <w:left w:w="85" w:type="dxa"/>
              <w:bottom w:w="70" w:type="dxa"/>
              <w:right w:w="85" w:type="dxa"/>
            </w:tcMar>
            <w:vAlign w:val="center"/>
          </w:tcPr>
          <w:p w14:paraId="10B29AD5" w14:textId="77777777" w:rsidR="003D05DA" w:rsidRDefault="003D05DA" w:rsidP="00426D0A">
            <w:pPr>
              <w:spacing w:after="0" w:line="259" w:lineRule="auto"/>
              <w:rPr>
                <w:rFonts w:hint="eastAsia"/>
              </w:rPr>
            </w:pPr>
            <w:proofErr w:type="spellStart"/>
            <w:r>
              <w:rPr>
                <w:sz w:val="14"/>
              </w:rPr>
              <w:t>Bangunan</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2EEA865E"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76318555"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Ir. Adi</w:t>
            </w:r>
          </w:p>
        </w:tc>
      </w:tr>
      <w:tr w:rsidR="003D05DA" w14:paraId="106FEAA9" w14:textId="77777777" w:rsidTr="00426D0A">
        <w:trPr>
          <w:cantSplit/>
          <w:jc w:val="center"/>
        </w:trPr>
        <w:tc>
          <w:tcPr>
            <w:tcW w:w="1600" w:type="dxa"/>
            <w:shd w:val="clear" w:color="auto" w:fill="F0F6FC"/>
            <w:tcMar>
              <w:top w:w="75" w:type="dxa"/>
              <w:left w:w="85" w:type="dxa"/>
              <w:bottom w:w="70" w:type="dxa"/>
              <w:right w:w="85" w:type="dxa"/>
            </w:tcMar>
            <w:vAlign w:val="center"/>
          </w:tcPr>
          <w:p w14:paraId="5CB24B90" w14:textId="77777777" w:rsidR="003D05DA" w:rsidRDefault="003D05DA" w:rsidP="00426D0A">
            <w:pPr>
              <w:spacing w:after="0" w:line="259" w:lineRule="auto"/>
              <w:rPr>
                <w:rFonts w:hint="eastAsia"/>
              </w:rPr>
            </w:pPr>
            <w:r>
              <w:rPr>
                <w:b/>
                <w:color w:val="135DB4"/>
                <w:sz w:val="14"/>
              </w:rPr>
              <w:t>A.11.10</w:t>
            </w:r>
          </w:p>
        </w:tc>
        <w:tc>
          <w:tcPr>
            <w:tcW w:w="3719" w:type="dxa"/>
            <w:shd w:val="clear" w:color="auto" w:fill="F0F6FC"/>
            <w:tcMar>
              <w:top w:w="75" w:type="dxa"/>
              <w:left w:w="85" w:type="dxa"/>
              <w:bottom w:w="70" w:type="dxa"/>
              <w:right w:w="85" w:type="dxa"/>
            </w:tcMar>
            <w:vAlign w:val="center"/>
          </w:tcPr>
          <w:p w14:paraId="3F09C6B4" w14:textId="77777777" w:rsidR="003D05DA" w:rsidRDefault="003D05DA" w:rsidP="00426D0A">
            <w:pPr>
              <w:spacing w:after="0" w:line="259" w:lineRule="auto"/>
              <w:rPr>
                <w:rFonts w:hint="eastAsia"/>
              </w:rPr>
            </w:pPr>
            <w:proofErr w:type="spellStart"/>
            <w:r>
              <w:rPr>
                <w:sz w:val="14"/>
              </w:rPr>
              <w:t>Elektrikal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shd w:val="clear" w:color="auto" w:fill="F0F6FC"/>
            <w:tcMar>
              <w:top w:w="75" w:type="dxa"/>
              <w:left w:w="85" w:type="dxa"/>
              <w:bottom w:w="70" w:type="dxa"/>
              <w:right w:w="85" w:type="dxa"/>
            </w:tcMar>
            <w:vAlign w:val="center"/>
          </w:tcPr>
          <w:p w14:paraId="7518B6BD"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shd w:val="clear" w:color="auto" w:fill="F0F6FC"/>
            <w:tcMar>
              <w:top w:w="75" w:type="dxa"/>
              <w:left w:w="85" w:type="dxa"/>
              <w:bottom w:w="70" w:type="dxa"/>
              <w:right w:w="85" w:type="dxa"/>
            </w:tcMar>
            <w:vAlign w:val="center"/>
          </w:tcPr>
          <w:p w14:paraId="50275836" w14:textId="77777777" w:rsidR="003D05DA" w:rsidRDefault="003D05DA" w:rsidP="00426D0A">
            <w:pPr>
              <w:spacing w:after="0" w:line="259" w:lineRule="auto"/>
              <w:rPr>
                <w:rFonts w:hint="eastAsia"/>
              </w:rPr>
            </w:pPr>
            <w:r>
              <w:rPr>
                <w:sz w:val="14"/>
              </w:rPr>
              <w:t xml:space="preserve">Hilman Hamid / Ir. </w:t>
            </w:r>
            <w:proofErr w:type="spellStart"/>
            <w:r>
              <w:rPr>
                <w:sz w:val="14"/>
              </w:rPr>
              <w:t>Sutowo</w:t>
            </w:r>
            <w:proofErr w:type="spellEnd"/>
          </w:p>
        </w:tc>
      </w:tr>
      <w:tr w:rsidR="003D05DA" w14:paraId="2D5330D3" w14:textId="77777777" w:rsidTr="00426D0A">
        <w:trPr>
          <w:cantSplit/>
          <w:jc w:val="center"/>
        </w:trPr>
        <w:tc>
          <w:tcPr>
            <w:tcW w:w="1600" w:type="dxa"/>
            <w:tcMar>
              <w:top w:w="75" w:type="dxa"/>
              <w:left w:w="85" w:type="dxa"/>
              <w:bottom w:w="70" w:type="dxa"/>
              <w:right w:w="85" w:type="dxa"/>
            </w:tcMar>
            <w:vAlign w:val="center"/>
          </w:tcPr>
          <w:p w14:paraId="3089FD1C" w14:textId="77777777" w:rsidR="003D05DA" w:rsidRDefault="003D05DA" w:rsidP="00426D0A">
            <w:pPr>
              <w:spacing w:after="0" w:line="259" w:lineRule="auto"/>
              <w:rPr>
                <w:rFonts w:hint="eastAsia"/>
              </w:rPr>
            </w:pPr>
            <w:r>
              <w:rPr>
                <w:b/>
                <w:color w:val="135DB4"/>
                <w:sz w:val="14"/>
              </w:rPr>
              <w:t>A.11.11</w:t>
            </w:r>
          </w:p>
        </w:tc>
        <w:tc>
          <w:tcPr>
            <w:tcW w:w="3719" w:type="dxa"/>
            <w:tcMar>
              <w:top w:w="75" w:type="dxa"/>
              <w:left w:w="85" w:type="dxa"/>
              <w:bottom w:w="70" w:type="dxa"/>
              <w:right w:w="85" w:type="dxa"/>
            </w:tcMar>
            <w:vAlign w:val="center"/>
          </w:tcPr>
          <w:p w14:paraId="38BFD8FD" w14:textId="77777777" w:rsidR="003D05DA" w:rsidRDefault="003D05DA" w:rsidP="00426D0A">
            <w:pPr>
              <w:spacing w:after="0" w:line="259" w:lineRule="auto"/>
              <w:rPr>
                <w:rFonts w:hint="eastAsia"/>
              </w:rPr>
            </w:pPr>
            <w:proofErr w:type="spellStart"/>
            <w:r>
              <w:rPr>
                <w:sz w:val="14"/>
              </w:rPr>
              <w:t>Mekanikal</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32F43621"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5DCD701F" w14:textId="77777777" w:rsidR="003D05DA" w:rsidRDefault="003D05DA" w:rsidP="00426D0A">
            <w:pPr>
              <w:spacing w:after="0" w:line="259" w:lineRule="auto"/>
              <w:rPr>
                <w:rFonts w:hint="eastAsia"/>
              </w:rPr>
            </w:pPr>
            <w:r>
              <w:rPr>
                <w:sz w:val="14"/>
              </w:rPr>
              <w:t xml:space="preserve">Dipl.-Ing. Yusuf / Dr. </w:t>
            </w:r>
            <w:proofErr w:type="spellStart"/>
            <w:r>
              <w:rPr>
                <w:sz w:val="14"/>
              </w:rPr>
              <w:t>Budiarjo</w:t>
            </w:r>
            <w:proofErr w:type="spellEnd"/>
          </w:p>
        </w:tc>
      </w:tr>
      <w:tr w:rsidR="003D05DA" w14:paraId="08D1AAED" w14:textId="77777777" w:rsidTr="00426D0A">
        <w:trPr>
          <w:cantSplit/>
          <w:jc w:val="center"/>
        </w:trPr>
        <w:tc>
          <w:tcPr>
            <w:tcW w:w="1600" w:type="dxa"/>
            <w:shd w:val="clear" w:color="auto" w:fill="F0F6FC"/>
            <w:tcMar>
              <w:top w:w="75" w:type="dxa"/>
              <w:left w:w="85" w:type="dxa"/>
              <w:bottom w:w="70" w:type="dxa"/>
              <w:right w:w="85" w:type="dxa"/>
            </w:tcMar>
            <w:vAlign w:val="center"/>
          </w:tcPr>
          <w:p w14:paraId="6B84E724" w14:textId="77777777" w:rsidR="003D05DA" w:rsidRDefault="003D05DA" w:rsidP="00426D0A">
            <w:pPr>
              <w:spacing w:after="0" w:line="259" w:lineRule="auto"/>
              <w:rPr>
                <w:rFonts w:hint="eastAsia"/>
              </w:rPr>
            </w:pPr>
            <w:r>
              <w:rPr>
                <w:b/>
                <w:color w:val="135DB4"/>
                <w:sz w:val="14"/>
              </w:rPr>
              <w:t>A.11.12</w:t>
            </w:r>
          </w:p>
        </w:tc>
        <w:tc>
          <w:tcPr>
            <w:tcW w:w="3719" w:type="dxa"/>
            <w:shd w:val="clear" w:color="auto" w:fill="F0F6FC"/>
            <w:tcMar>
              <w:top w:w="75" w:type="dxa"/>
              <w:left w:w="85" w:type="dxa"/>
              <w:bottom w:w="70" w:type="dxa"/>
              <w:right w:w="85" w:type="dxa"/>
            </w:tcMar>
            <w:vAlign w:val="center"/>
          </w:tcPr>
          <w:p w14:paraId="64A43DC5"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159" w:type="dxa"/>
            <w:shd w:val="clear" w:color="auto" w:fill="F0F6FC"/>
            <w:tcMar>
              <w:top w:w="75" w:type="dxa"/>
              <w:left w:w="85" w:type="dxa"/>
              <w:bottom w:w="70" w:type="dxa"/>
              <w:right w:w="85" w:type="dxa"/>
            </w:tcMar>
            <w:vAlign w:val="center"/>
          </w:tcPr>
          <w:p w14:paraId="0BE2ABC6" w14:textId="77777777" w:rsidR="003D05DA" w:rsidRDefault="003D05DA" w:rsidP="00426D0A">
            <w:pPr>
              <w:spacing w:after="0" w:line="259" w:lineRule="auto"/>
              <w:rPr>
                <w:rFonts w:hint="eastAsia"/>
              </w:rPr>
            </w:pPr>
            <w:r>
              <w:rPr>
                <w:sz w:val="14"/>
              </w:rPr>
              <w:t>IT / SIMRS / digital</w:t>
            </w:r>
          </w:p>
        </w:tc>
        <w:tc>
          <w:tcPr>
            <w:tcW w:w="2699" w:type="dxa"/>
            <w:shd w:val="clear" w:color="auto" w:fill="F0F6FC"/>
            <w:tcMar>
              <w:top w:w="75" w:type="dxa"/>
              <w:left w:w="85" w:type="dxa"/>
              <w:bottom w:w="70" w:type="dxa"/>
              <w:right w:w="85" w:type="dxa"/>
            </w:tcMar>
            <w:vAlign w:val="center"/>
          </w:tcPr>
          <w:p w14:paraId="11E4926A"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6ACAB388" w14:textId="77777777" w:rsidTr="00426D0A">
        <w:trPr>
          <w:cantSplit/>
          <w:jc w:val="center"/>
        </w:trPr>
        <w:tc>
          <w:tcPr>
            <w:tcW w:w="1600" w:type="dxa"/>
            <w:tcMar>
              <w:top w:w="75" w:type="dxa"/>
              <w:left w:w="85" w:type="dxa"/>
              <w:bottom w:w="70" w:type="dxa"/>
              <w:right w:w="85" w:type="dxa"/>
            </w:tcMar>
            <w:vAlign w:val="center"/>
          </w:tcPr>
          <w:p w14:paraId="6E970556" w14:textId="77777777" w:rsidR="003D05DA" w:rsidRDefault="003D05DA" w:rsidP="00426D0A">
            <w:pPr>
              <w:spacing w:after="0" w:line="259" w:lineRule="auto"/>
              <w:rPr>
                <w:rFonts w:hint="eastAsia"/>
              </w:rPr>
            </w:pPr>
            <w:r>
              <w:rPr>
                <w:b/>
                <w:color w:val="135DB4"/>
                <w:sz w:val="14"/>
              </w:rPr>
              <w:t>A.11.13</w:t>
            </w:r>
          </w:p>
        </w:tc>
        <w:tc>
          <w:tcPr>
            <w:tcW w:w="3719" w:type="dxa"/>
            <w:tcMar>
              <w:top w:w="75" w:type="dxa"/>
              <w:left w:w="85" w:type="dxa"/>
              <w:bottom w:w="70" w:type="dxa"/>
              <w:right w:w="85" w:type="dxa"/>
            </w:tcMar>
            <w:vAlign w:val="center"/>
          </w:tcPr>
          <w:p w14:paraId="32B499C5" w14:textId="77777777" w:rsidR="003D05DA" w:rsidRDefault="003D05DA" w:rsidP="00426D0A">
            <w:pPr>
              <w:spacing w:after="0" w:line="259" w:lineRule="auto"/>
              <w:rPr>
                <w:rFonts w:hint="eastAsia"/>
              </w:rPr>
            </w:pPr>
            <w:proofErr w:type="spellStart"/>
            <w:r>
              <w:rPr>
                <w:sz w:val="14"/>
              </w:rPr>
              <w:t>Ekologi</w:t>
            </w:r>
            <w:proofErr w:type="spellEnd"/>
            <w:r>
              <w:rPr>
                <w:sz w:val="14"/>
              </w:rPr>
              <w:t xml:space="preserve"> </w:t>
            </w:r>
            <w:proofErr w:type="spellStart"/>
            <w:r>
              <w:rPr>
                <w:sz w:val="14"/>
              </w:rPr>
              <w:t>rumah</w:t>
            </w:r>
            <w:proofErr w:type="spellEnd"/>
            <w:r>
              <w:rPr>
                <w:sz w:val="14"/>
              </w:rPr>
              <w:t xml:space="preserve"> </w:t>
            </w:r>
            <w:proofErr w:type="spellStart"/>
            <w:r>
              <w:rPr>
                <w:sz w:val="14"/>
              </w:rPr>
              <w:t>sakit</w:t>
            </w:r>
            <w:proofErr w:type="spellEnd"/>
          </w:p>
        </w:tc>
        <w:tc>
          <w:tcPr>
            <w:tcW w:w="2159" w:type="dxa"/>
            <w:tcMar>
              <w:top w:w="75" w:type="dxa"/>
              <w:left w:w="85" w:type="dxa"/>
              <w:bottom w:w="70" w:type="dxa"/>
              <w:right w:w="85" w:type="dxa"/>
            </w:tcMar>
            <w:vAlign w:val="center"/>
          </w:tcPr>
          <w:p w14:paraId="557BF93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99" w:type="dxa"/>
            <w:tcMar>
              <w:top w:w="75" w:type="dxa"/>
              <w:left w:w="85" w:type="dxa"/>
              <w:bottom w:w="70" w:type="dxa"/>
              <w:right w:w="85" w:type="dxa"/>
            </w:tcMar>
            <w:vAlign w:val="center"/>
          </w:tcPr>
          <w:p w14:paraId="1014032E" w14:textId="77777777" w:rsidR="003D05DA" w:rsidRDefault="003D05DA" w:rsidP="00426D0A">
            <w:pPr>
              <w:spacing w:after="0" w:line="259" w:lineRule="auto"/>
              <w:rPr>
                <w:rFonts w:hint="eastAsia"/>
              </w:rPr>
            </w:pPr>
            <w:r>
              <w:rPr>
                <w:sz w:val="14"/>
              </w:rPr>
              <w:t>Ir. Nasir / Hani</w:t>
            </w:r>
          </w:p>
        </w:tc>
      </w:tr>
      <w:tr w:rsidR="003D05DA" w14:paraId="2BBBD6C7" w14:textId="77777777" w:rsidTr="00426D0A">
        <w:trPr>
          <w:cantSplit/>
          <w:jc w:val="center"/>
        </w:trPr>
        <w:tc>
          <w:tcPr>
            <w:tcW w:w="1600" w:type="dxa"/>
            <w:shd w:val="clear" w:color="auto" w:fill="F0F6FC"/>
            <w:tcMar>
              <w:top w:w="75" w:type="dxa"/>
              <w:left w:w="85" w:type="dxa"/>
              <w:bottom w:w="70" w:type="dxa"/>
              <w:right w:w="85" w:type="dxa"/>
            </w:tcMar>
            <w:vAlign w:val="center"/>
          </w:tcPr>
          <w:p w14:paraId="7D564E9B" w14:textId="77777777" w:rsidR="003D05DA" w:rsidRDefault="003D05DA" w:rsidP="00426D0A">
            <w:pPr>
              <w:spacing w:after="0" w:line="259" w:lineRule="auto"/>
              <w:rPr>
                <w:rFonts w:hint="eastAsia"/>
              </w:rPr>
            </w:pPr>
            <w:r>
              <w:rPr>
                <w:b/>
                <w:color w:val="135DB4"/>
                <w:sz w:val="14"/>
              </w:rPr>
              <w:t>A.11.14</w:t>
            </w:r>
          </w:p>
        </w:tc>
        <w:tc>
          <w:tcPr>
            <w:tcW w:w="3719" w:type="dxa"/>
            <w:shd w:val="clear" w:color="auto" w:fill="F0F6FC"/>
            <w:tcMar>
              <w:top w:w="75" w:type="dxa"/>
              <w:left w:w="85" w:type="dxa"/>
              <w:bottom w:w="70" w:type="dxa"/>
              <w:right w:w="85" w:type="dxa"/>
            </w:tcMar>
            <w:vAlign w:val="center"/>
          </w:tcPr>
          <w:p w14:paraId="73128738" w14:textId="77777777" w:rsidR="003D05DA" w:rsidRDefault="003D05DA" w:rsidP="00426D0A">
            <w:pPr>
              <w:spacing w:after="0" w:line="259" w:lineRule="auto"/>
              <w:rPr>
                <w:rFonts w:hint="eastAsia"/>
              </w:rPr>
            </w:pPr>
            <w:r>
              <w:rPr>
                <w:sz w:val="14"/>
              </w:rPr>
              <w:t xml:space="preserve">Alat </w:t>
            </w:r>
            <w:proofErr w:type="spellStart"/>
            <w:r>
              <w:rPr>
                <w:sz w:val="14"/>
              </w:rPr>
              <w:t>kesehatan</w:t>
            </w:r>
            <w:proofErr w:type="spellEnd"/>
          </w:p>
        </w:tc>
        <w:tc>
          <w:tcPr>
            <w:tcW w:w="2159" w:type="dxa"/>
            <w:shd w:val="clear" w:color="auto" w:fill="F0F6FC"/>
            <w:tcMar>
              <w:top w:w="75" w:type="dxa"/>
              <w:left w:w="85" w:type="dxa"/>
              <w:bottom w:w="70" w:type="dxa"/>
              <w:right w:w="85" w:type="dxa"/>
            </w:tcMar>
            <w:vAlign w:val="center"/>
          </w:tcPr>
          <w:p w14:paraId="28DA5360" w14:textId="77777777" w:rsidR="003D05DA" w:rsidRDefault="003D05DA" w:rsidP="00426D0A">
            <w:pPr>
              <w:spacing w:after="0" w:line="259" w:lineRule="auto"/>
              <w:rPr>
                <w:rFonts w:hint="eastAsia"/>
              </w:rPr>
            </w:pPr>
            <w:proofErr w:type="spellStart"/>
            <w:r>
              <w:rPr>
                <w:sz w:val="14"/>
              </w:rPr>
              <w:t>Elektromedis</w:t>
            </w:r>
            <w:proofErr w:type="spellEnd"/>
            <w:r>
              <w:rPr>
                <w:sz w:val="14"/>
              </w:rPr>
              <w:t xml:space="preserve"> / </w:t>
            </w:r>
            <w:proofErr w:type="spellStart"/>
            <w:r>
              <w:rPr>
                <w:sz w:val="14"/>
              </w:rPr>
              <w:t>alkes</w:t>
            </w:r>
            <w:proofErr w:type="spellEnd"/>
          </w:p>
        </w:tc>
        <w:tc>
          <w:tcPr>
            <w:tcW w:w="2699" w:type="dxa"/>
            <w:shd w:val="clear" w:color="auto" w:fill="F0F6FC"/>
            <w:tcMar>
              <w:top w:w="75" w:type="dxa"/>
              <w:left w:w="85" w:type="dxa"/>
              <w:bottom w:w="70" w:type="dxa"/>
              <w:right w:w="85" w:type="dxa"/>
            </w:tcMar>
            <w:vAlign w:val="center"/>
          </w:tcPr>
          <w:p w14:paraId="5ABD503B" w14:textId="77777777" w:rsidR="003D05DA" w:rsidRDefault="003D05DA" w:rsidP="00426D0A">
            <w:pPr>
              <w:spacing w:after="0" w:line="259" w:lineRule="auto"/>
              <w:rPr>
                <w:rFonts w:hint="eastAsia"/>
              </w:rPr>
            </w:pPr>
            <w:r>
              <w:rPr>
                <w:sz w:val="14"/>
              </w:rPr>
              <w:t>Ir. Suparjo / Rino</w:t>
            </w:r>
          </w:p>
        </w:tc>
      </w:tr>
    </w:tbl>
    <w:p w14:paraId="602B66FC" w14:textId="77777777" w:rsidR="003D05DA" w:rsidRDefault="003D05DA" w:rsidP="003D05DA">
      <w:pPr>
        <w:spacing w:after="0"/>
        <w:rPr>
          <w:rFonts w:hint="eastAsia"/>
        </w:rPr>
      </w:pPr>
    </w:p>
    <w:p w14:paraId="7C1AB174" w14:textId="77777777" w:rsidR="003D05DA" w:rsidRDefault="003D05DA" w:rsidP="003D05DA">
      <w:pPr>
        <w:spacing w:after="240"/>
        <w:rPr>
          <w:rFonts w:hint="eastAsia"/>
        </w:rPr>
      </w:pPr>
    </w:p>
    <w:p w14:paraId="27169C2A" w14:textId="77777777" w:rsidR="003D05DA" w:rsidRDefault="003D05DA" w:rsidP="003D05DA">
      <w:pPr>
        <w:pStyle w:val="BodySmall"/>
        <w:rPr>
          <w:rFonts w:hint="eastAsia"/>
        </w:rPr>
      </w:pPr>
      <w:proofErr w:type="spellStart"/>
      <w:r>
        <w:rPr>
          <w:b/>
        </w:rPr>
        <w:t>Luaran</w:t>
      </w:r>
      <w:proofErr w:type="spellEnd"/>
      <w:r>
        <w:rPr>
          <w:b/>
        </w:rPr>
        <w:t xml:space="preserve"> yang </w:t>
      </w:r>
      <w:proofErr w:type="spellStart"/>
      <w:r>
        <w:rPr>
          <w:b/>
        </w:rPr>
        <w:t>dapat</w:t>
      </w:r>
      <w:proofErr w:type="spellEnd"/>
      <w:r>
        <w:rPr>
          <w:b/>
        </w:rPr>
        <w:t xml:space="preserve"> </w:t>
      </w:r>
      <w:proofErr w:type="spellStart"/>
      <w:r>
        <w:rPr>
          <w:b/>
        </w:rPr>
        <w:t>dikembangkan</w:t>
      </w:r>
      <w:proofErr w:type="spellEnd"/>
      <w:r>
        <w:rPr>
          <w:b/>
        </w:rPr>
        <w:t>:</w:t>
      </w:r>
      <w:r>
        <w:t xml:space="preserve"> </w:t>
      </w:r>
      <w:proofErr w:type="spellStart"/>
      <w:r>
        <w:t>matriks</w:t>
      </w:r>
      <w:proofErr w:type="spellEnd"/>
      <w:r>
        <w:t xml:space="preserve"> </w:t>
      </w:r>
      <w:proofErr w:type="spellStart"/>
      <w:r>
        <w:t>kebutuhan</w:t>
      </w:r>
      <w:proofErr w:type="spellEnd"/>
      <w:r>
        <w:t xml:space="preserve"> dan </w:t>
      </w:r>
      <w:proofErr w:type="spellStart"/>
      <w:r>
        <w:t>prioritas</w:t>
      </w:r>
      <w:proofErr w:type="spellEnd"/>
      <w:r>
        <w:t xml:space="preserve"> </w:t>
      </w:r>
      <w:proofErr w:type="spellStart"/>
      <w:r>
        <w:t>sertifikasi</w:t>
      </w:r>
      <w:proofErr w:type="spellEnd"/>
      <w:r>
        <w:t xml:space="preserve">, </w:t>
      </w:r>
      <w:proofErr w:type="spellStart"/>
      <w:r>
        <w:t>temuan</w:t>
      </w:r>
      <w:proofErr w:type="spellEnd"/>
      <w:r>
        <w:t xml:space="preserve"> </w:t>
      </w:r>
      <w:proofErr w:type="spellStart"/>
      <w:r>
        <w:t>risiko</w:t>
      </w:r>
      <w:proofErr w:type="spellEnd"/>
      <w:r>
        <w:t xml:space="preserve">, </w:t>
      </w:r>
      <w:proofErr w:type="spellStart"/>
      <w:r>
        <w:t>rekomendasi</w:t>
      </w:r>
      <w:proofErr w:type="spellEnd"/>
      <w:r>
        <w:t xml:space="preserve"> </w:t>
      </w:r>
      <w:proofErr w:type="spellStart"/>
      <w:r>
        <w:t>teknis</w:t>
      </w:r>
      <w:proofErr w:type="spellEnd"/>
      <w:r>
        <w:t xml:space="preserve">, </w:t>
      </w:r>
      <w:proofErr w:type="spellStart"/>
      <w:r>
        <w:t>serta</w:t>
      </w:r>
      <w:proofErr w:type="spellEnd"/>
      <w:r>
        <w:t xml:space="preserve"> </w:t>
      </w:r>
      <w:proofErr w:type="spellStart"/>
      <w:r>
        <w:t>rencana</w:t>
      </w:r>
      <w:proofErr w:type="spellEnd"/>
      <w:r>
        <w:t xml:space="preserve"> </w:t>
      </w:r>
      <w:proofErr w:type="spellStart"/>
      <w:r>
        <w:t>tindak</w:t>
      </w:r>
      <w:proofErr w:type="spellEnd"/>
      <w:r>
        <w:t xml:space="preserve"> </w:t>
      </w:r>
      <w:proofErr w:type="spellStart"/>
      <w:r>
        <w:t>lanjut</w:t>
      </w:r>
      <w:proofErr w:type="spellEnd"/>
      <w:r>
        <w:t xml:space="preserve"> </w:t>
      </w:r>
      <w:proofErr w:type="spellStart"/>
      <w:r>
        <w:t>sesuai</w:t>
      </w:r>
      <w:proofErr w:type="spellEnd"/>
      <w:r>
        <w:t xml:space="preserve"> </w:t>
      </w:r>
      <w:proofErr w:type="spellStart"/>
      <w:r>
        <w:t>karakteristik</w:t>
      </w:r>
      <w:proofErr w:type="spellEnd"/>
      <w:r>
        <w:t xml:space="preserve"> </w:t>
      </w:r>
      <w:proofErr w:type="spellStart"/>
      <w:r>
        <w:t>objek</w:t>
      </w:r>
      <w:proofErr w:type="spellEnd"/>
      <w:r>
        <w:t>.</w:t>
      </w:r>
    </w:p>
    <w:p w14:paraId="2971B5D3" w14:textId="77777777" w:rsidR="003D05DA" w:rsidRPr="003D05DA" w:rsidRDefault="003D05DA" w:rsidP="003D05DA">
      <w:pPr>
        <w:pStyle w:val="NoteText"/>
        <w:rPr>
          <w:rFonts w:hint="eastAsia"/>
          <w:lang w:val="it-IT"/>
        </w:rPr>
      </w:pPr>
      <w:r w:rsidRPr="003D05DA">
        <w:rPr>
          <w:lang w:val="it-IT"/>
        </w:rPr>
        <w:t>Kegiatan Sertifikasi mencakup persiapan dan pendampingan dokumen/kompetensi. Uji dan penerbitan sertifikat resmi, bila diperlukan, dilaksanakan oleh lembaga yang berwenang sesuai skema dan ketentuan berlaku.</w:t>
      </w:r>
    </w:p>
    <w:p w14:paraId="0A592CD5" w14:textId="77777777" w:rsidR="003D05DA" w:rsidRPr="003D05DA" w:rsidRDefault="003D05DA" w:rsidP="003D05DA">
      <w:pPr>
        <w:rPr>
          <w:rFonts w:hint="eastAsia"/>
          <w:lang w:val="it-IT"/>
        </w:rPr>
      </w:pPr>
      <w:r w:rsidRPr="003D05DA">
        <w:rPr>
          <w:lang w:val="it-IT"/>
        </w:rPr>
        <w:br w:type="page"/>
      </w:r>
    </w:p>
    <w:p w14:paraId="1A199E4E" w14:textId="77777777" w:rsidR="003D05DA" w:rsidRDefault="003D05DA" w:rsidP="003D05DA">
      <w:pPr>
        <w:pStyle w:val="SectionTag"/>
        <w:rPr>
          <w:rFonts w:hint="eastAsia"/>
        </w:rPr>
      </w:pPr>
      <w:r>
        <w:rPr>
          <w:b w:val="0"/>
        </w:rPr>
        <w:lastRenderedPageBreak/>
        <w:t>9 / KATALOG B - SMART HOSPITAL</w:t>
      </w:r>
    </w:p>
    <w:p w14:paraId="63DACF48" w14:textId="77777777" w:rsidR="003D05DA" w:rsidRDefault="003D05DA" w:rsidP="003D05DA">
      <w:pPr>
        <w:pStyle w:val="MainTitle"/>
        <w:rPr>
          <w:rFonts w:hint="eastAsia"/>
        </w:rPr>
      </w:pPr>
      <w:r>
        <w:rPr>
          <w:b w:val="0"/>
        </w:rPr>
        <w:t>B.01-B.02 | Smart Hospital</w:t>
      </w:r>
    </w:p>
    <w:p w14:paraId="5C4ED8CB"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57DFC334" w14:textId="77777777" w:rsidR="003D05DA" w:rsidRDefault="003D05DA" w:rsidP="003D05DA">
      <w:pPr>
        <w:pStyle w:val="SectionTitle"/>
        <w:rPr>
          <w:rFonts w:hint="eastAsia"/>
        </w:rPr>
      </w:pPr>
      <w:r>
        <w:rPr>
          <w:b w:val="0"/>
        </w:rPr>
        <w:t xml:space="preserve">B.01 </w:t>
      </w:r>
      <w:proofErr w:type="spellStart"/>
      <w:r>
        <w:rPr>
          <w:b w:val="0"/>
        </w:rPr>
        <w:t>Perencanaan</w:t>
      </w:r>
      <w:proofErr w:type="spellEnd"/>
    </w:p>
    <w:p w14:paraId="3E508B77"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Analisis</w:t>
      </w:r>
      <w:proofErr w:type="spellEnd"/>
      <w:r>
        <w:t xml:space="preserve"> </w:t>
      </w:r>
      <w:proofErr w:type="spellStart"/>
      <w:r>
        <w:t>kebutuhan</w:t>
      </w:r>
      <w:proofErr w:type="spellEnd"/>
      <w:r>
        <w:t xml:space="preserve">, FS/MP, </w:t>
      </w:r>
      <w:proofErr w:type="spellStart"/>
      <w:r>
        <w:t>kebutuhan</w:t>
      </w:r>
      <w:proofErr w:type="spellEnd"/>
      <w:r>
        <w:t xml:space="preserve"> </w:t>
      </w:r>
      <w:proofErr w:type="spellStart"/>
      <w:r>
        <w:t>layanan</w:t>
      </w:r>
      <w:proofErr w:type="spellEnd"/>
      <w:r>
        <w:t xml:space="preserve"> dan </w:t>
      </w:r>
      <w:proofErr w:type="spellStart"/>
      <w:r>
        <w:t>prioritas</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20B8B77B"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33032B73"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1BA69EBD"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622488D5"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2EA23ADB"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1D3F8ED4" w14:textId="77777777" w:rsidTr="00426D0A">
        <w:trPr>
          <w:cantSplit/>
          <w:jc w:val="center"/>
        </w:trPr>
        <w:tc>
          <w:tcPr>
            <w:tcW w:w="1540" w:type="dxa"/>
            <w:tcMar>
              <w:top w:w="75" w:type="dxa"/>
              <w:left w:w="85" w:type="dxa"/>
              <w:bottom w:w="70" w:type="dxa"/>
              <w:right w:w="85" w:type="dxa"/>
            </w:tcMar>
            <w:vAlign w:val="center"/>
          </w:tcPr>
          <w:p w14:paraId="6963ADF1" w14:textId="77777777" w:rsidR="003D05DA" w:rsidRDefault="003D05DA" w:rsidP="00426D0A">
            <w:pPr>
              <w:spacing w:after="0" w:line="259" w:lineRule="auto"/>
              <w:rPr>
                <w:rFonts w:hint="eastAsia"/>
              </w:rPr>
            </w:pPr>
            <w:r>
              <w:rPr>
                <w:b/>
                <w:color w:val="135DB4"/>
                <w:sz w:val="14"/>
              </w:rPr>
              <w:t>B.01.02</w:t>
            </w:r>
          </w:p>
        </w:tc>
        <w:tc>
          <w:tcPr>
            <w:tcW w:w="3699" w:type="dxa"/>
            <w:tcMar>
              <w:top w:w="75" w:type="dxa"/>
              <w:left w:w="85" w:type="dxa"/>
              <w:bottom w:w="70" w:type="dxa"/>
              <w:right w:w="85" w:type="dxa"/>
            </w:tcMar>
            <w:vAlign w:val="center"/>
          </w:tcPr>
          <w:p w14:paraId="3014E299"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2C45DE93"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0F7882D3"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69E8542F" w14:textId="77777777" w:rsidTr="00426D0A">
        <w:trPr>
          <w:cantSplit/>
          <w:jc w:val="center"/>
        </w:trPr>
        <w:tc>
          <w:tcPr>
            <w:tcW w:w="1540" w:type="dxa"/>
            <w:shd w:val="clear" w:color="auto" w:fill="F0F6FC"/>
            <w:tcMar>
              <w:top w:w="75" w:type="dxa"/>
              <w:left w:w="85" w:type="dxa"/>
              <w:bottom w:w="70" w:type="dxa"/>
              <w:right w:w="85" w:type="dxa"/>
            </w:tcMar>
            <w:vAlign w:val="center"/>
          </w:tcPr>
          <w:p w14:paraId="2A571B02" w14:textId="77777777" w:rsidR="003D05DA" w:rsidRDefault="003D05DA" w:rsidP="00426D0A">
            <w:pPr>
              <w:spacing w:after="0" w:line="259" w:lineRule="auto"/>
              <w:rPr>
                <w:rFonts w:hint="eastAsia"/>
              </w:rPr>
            </w:pPr>
            <w:r>
              <w:rPr>
                <w:b/>
                <w:color w:val="135DB4"/>
                <w:sz w:val="14"/>
              </w:rPr>
              <w:t>B.01.15</w:t>
            </w:r>
          </w:p>
        </w:tc>
        <w:tc>
          <w:tcPr>
            <w:tcW w:w="3699" w:type="dxa"/>
            <w:shd w:val="clear" w:color="auto" w:fill="F0F6FC"/>
            <w:tcMar>
              <w:top w:w="75" w:type="dxa"/>
              <w:left w:w="85" w:type="dxa"/>
              <w:bottom w:w="70" w:type="dxa"/>
              <w:right w:w="85" w:type="dxa"/>
            </w:tcMar>
            <w:vAlign w:val="center"/>
          </w:tcPr>
          <w:p w14:paraId="6AB3D3D8"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0FD3078C"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2DD545ED"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7B879B97" w14:textId="77777777" w:rsidTr="00426D0A">
        <w:trPr>
          <w:cantSplit/>
          <w:jc w:val="center"/>
        </w:trPr>
        <w:tc>
          <w:tcPr>
            <w:tcW w:w="1540" w:type="dxa"/>
            <w:tcMar>
              <w:top w:w="75" w:type="dxa"/>
              <w:left w:w="85" w:type="dxa"/>
              <w:bottom w:w="70" w:type="dxa"/>
              <w:right w:w="85" w:type="dxa"/>
            </w:tcMar>
            <w:vAlign w:val="center"/>
          </w:tcPr>
          <w:p w14:paraId="10F28D08" w14:textId="77777777" w:rsidR="003D05DA" w:rsidRDefault="003D05DA" w:rsidP="00426D0A">
            <w:pPr>
              <w:spacing w:after="0" w:line="259" w:lineRule="auto"/>
              <w:rPr>
                <w:rFonts w:hint="eastAsia"/>
              </w:rPr>
            </w:pPr>
            <w:r>
              <w:rPr>
                <w:b/>
                <w:color w:val="135DB4"/>
                <w:sz w:val="14"/>
              </w:rPr>
              <w:t>B.01.12</w:t>
            </w:r>
          </w:p>
        </w:tc>
        <w:tc>
          <w:tcPr>
            <w:tcW w:w="3699" w:type="dxa"/>
            <w:tcMar>
              <w:top w:w="75" w:type="dxa"/>
              <w:left w:w="85" w:type="dxa"/>
              <w:bottom w:w="70" w:type="dxa"/>
              <w:right w:w="85" w:type="dxa"/>
            </w:tcMar>
            <w:vAlign w:val="center"/>
          </w:tcPr>
          <w:p w14:paraId="44192C58"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14C70DE7"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336D19E8"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32313BD3" w14:textId="77777777" w:rsidTr="00426D0A">
        <w:trPr>
          <w:cantSplit/>
          <w:jc w:val="center"/>
        </w:trPr>
        <w:tc>
          <w:tcPr>
            <w:tcW w:w="1540" w:type="dxa"/>
            <w:shd w:val="clear" w:color="auto" w:fill="F0F6FC"/>
            <w:tcMar>
              <w:top w:w="75" w:type="dxa"/>
              <w:left w:w="85" w:type="dxa"/>
              <w:bottom w:w="70" w:type="dxa"/>
              <w:right w:w="85" w:type="dxa"/>
            </w:tcMar>
            <w:vAlign w:val="center"/>
          </w:tcPr>
          <w:p w14:paraId="1C68E68B" w14:textId="77777777" w:rsidR="003D05DA" w:rsidRDefault="003D05DA" w:rsidP="00426D0A">
            <w:pPr>
              <w:spacing w:after="0" w:line="259" w:lineRule="auto"/>
              <w:rPr>
                <w:rFonts w:hint="eastAsia"/>
              </w:rPr>
            </w:pPr>
            <w:r>
              <w:rPr>
                <w:b/>
                <w:color w:val="135DB4"/>
                <w:sz w:val="14"/>
              </w:rPr>
              <w:t>B.01.16</w:t>
            </w:r>
          </w:p>
        </w:tc>
        <w:tc>
          <w:tcPr>
            <w:tcW w:w="3699" w:type="dxa"/>
            <w:shd w:val="clear" w:color="auto" w:fill="F0F6FC"/>
            <w:tcMar>
              <w:top w:w="75" w:type="dxa"/>
              <w:left w:w="85" w:type="dxa"/>
              <w:bottom w:w="70" w:type="dxa"/>
              <w:right w:w="85" w:type="dxa"/>
            </w:tcMar>
            <w:vAlign w:val="center"/>
          </w:tcPr>
          <w:p w14:paraId="7F61318B"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4EB6938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4D46DA4B"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3AE883EF" w14:textId="77777777" w:rsidTr="00426D0A">
        <w:trPr>
          <w:cantSplit/>
          <w:jc w:val="center"/>
        </w:trPr>
        <w:tc>
          <w:tcPr>
            <w:tcW w:w="1540" w:type="dxa"/>
            <w:tcMar>
              <w:top w:w="75" w:type="dxa"/>
              <w:left w:w="85" w:type="dxa"/>
              <w:bottom w:w="70" w:type="dxa"/>
              <w:right w:w="85" w:type="dxa"/>
            </w:tcMar>
            <w:vAlign w:val="center"/>
          </w:tcPr>
          <w:p w14:paraId="25D0D98E" w14:textId="77777777" w:rsidR="003D05DA" w:rsidRDefault="003D05DA" w:rsidP="00426D0A">
            <w:pPr>
              <w:spacing w:after="0" w:line="259" w:lineRule="auto"/>
              <w:rPr>
                <w:rFonts w:hint="eastAsia"/>
              </w:rPr>
            </w:pPr>
            <w:r>
              <w:rPr>
                <w:b/>
                <w:color w:val="135DB4"/>
                <w:sz w:val="14"/>
              </w:rPr>
              <w:t>B.01.04</w:t>
            </w:r>
          </w:p>
        </w:tc>
        <w:tc>
          <w:tcPr>
            <w:tcW w:w="3699" w:type="dxa"/>
            <w:tcMar>
              <w:top w:w="75" w:type="dxa"/>
              <w:left w:w="85" w:type="dxa"/>
              <w:bottom w:w="70" w:type="dxa"/>
              <w:right w:w="85" w:type="dxa"/>
            </w:tcMar>
            <w:vAlign w:val="center"/>
          </w:tcPr>
          <w:p w14:paraId="5836F680"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4F9B6524"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1783EB59"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051A300F" w14:textId="77777777" w:rsidR="003D05DA" w:rsidRDefault="003D05DA" w:rsidP="003D05DA">
      <w:pPr>
        <w:spacing w:after="0"/>
        <w:rPr>
          <w:rFonts w:hint="eastAsia"/>
        </w:rPr>
      </w:pPr>
    </w:p>
    <w:p w14:paraId="58B266D2" w14:textId="77777777" w:rsidR="003D05DA" w:rsidRDefault="003D05DA" w:rsidP="003D05DA">
      <w:pPr>
        <w:spacing w:after="180"/>
        <w:rPr>
          <w:rFonts w:hint="eastAsia"/>
        </w:rPr>
      </w:pPr>
    </w:p>
    <w:p w14:paraId="4F1F690B" w14:textId="77777777" w:rsidR="003D05DA" w:rsidRDefault="003D05DA" w:rsidP="003D05DA">
      <w:pPr>
        <w:pStyle w:val="SectionTitle"/>
        <w:rPr>
          <w:rFonts w:hint="eastAsia"/>
        </w:rPr>
      </w:pPr>
      <w:r>
        <w:rPr>
          <w:b w:val="0"/>
        </w:rPr>
        <w:t xml:space="preserve">B.02 </w:t>
      </w:r>
      <w:proofErr w:type="spellStart"/>
      <w:r>
        <w:rPr>
          <w:b w:val="0"/>
        </w:rPr>
        <w:t>Penganggaran</w:t>
      </w:r>
      <w:proofErr w:type="spellEnd"/>
    </w:p>
    <w:p w14:paraId="030DB446" w14:textId="77777777" w:rsidR="003D05DA" w:rsidRDefault="003D05DA" w:rsidP="003D05DA">
      <w:pPr>
        <w:pStyle w:val="NoteText"/>
        <w:rPr>
          <w:rFonts w:hint="eastAsia"/>
        </w:rPr>
      </w:pPr>
      <w:proofErr w:type="spellStart"/>
      <w:r>
        <w:rPr>
          <w:b/>
        </w:rPr>
        <w:t>Subtopik</w:t>
      </w:r>
      <w:proofErr w:type="spellEnd"/>
      <w:r>
        <w:rPr>
          <w:b/>
        </w:rPr>
        <w:t>:</w:t>
      </w:r>
      <w:r>
        <w:t xml:space="preserve"> RBA/RKA, </w:t>
      </w:r>
      <w:proofErr w:type="spellStart"/>
      <w:r>
        <w:t>belanja</w:t>
      </w:r>
      <w:proofErr w:type="spellEnd"/>
      <w:r>
        <w:t xml:space="preserve"> modal, </w:t>
      </w:r>
      <w:proofErr w:type="spellStart"/>
      <w:r>
        <w:t>operasi</w:t>
      </w:r>
      <w:proofErr w:type="spellEnd"/>
      <w:r>
        <w:t xml:space="preserve"> dan </w:t>
      </w:r>
      <w:proofErr w:type="spellStart"/>
      <w:r>
        <w:t>biaya</w:t>
      </w:r>
      <w:proofErr w:type="spellEnd"/>
      <w:r>
        <w:t xml:space="preserve"> </w:t>
      </w:r>
      <w:proofErr w:type="spellStart"/>
      <w:r>
        <w:t>siklus</w:t>
      </w:r>
      <w:proofErr w:type="spellEnd"/>
      <w:r>
        <w:t xml:space="preserve"> </w:t>
      </w:r>
      <w:proofErr w:type="spellStart"/>
      <w:r>
        <w:t>hidup</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16398A49"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3FC99CC6"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34902C61"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1A03448E"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0A69C1B9"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78E10744" w14:textId="77777777" w:rsidTr="00426D0A">
        <w:trPr>
          <w:cantSplit/>
          <w:jc w:val="center"/>
        </w:trPr>
        <w:tc>
          <w:tcPr>
            <w:tcW w:w="1540" w:type="dxa"/>
            <w:tcMar>
              <w:top w:w="75" w:type="dxa"/>
              <w:left w:w="85" w:type="dxa"/>
              <w:bottom w:w="70" w:type="dxa"/>
              <w:right w:w="85" w:type="dxa"/>
            </w:tcMar>
            <w:vAlign w:val="center"/>
          </w:tcPr>
          <w:p w14:paraId="387ACF36" w14:textId="77777777" w:rsidR="003D05DA" w:rsidRDefault="003D05DA" w:rsidP="00426D0A">
            <w:pPr>
              <w:spacing w:after="0" w:line="259" w:lineRule="auto"/>
              <w:rPr>
                <w:rFonts w:hint="eastAsia"/>
              </w:rPr>
            </w:pPr>
            <w:r>
              <w:rPr>
                <w:b/>
                <w:color w:val="135DB4"/>
                <w:sz w:val="14"/>
              </w:rPr>
              <w:t>B.02.02</w:t>
            </w:r>
          </w:p>
        </w:tc>
        <w:tc>
          <w:tcPr>
            <w:tcW w:w="3699" w:type="dxa"/>
            <w:tcMar>
              <w:top w:w="75" w:type="dxa"/>
              <w:left w:w="85" w:type="dxa"/>
              <w:bottom w:w="70" w:type="dxa"/>
              <w:right w:w="85" w:type="dxa"/>
            </w:tcMar>
            <w:vAlign w:val="center"/>
          </w:tcPr>
          <w:p w14:paraId="5A6C2966"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027D25A5"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1619DA86"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0B9958D7" w14:textId="77777777" w:rsidTr="00426D0A">
        <w:trPr>
          <w:cantSplit/>
          <w:jc w:val="center"/>
        </w:trPr>
        <w:tc>
          <w:tcPr>
            <w:tcW w:w="1540" w:type="dxa"/>
            <w:shd w:val="clear" w:color="auto" w:fill="F0F6FC"/>
            <w:tcMar>
              <w:top w:w="75" w:type="dxa"/>
              <w:left w:w="85" w:type="dxa"/>
              <w:bottom w:w="70" w:type="dxa"/>
              <w:right w:w="85" w:type="dxa"/>
            </w:tcMar>
            <w:vAlign w:val="center"/>
          </w:tcPr>
          <w:p w14:paraId="6BE0C292" w14:textId="77777777" w:rsidR="003D05DA" w:rsidRDefault="003D05DA" w:rsidP="00426D0A">
            <w:pPr>
              <w:spacing w:after="0" w:line="259" w:lineRule="auto"/>
              <w:rPr>
                <w:rFonts w:hint="eastAsia"/>
              </w:rPr>
            </w:pPr>
            <w:r>
              <w:rPr>
                <w:b/>
                <w:color w:val="135DB4"/>
                <w:sz w:val="14"/>
              </w:rPr>
              <w:t>B.02.15</w:t>
            </w:r>
          </w:p>
        </w:tc>
        <w:tc>
          <w:tcPr>
            <w:tcW w:w="3699" w:type="dxa"/>
            <w:shd w:val="clear" w:color="auto" w:fill="F0F6FC"/>
            <w:tcMar>
              <w:top w:w="75" w:type="dxa"/>
              <w:left w:w="85" w:type="dxa"/>
              <w:bottom w:w="70" w:type="dxa"/>
              <w:right w:w="85" w:type="dxa"/>
            </w:tcMar>
            <w:vAlign w:val="center"/>
          </w:tcPr>
          <w:p w14:paraId="2895597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04952E61"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6A20E90C"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35DD9831" w14:textId="77777777" w:rsidTr="00426D0A">
        <w:trPr>
          <w:cantSplit/>
          <w:jc w:val="center"/>
        </w:trPr>
        <w:tc>
          <w:tcPr>
            <w:tcW w:w="1540" w:type="dxa"/>
            <w:tcMar>
              <w:top w:w="75" w:type="dxa"/>
              <w:left w:w="85" w:type="dxa"/>
              <w:bottom w:w="70" w:type="dxa"/>
              <w:right w:w="85" w:type="dxa"/>
            </w:tcMar>
            <w:vAlign w:val="center"/>
          </w:tcPr>
          <w:p w14:paraId="14F1DDAA" w14:textId="77777777" w:rsidR="003D05DA" w:rsidRDefault="003D05DA" w:rsidP="00426D0A">
            <w:pPr>
              <w:spacing w:after="0" w:line="259" w:lineRule="auto"/>
              <w:rPr>
                <w:rFonts w:hint="eastAsia"/>
              </w:rPr>
            </w:pPr>
            <w:r>
              <w:rPr>
                <w:b/>
                <w:color w:val="135DB4"/>
                <w:sz w:val="14"/>
              </w:rPr>
              <w:t>B.02.12</w:t>
            </w:r>
          </w:p>
        </w:tc>
        <w:tc>
          <w:tcPr>
            <w:tcW w:w="3699" w:type="dxa"/>
            <w:tcMar>
              <w:top w:w="75" w:type="dxa"/>
              <w:left w:w="85" w:type="dxa"/>
              <w:bottom w:w="70" w:type="dxa"/>
              <w:right w:w="85" w:type="dxa"/>
            </w:tcMar>
            <w:vAlign w:val="center"/>
          </w:tcPr>
          <w:p w14:paraId="1DD18705"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0A359081"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43F5557E"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1AADD2E0" w14:textId="77777777" w:rsidTr="00426D0A">
        <w:trPr>
          <w:cantSplit/>
          <w:jc w:val="center"/>
        </w:trPr>
        <w:tc>
          <w:tcPr>
            <w:tcW w:w="1540" w:type="dxa"/>
            <w:shd w:val="clear" w:color="auto" w:fill="F0F6FC"/>
            <w:tcMar>
              <w:top w:w="75" w:type="dxa"/>
              <w:left w:w="85" w:type="dxa"/>
              <w:bottom w:w="70" w:type="dxa"/>
              <w:right w:w="85" w:type="dxa"/>
            </w:tcMar>
            <w:vAlign w:val="center"/>
          </w:tcPr>
          <w:p w14:paraId="11246C57" w14:textId="77777777" w:rsidR="003D05DA" w:rsidRDefault="003D05DA" w:rsidP="00426D0A">
            <w:pPr>
              <w:spacing w:after="0" w:line="259" w:lineRule="auto"/>
              <w:rPr>
                <w:rFonts w:hint="eastAsia"/>
              </w:rPr>
            </w:pPr>
            <w:r>
              <w:rPr>
                <w:b/>
                <w:color w:val="135DB4"/>
                <w:sz w:val="14"/>
              </w:rPr>
              <w:t>B.02.16</w:t>
            </w:r>
          </w:p>
        </w:tc>
        <w:tc>
          <w:tcPr>
            <w:tcW w:w="3699" w:type="dxa"/>
            <w:shd w:val="clear" w:color="auto" w:fill="F0F6FC"/>
            <w:tcMar>
              <w:top w:w="75" w:type="dxa"/>
              <w:left w:w="85" w:type="dxa"/>
              <w:bottom w:w="70" w:type="dxa"/>
              <w:right w:w="85" w:type="dxa"/>
            </w:tcMar>
            <w:vAlign w:val="center"/>
          </w:tcPr>
          <w:p w14:paraId="3D5D0598"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34AC76B4"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5752B31A"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7F940ADD" w14:textId="77777777" w:rsidTr="00426D0A">
        <w:trPr>
          <w:cantSplit/>
          <w:jc w:val="center"/>
        </w:trPr>
        <w:tc>
          <w:tcPr>
            <w:tcW w:w="1540" w:type="dxa"/>
            <w:tcMar>
              <w:top w:w="75" w:type="dxa"/>
              <w:left w:w="85" w:type="dxa"/>
              <w:bottom w:w="70" w:type="dxa"/>
              <w:right w:w="85" w:type="dxa"/>
            </w:tcMar>
            <w:vAlign w:val="center"/>
          </w:tcPr>
          <w:p w14:paraId="197F9A78" w14:textId="77777777" w:rsidR="003D05DA" w:rsidRDefault="003D05DA" w:rsidP="00426D0A">
            <w:pPr>
              <w:spacing w:after="0" w:line="259" w:lineRule="auto"/>
              <w:rPr>
                <w:rFonts w:hint="eastAsia"/>
              </w:rPr>
            </w:pPr>
            <w:r>
              <w:rPr>
                <w:b/>
                <w:color w:val="135DB4"/>
                <w:sz w:val="14"/>
              </w:rPr>
              <w:t>B.02.04</w:t>
            </w:r>
          </w:p>
        </w:tc>
        <w:tc>
          <w:tcPr>
            <w:tcW w:w="3699" w:type="dxa"/>
            <w:tcMar>
              <w:top w:w="75" w:type="dxa"/>
              <w:left w:w="85" w:type="dxa"/>
              <w:bottom w:w="70" w:type="dxa"/>
              <w:right w:w="85" w:type="dxa"/>
            </w:tcMar>
            <w:vAlign w:val="center"/>
          </w:tcPr>
          <w:p w14:paraId="4F559ED2"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22BAC518"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7227E549"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6D71CF78" w14:textId="77777777" w:rsidR="003D05DA" w:rsidRDefault="003D05DA" w:rsidP="003D05DA">
      <w:pPr>
        <w:spacing w:after="0"/>
        <w:rPr>
          <w:rFonts w:hint="eastAsia"/>
        </w:rPr>
      </w:pPr>
    </w:p>
    <w:p w14:paraId="4231334B" w14:textId="77777777" w:rsidR="003D05DA" w:rsidRDefault="003D05DA" w:rsidP="003D05DA">
      <w:pPr>
        <w:spacing w:after="180"/>
        <w:rPr>
          <w:rFonts w:hint="eastAsia"/>
        </w:rPr>
      </w:pPr>
    </w:p>
    <w:p w14:paraId="74899218" w14:textId="77777777" w:rsidR="003D05DA" w:rsidRDefault="003D05DA" w:rsidP="003D05DA">
      <w:pPr>
        <w:pStyle w:val="NoteText"/>
        <w:rPr>
          <w:rFonts w:hint="eastAsia"/>
        </w:rPr>
      </w:pPr>
      <w:proofErr w:type="spellStart"/>
      <w:r>
        <w:t>Untuk</w:t>
      </w:r>
      <w:proofErr w:type="spellEnd"/>
      <w:r>
        <w:t xml:space="preserve"> </w:t>
      </w:r>
      <w:proofErr w:type="spellStart"/>
      <w:r>
        <w:t>pelatihan</w:t>
      </w:r>
      <w:proofErr w:type="spellEnd"/>
      <w:r>
        <w:t xml:space="preserve"> </w:t>
      </w:r>
      <w:proofErr w:type="spellStart"/>
      <w:r>
        <w:t>penilaian</w:t>
      </w:r>
      <w:proofErr w:type="spellEnd"/>
      <w:r>
        <w:t xml:space="preserve"> Smart Hospital, parameter </w:t>
      </w:r>
      <w:proofErr w:type="spellStart"/>
      <w:r>
        <w:t>teknis</w:t>
      </w:r>
      <w:proofErr w:type="spellEnd"/>
      <w:r>
        <w:t xml:space="preserve"> dan </w:t>
      </w:r>
      <w:proofErr w:type="spellStart"/>
      <w:r>
        <w:t>administrasi</w:t>
      </w:r>
      <w:proofErr w:type="spellEnd"/>
      <w:r>
        <w:t xml:space="preserve"> </w:t>
      </w:r>
      <w:proofErr w:type="spellStart"/>
      <w:r>
        <w:t>dibahas</w:t>
      </w:r>
      <w:proofErr w:type="spellEnd"/>
      <w:r>
        <w:t xml:space="preserve"> </w:t>
      </w:r>
      <w:proofErr w:type="spellStart"/>
      <w:r>
        <w:t>sesuai</w:t>
      </w:r>
      <w:proofErr w:type="spellEnd"/>
      <w:r>
        <w:t xml:space="preserve"> </w:t>
      </w:r>
      <w:proofErr w:type="spellStart"/>
      <w:r>
        <w:t>ruang</w:t>
      </w:r>
      <w:proofErr w:type="spellEnd"/>
      <w:r>
        <w:t xml:space="preserve"> </w:t>
      </w:r>
      <w:proofErr w:type="spellStart"/>
      <w:r>
        <w:t>lingkup</w:t>
      </w:r>
      <w:proofErr w:type="spellEnd"/>
      <w:r>
        <w:t xml:space="preserve"> SNI 9459:2026 yang </w:t>
      </w:r>
      <w:proofErr w:type="spellStart"/>
      <w:r>
        <w:t>relevan</w:t>
      </w:r>
      <w:proofErr w:type="spellEnd"/>
      <w:r>
        <w:t>.</w:t>
      </w:r>
    </w:p>
    <w:p w14:paraId="5CB6985B" w14:textId="77777777" w:rsidR="003D05DA" w:rsidRDefault="003D05DA" w:rsidP="003D05DA">
      <w:pPr>
        <w:rPr>
          <w:rFonts w:hint="eastAsia"/>
        </w:rPr>
      </w:pPr>
      <w:r>
        <w:br w:type="page"/>
      </w:r>
    </w:p>
    <w:p w14:paraId="63FFBBCA" w14:textId="77777777" w:rsidR="003D05DA" w:rsidRDefault="003D05DA" w:rsidP="003D05DA">
      <w:pPr>
        <w:pStyle w:val="SectionTag"/>
        <w:rPr>
          <w:rFonts w:hint="eastAsia"/>
        </w:rPr>
      </w:pPr>
      <w:r>
        <w:rPr>
          <w:b w:val="0"/>
        </w:rPr>
        <w:lastRenderedPageBreak/>
        <w:t>9 / KATALOG B - SMART HOSPITAL</w:t>
      </w:r>
    </w:p>
    <w:p w14:paraId="64D42154" w14:textId="77777777" w:rsidR="003D05DA" w:rsidRDefault="003D05DA" w:rsidP="003D05DA">
      <w:pPr>
        <w:pStyle w:val="MainTitle"/>
        <w:rPr>
          <w:rFonts w:hint="eastAsia"/>
        </w:rPr>
      </w:pPr>
      <w:r>
        <w:rPr>
          <w:b w:val="0"/>
        </w:rPr>
        <w:t>B.03-B.04 | Smart Hospital</w:t>
      </w:r>
    </w:p>
    <w:p w14:paraId="390F7167"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207E46C0" w14:textId="77777777" w:rsidR="003D05DA" w:rsidRDefault="003D05DA" w:rsidP="003D05DA">
      <w:pPr>
        <w:pStyle w:val="SectionTitle"/>
        <w:rPr>
          <w:rFonts w:hint="eastAsia"/>
        </w:rPr>
      </w:pPr>
      <w:r>
        <w:rPr>
          <w:b w:val="0"/>
        </w:rPr>
        <w:t xml:space="preserve">B.03 </w:t>
      </w:r>
      <w:proofErr w:type="spellStart"/>
      <w:r>
        <w:rPr>
          <w:b w:val="0"/>
        </w:rPr>
        <w:t>Perancangan</w:t>
      </w:r>
      <w:proofErr w:type="spellEnd"/>
    </w:p>
    <w:p w14:paraId="276CEE6C"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Persyaratan</w:t>
      </w:r>
      <w:proofErr w:type="spellEnd"/>
      <w:r>
        <w:t xml:space="preserve"> </w:t>
      </w:r>
      <w:proofErr w:type="spellStart"/>
      <w:r>
        <w:t>fungsi</w:t>
      </w:r>
      <w:proofErr w:type="spellEnd"/>
      <w:r>
        <w:t xml:space="preserve">, </w:t>
      </w:r>
      <w:proofErr w:type="spellStart"/>
      <w:r>
        <w:t>desain</w:t>
      </w:r>
      <w:proofErr w:type="spellEnd"/>
      <w:r>
        <w:t xml:space="preserve"> </w:t>
      </w:r>
      <w:proofErr w:type="spellStart"/>
      <w:r>
        <w:t>teknis</w:t>
      </w:r>
      <w:proofErr w:type="spellEnd"/>
      <w:r>
        <w:t xml:space="preserve">, </w:t>
      </w:r>
      <w:proofErr w:type="spellStart"/>
      <w:r>
        <w:t>integrasi</w:t>
      </w:r>
      <w:proofErr w:type="spellEnd"/>
      <w:r>
        <w:t xml:space="preserve"> dan </w:t>
      </w:r>
      <w:proofErr w:type="spellStart"/>
      <w:r>
        <w:t>keselamatan</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60C1B4B7"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19036154"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31B9A0EB"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395F2333"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11D62E7A"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5EEE0883" w14:textId="77777777" w:rsidTr="00426D0A">
        <w:trPr>
          <w:cantSplit/>
          <w:jc w:val="center"/>
        </w:trPr>
        <w:tc>
          <w:tcPr>
            <w:tcW w:w="1540" w:type="dxa"/>
            <w:tcMar>
              <w:top w:w="75" w:type="dxa"/>
              <w:left w:w="85" w:type="dxa"/>
              <w:bottom w:w="70" w:type="dxa"/>
              <w:right w:w="85" w:type="dxa"/>
            </w:tcMar>
            <w:vAlign w:val="center"/>
          </w:tcPr>
          <w:p w14:paraId="023ECBBE" w14:textId="77777777" w:rsidR="003D05DA" w:rsidRDefault="003D05DA" w:rsidP="00426D0A">
            <w:pPr>
              <w:spacing w:after="0" w:line="259" w:lineRule="auto"/>
              <w:rPr>
                <w:rFonts w:hint="eastAsia"/>
              </w:rPr>
            </w:pPr>
            <w:r>
              <w:rPr>
                <w:b/>
                <w:color w:val="135DB4"/>
                <w:sz w:val="14"/>
              </w:rPr>
              <w:t>B.03.02</w:t>
            </w:r>
          </w:p>
        </w:tc>
        <w:tc>
          <w:tcPr>
            <w:tcW w:w="3699" w:type="dxa"/>
            <w:tcMar>
              <w:top w:w="75" w:type="dxa"/>
              <w:left w:w="85" w:type="dxa"/>
              <w:bottom w:w="70" w:type="dxa"/>
              <w:right w:w="85" w:type="dxa"/>
            </w:tcMar>
            <w:vAlign w:val="center"/>
          </w:tcPr>
          <w:p w14:paraId="3E1AE3C8"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28A14C7F"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4F0070A3"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C3BADF3" w14:textId="77777777" w:rsidTr="00426D0A">
        <w:trPr>
          <w:cantSplit/>
          <w:jc w:val="center"/>
        </w:trPr>
        <w:tc>
          <w:tcPr>
            <w:tcW w:w="1540" w:type="dxa"/>
            <w:shd w:val="clear" w:color="auto" w:fill="F0F6FC"/>
            <w:tcMar>
              <w:top w:w="75" w:type="dxa"/>
              <w:left w:w="85" w:type="dxa"/>
              <w:bottom w:w="70" w:type="dxa"/>
              <w:right w:w="85" w:type="dxa"/>
            </w:tcMar>
            <w:vAlign w:val="center"/>
          </w:tcPr>
          <w:p w14:paraId="6CC9679F" w14:textId="77777777" w:rsidR="003D05DA" w:rsidRDefault="003D05DA" w:rsidP="00426D0A">
            <w:pPr>
              <w:spacing w:after="0" w:line="259" w:lineRule="auto"/>
              <w:rPr>
                <w:rFonts w:hint="eastAsia"/>
              </w:rPr>
            </w:pPr>
            <w:r>
              <w:rPr>
                <w:b/>
                <w:color w:val="135DB4"/>
                <w:sz w:val="14"/>
              </w:rPr>
              <w:t>B.03.15</w:t>
            </w:r>
          </w:p>
        </w:tc>
        <w:tc>
          <w:tcPr>
            <w:tcW w:w="3699" w:type="dxa"/>
            <w:shd w:val="clear" w:color="auto" w:fill="F0F6FC"/>
            <w:tcMar>
              <w:top w:w="75" w:type="dxa"/>
              <w:left w:w="85" w:type="dxa"/>
              <w:bottom w:w="70" w:type="dxa"/>
              <w:right w:w="85" w:type="dxa"/>
            </w:tcMar>
            <w:vAlign w:val="center"/>
          </w:tcPr>
          <w:p w14:paraId="05993D65"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62D4FE44"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202B67D9"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23EB45DC" w14:textId="77777777" w:rsidTr="00426D0A">
        <w:trPr>
          <w:cantSplit/>
          <w:jc w:val="center"/>
        </w:trPr>
        <w:tc>
          <w:tcPr>
            <w:tcW w:w="1540" w:type="dxa"/>
            <w:tcMar>
              <w:top w:w="75" w:type="dxa"/>
              <w:left w:w="85" w:type="dxa"/>
              <w:bottom w:w="70" w:type="dxa"/>
              <w:right w:w="85" w:type="dxa"/>
            </w:tcMar>
            <w:vAlign w:val="center"/>
          </w:tcPr>
          <w:p w14:paraId="588D0D01" w14:textId="77777777" w:rsidR="003D05DA" w:rsidRDefault="003D05DA" w:rsidP="00426D0A">
            <w:pPr>
              <w:spacing w:after="0" w:line="259" w:lineRule="auto"/>
              <w:rPr>
                <w:rFonts w:hint="eastAsia"/>
              </w:rPr>
            </w:pPr>
            <w:r>
              <w:rPr>
                <w:b/>
                <w:color w:val="135DB4"/>
                <w:sz w:val="14"/>
              </w:rPr>
              <w:t>B.03.12</w:t>
            </w:r>
          </w:p>
        </w:tc>
        <w:tc>
          <w:tcPr>
            <w:tcW w:w="3699" w:type="dxa"/>
            <w:tcMar>
              <w:top w:w="75" w:type="dxa"/>
              <w:left w:w="85" w:type="dxa"/>
              <w:bottom w:w="70" w:type="dxa"/>
              <w:right w:w="85" w:type="dxa"/>
            </w:tcMar>
            <w:vAlign w:val="center"/>
          </w:tcPr>
          <w:p w14:paraId="3638D560"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3D5EA0F0"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7250E197"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5B80A21C" w14:textId="77777777" w:rsidTr="00426D0A">
        <w:trPr>
          <w:cantSplit/>
          <w:jc w:val="center"/>
        </w:trPr>
        <w:tc>
          <w:tcPr>
            <w:tcW w:w="1540" w:type="dxa"/>
            <w:shd w:val="clear" w:color="auto" w:fill="F0F6FC"/>
            <w:tcMar>
              <w:top w:w="75" w:type="dxa"/>
              <w:left w:w="85" w:type="dxa"/>
              <w:bottom w:w="70" w:type="dxa"/>
              <w:right w:w="85" w:type="dxa"/>
            </w:tcMar>
            <w:vAlign w:val="center"/>
          </w:tcPr>
          <w:p w14:paraId="13E3C0E5" w14:textId="77777777" w:rsidR="003D05DA" w:rsidRDefault="003D05DA" w:rsidP="00426D0A">
            <w:pPr>
              <w:spacing w:after="0" w:line="259" w:lineRule="auto"/>
              <w:rPr>
                <w:rFonts w:hint="eastAsia"/>
              </w:rPr>
            </w:pPr>
            <w:r>
              <w:rPr>
                <w:b/>
                <w:color w:val="135DB4"/>
                <w:sz w:val="14"/>
              </w:rPr>
              <w:t>B.03.16</w:t>
            </w:r>
          </w:p>
        </w:tc>
        <w:tc>
          <w:tcPr>
            <w:tcW w:w="3699" w:type="dxa"/>
            <w:shd w:val="clear" w:color="auto" w:fill="F0F6FC"/>
            <w:tcMar>
              <w:top w:w="75" w:type="dxa"/>
              <w:left w:w="85" w:type="dxa"/>
              <w:bottom w:w="70" w:type="dxa"/>
              <w:right w:w="85" w:type="dxa"/>
            </w:tcMar>
            <w:vAlign w:val="center"/>
          </w:tcPr>
          <w:p w14:paraId="236BDEF8"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7C559865"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7AC465C1"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01C17A29" w14:textId="77777777" w:rsidTr="00426D0A">
        <w:trPr>
          <w:cantSplit/>
          <w:jc w:val="center"/>
        </w:trPr>
        <w:tc>
          <w:tcPr>
            <w:tcW w:w="1540" w:type="dxa"/>
            <w:tcMar>
              <w:top w:w="75" w:type="dxa"/>
              <w:left w:w="85" w:type="dxa"/>
              <w:bottom w:w="70" w:type="dxa"/>
              <w:right w:w="85" w:type="dxa"/>
            </w:tcMar>
            <w:vAlign w:val="center"/>
          </w:tcPr>
          <w:p w14:paraId="70D7F5E5" w14:textId="77777777" w:rsidR="003D05DA" w:rsidRDefault="003D05DA" w:rsidP="00426D0A">
            <w:pPr>
              <w:spacing w:after="0" w:line="259" w:lineRule="auto"/>
              <w:rPr>
                <w:rFonts w:hint="eastAsia"/>
              </w:rPr>
            </w:pPr>
            <w:r>
              <w:rPr>
                <w:b/>
                <w:color w:val="135DB4"/>
                <w:sz w:val="14"/>
              </w:rPr>
              <w:t>B.03.04</w:t>
            </w:r>
          </w:p>
        </w:tc>
        <w:tc>
          <w:tcPr>
            <w:tcW w:w="3699" w:type="dxa"/>
            <w:tcMar>
              <w:top w:w="75" w:type="dxa"/>
              <w:left w:w="85" w:type="dxa"/>
              <w:bottom w:w="70" w:type="dxa"/>
              <w:right w:w="85" w:type="dxa"/>
            </w:tcMar>
            <w:vAlign w:val="center"/>
          </w:tcPr>
          <w:p w14:paraId="28013759"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51B50D33"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29C83C63"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7678225A" w14:textId="77777777" w:rsidR="003D05DA" w:rsidRDefault="003D05DA" w:rsidP="003D05DA">
      <w:pPr>
        <w:spacing w:after="0"/>
        <w:rPr>
          <w:rFonts w:hint="eastAsia"/>
        </w:rPr>
      </w:pPr>
    </w:p>
    <w:p w14:paraId="79CABE05" w14:textId="77777777" w:rsidR="003D05DA" w:rsidRDefault="003D05DA" w:rsidP="003D05DA">
      <w:pPr>
        <w:spacing w:after="180"/>
        <w:rPr>
          <w:rFonts w:hint="eastAsia"/>
        </w:rPr>
      </w:pPr>
    </w:p>
    <w:p w14:paraId="71E8C92A" w14:textId="77777777" w:rsidR="003D05DA" w:rsidRDefault="003D05DA" w:rsidP="003D05DA">
      <w:pPr>
        <w:pStyle w:val="SectionTitle"/>
        <w:rPr>
          <w:rFonts w:hint="eastAsia"/>
        </w:rPr>
      </w:pPr>
      <w:r>
        <w:rPr>
          <w:b w:val="0"/>
        </w:rPr>
        <w:t xml:space="preserve">B.04 </w:t>
      </w:r>
      <w:proofErr w:type="spellStart"/>
      <w:r>
        <w:rPr>
          <w:b w:val="0"/>
        </w:rPr>
        <w:t>Pengadaan</w:t>
      </w:r>
      <w:proofErr w:type="spellEnd"/>
    </w:p>
    <w:p w14:paraId="0A7A3A23" w14:textId="77777777" w:rsidR="003D05DA" w:rsidRPr="003D05DA" w:rsidRDefault="003D05DA" w:rsidP="003D05DA">
      <w:pPr>
        <w:pStyle w:val="NoteText"/>
        <w:rPr>
          <w:rFonts w:hint="eastAsia"/>
          <w:lang w:val="it-IT"/>
        </w:rPr>
      </w:pPr>
      <w:r w:rsidRPr="003D05DA">
        <w:rPr>
          <w:b/>
          <w:lang w:val="it-IT"/>
        </w:rPr>
        <w:t>Subtopik:</w:t>
      </w:r>
      <w:r w:rsidRPr="003D05DA">
        <w:rPr>
          <w:lang w:val="it-IT"/>
        </w:rPr>
        <w:t xml:space="preserve"> Spesifikasi, evaluasi vendor, kontrak dan penerimaan</w:t>
      </w:r>
    </w:p>
    <w:tbl>
      <w:tblPr>
        <w:tblW w:w="0" w:type="auto"/>
        <w:jc w:val="center"/>
        <w:tblLayout w:type="fixed"/>
        <w:tblLook w:val="04A0" w:firstRow="1" w:lastRow="0" w:firstColumn="1" w:lastColumn="0" w:noHBand="0" w:noVBand="1"/>
      </w:tblPr>
      <w:tblGrid>
        <w:gridCol w:w="1540"/>
        <w:gridCol w:w="3699"/>
        <w:gridCol w:w="2259"/>
        <w:gridCol w:w="2679"/>
      </w:tblGrid>
      <w:tr w:rsidR="003D05DA" w14:paraId="497A0F7F"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0E14F728"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555A73F9"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0A200B60"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0A611548"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65547DF4" w14:textId="77777777" w:rsidTr="00426D0A">
        <w:trPr>
          <w:cantSplit/>
          <w:jc w:val="center"/>
        </w:trPr>
        <w:tc>
          <w:tcPr>
            <w:tcW w:w="1540" w:type="dxa"/>
            <w:tcMar>
              <w:top w:w="75" w:type="dxa"/>
              <w:left w:w="85" w:type="dxa"/>
              <w:bottom w:w="70" w:type="dxa"/>
              <w:right w:w="85" w:type="dxa"/>
            </w:tcMar>
            <w:vAlign w:val="center"/>
          </w:tcPr>
          <w:p w14:paraId="6AB158A5" w14:textId="77777777" w:rsidR="003D05DA" w:rsidRDefault="003D05DA" w:rsidP="00426D0A">
            <w:pPr>
              <w:spacing w:after="0" w:line="259" w:lineRule="auto"/>
              <w:rPr>
                <w:rFonts w:hint="eastAsia"/>
              </w:rPr>
            </w:pPr>
            <w:r>
              <w:rPr>
                <w:b/>
                <w:color w:val="135DB4"/>
                <w:sz w:val="14"/>
              </w:rPr>
              <w:t>B.04.02</w:t>
            </w:r>
          </w:p>
        </w:tc>
        <w:tc>
          <w:tcPr>
            <w:tcW w:w="3699" w:type="dxa"/>
            <w:tcMar>
              <w:top w:w="75" w:type="dxa"/>
              <w:left w:w="85" w:type="dxa"/>
              <w:bottom w:w="70" w:type="dxa"/>
              <w:right w:w="85" w:type="dxa"/>
            </w:tcMar>
            <w:vAlign w:val="center"/>
          </w:tcPr>
          <w:p w14:paraId="30A2A628"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6ACD1BCE"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59B08E6B"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12612D7" w14:textId="77777777" w:rsidTr="00426D0A">
        <w:trPr>
          <w:cantSplit/>
          <w:jc w:val="center"/>
        </w:trPr>
        <w:tc>
          <w:tcPr>
            <w:tcW w:w="1540" w:type="dxa"/>
            <w:shd w:val="clear" w:color="auto" w:fill="F0F6FC"/>
            <w:tcMar>
              <w:top w:w="75" w:type="dxa"/>
              <w:left w:w="85" w:type="dxa"/>
              <w:bottom w:w="70" w:type="dxa"/>
              <w:right w:w="85" w:type="dxa"/>
            </w:tcMar>
            <w:vAlign w:val="center"/>
          </w:tcPr>
          <w:p w14:paraId="7570E6BC" w14:textId="77777777" w:rsidR="003D05DA" w:rsidRDefault="003D05DA" w:rsidP="00426D0A">
            <w:pPr>
              <w:spacing w:after="0" w:line="259" w:lineRule="auto"/>
              <w:rPr>
                <w:rFonts w:hint="eastAsia"/>
              </w:rPr>
            </w:pPr>
            <w:r>
              <w:rPr>
                <w:b/>
                <w:color w:val="135DB4"/>
                <w:sz w:val="14"/>
              </w:rPr>
              <w:t>B.04.15</w:t>
            </w:r>
          </w:p>
        </w:tc>
        <w:tc>
          <w:tcPr>
            <w:tcW w:w="3699" w:type="dxa"/>
            <w:shd w:val="clear" w:color="auto" w:fill="F0F6FC"/>
            <w:tcMar>
              <w:top w:w="75" w:type="dxa"/>
              <w:left w:w="85" w:type="dxa"/>
              <w:bottom w:w="70" w:type="dxa"/>
              <w:right w:w="85" w:type="dxa"/>
            </w:tcMar>
            <w:vAlign w:val="center"/>
          </w:tcPr>
          <w:p w14:paraId="0750A61F"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3C01B56D"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2899D8FC"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640792D6" w14:textId="77777777" w:rsidTr="00426D0A">
        <w:trPr>
          <w:cantSplit/>
          <w:jc w:val="center"/>
        </w:trPr>
        <w:tc>
          <w:tcPr>
            <w:tcW w:w="1540" w:type="dxa"/>
            <w:tcMar>
              <w:top w:w="75" w:type="dxa"/>
              <w:left w:w="85" w:type="dxa"/>
              <w:bottom w:w="70" w:type="dxa"/>
              <w:right w:w="85" w:type="dxa"/>
            </w:tcMar>
            <w:vAlign w:val="center"/>
          </w:tcPr>
          <w:p w14:paraId="1CAD8D09" w14:textId="77777777" w:rsidR="003D05DA" w:rsidRDefault="003D05DA" w:rsidP="00426D0A">
            <w:pPr>
              <w:spacing w:after="0" w:line="259" w:lineRule="auto"/>
              <w:rPr>
                <w:rFonts w:hint="eastAsia"/>
              </w:rPr>
            </w:pPr>
            <w:r>
              <w:rPr>
                <w:b/>
                <w:color w:val="135DB4"/>
                <w:sz w:val="14"/>
              </w:rPr>
              <w:t>B.04.12</w:t>
            </w:r>
          </w:p>
        </w:tc>
        <w:tc>
          <w:tcPr>
            <w:tcW w:w="3699" w:type="dxa"/>
            <w:tcMar>
              <w:top w:w="75" w:type="dxa"/>
              <w:left w:w="85" w:type="dxa"/>
              <w:bottom w:w="70" w:type="dxa"/>
              <w:right w:w="85" w:type="dxa"/>
            </w:tcMar>
            <w:vAlign w:val="center"/>
          </w:tcPr>
          <w:p w14:paraId="49085E5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611757A3"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5789FEFA"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6E85373B" w14:textId="77777777" w:rsidTr="00426D0A">
        <w:trPr>
          <w:cantSplit/>
          <w:jc w:val="center"/>
        </w:trPr>
        <w:tc>
          <w:tcPr>
            <w:tcW w:w="1540" w:type="dxa"/>
            <w:shd w:val="clear" w:color="auto" w:fill="F0F6FC"/>
            <w:tcMar>
              <w:top w:w="75" w:type="dxa"/>
              <w:left w:w="85" w:type="dxa"/>
              <w:bottom w:w="70" w:type="dxa"/>
              <w:right w:w="85" w:type="dxa"/>
            </w:tcMar>
            <w:vAlign w:val="center"/>
          </w:tcPr>
          <w:p w14:paraId="119909AA" w14:textId="77777777" w:rsidR="003D05DA" w:rsidRDefault="003D05DA" w:rsidP="00426D0A">
            <w:pPr>
              <w:spacing w:after="0" w:line="259" w:lineRule="auto"/>
              <w:rPr>
                <w:rFonts w:hint="eastAsia"/>
              </w:rPr>
            </w:pPr>
            <w:r>
              <w:rPr>
                <w:b/>
                <w:color w:val="135DB4"/>
                <w:sz w:val="14"/>
              </w:rPr>
              <w:t>B.04.16</w:t>
            </w:r>
          </w:p>
        </w:tc>
        <w:tc>
          <w:tcPr>
            <w:tcW w:w="3699" w:type="dxa"/>
            <w:shd w:val="clear" w:color="auto" w:fill="F0F6FC"/>
            <w:tcMar>
              <w:top w:w="75" w:type="dxa"/>
              <w:left w:w="85" w:type="dxa"/>
              <w:bottom w:w="70" w:type="dxa"/>
              <w:right w:w="85" w:type="dxa"/>
            </w:tcMar>
            <w:vAlign w:val="center"/>
          </w:tcPr>
          <w:p w14:paraId="37148424"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291E3A90"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07B965DB"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12786640" w14:textId="77777777" w:rsidTr="00426D0A">
        <w:trPr>
          <w:cantSplit/>
          <w:jc w:val="center"/>
        </w:trPr>
        <w:tc>
          <w:tcPr>
            <w:tcW w:w="1540" w:type="dxa"/>
            <w:tcMar>
              <w:top w:w="75" w:type="dxa"/>
              <w:left w:w="85" w:type="dxa"/>
              <w:bottom w:w="70" w:type="dxa"/>
              <w:right w:w="85" w:type="dxa"/>
            </w:tcMar>
            <w:vAlign w:val="center"/>
          </w:tcPr>
          <w:p w14:paraId="07A4C6E0" w14:textId="77777777" w:rsidR="003D05DA" w:rsidRDefault="003D05DA" w:rsidP="00426D0A">
            <w:pPr>
              <w:spacing w:after="0" w:line="259" w:lineRule="auto"/>
              <w:rPr>
                <w:rFonts w:hint="eastAsia"/>
              </w:rPr>
            </w:pPr>
            <w:r>
              <w:rPr>
                <w:b/>
                <w:color w:val="135DB4"/>
                <w:sz w:val="14"/>
              </w:rPr>
              <w:t>B.04.04</w:t>
            </w:r>
          </w:p>
        </w:tc>
        <w:tc>
          <w:tcPr>
            <w:tcW w:w="3699" w:type="dxa"/>
            <w:tcMar>
              <w:top w:w="75" w:type="dxa"/>
              <w:left w:w="85" w:type="dxa"/>
              <w:bottom w:w="70" w:type="dxa"/>
              <w:right w:w="85" w:type="dxa"/>
            </w:tcMar>
            <w:vAlign w:val="center"/>
          </w:tcPr>
          <w:p w14:paraId="576E3D57"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3B3414C3"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580D54BB"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2FF75056" w14:textId="77777777" w:rsidR="003D05DA" w:rsidRDefault="003D05DA" w:rsidP="003D05DA">
      <w:pPr>
        <w:spacing w:after="0"/>
        <w:rPr>
          <w:rFonts w:hint="eastAsia"/>
        </w:rPr>
      </w:pPr>
    </w:p>
    <w:p w14:paraId="3DD1B7BA" w14:textId="77777777" w:rsidR="003D05DA" w:rsidRDefault="003D05DA" w:rsidP="003D05DA">
      <w:pPr>
        <w:spacing w:after="180"/>
        <w:rPr>
          <w:rFonts w:hint="eastAsia"/>
        </w:rPr>
      </w:pPr>
    </w:p>
    <w:p w14:paraId="31823529" w14:textId="77777777" w:rsidR="003D05DA" w:rsidRDefault="003D05DA" w:rsidP="003D05DA">
      <w:pPr>
        <w:pStyle w:val="NoteText"/>
        <w:rPr>
          <w:rFonts w:hint="eastAsia"/>
        </w:rPr>
      </w:pPr>
      <w:proofErr w:type="spellStart"/>
      <w:r>
        <w:t>Untuk</w:t>
      </w:r>
      <w:proofErr w:type="spellEnd"/>
      <w:r>
        <w:t xml:space="preserve"> </w:t>
      </w:r>
      <w:proofErr w:type="spellStart"/>
      <w:r>
        <w:t>pelatihan</w:t>
      </w:r>
      <w:proofErr w:type="spellEnd"/>
      <w:r>
        <w:t xml:space="preserve"> </w:t>
      </w:r>
      <w:proofErr w:type="spellStart"/>
      <w:r>
        <w:t>penilaian</w:t>
      </w:r>
      <w:proofErr w:type="spellEnd"/>
      <w:r>
        <w:t xml:space="preserve"> Smart Hospital, parameter </w:t>
      </w:r>
      <w:proofErr w:type="spellStart"/>
      <w:r>
        <w:t>teknis</w:t>
      </w:r>
      <w:proofErr w:type="spellEnd"/>
      <w:r>
        <w:t xml:space="preserve"> dan </w:t>
      </w:r>
      <w:proofErr w:type="spellStart"/>
      <w:r>
        <w:t>administrasi</w:t>
      </w:r>
      <w:proofErr w:type="spellEnd"/>
      <w:r>
        <w:t xml:space="preserve"> </w:t>
      </w:r>
      <w:proofErr w:type="spellStart"/>
      <w:r>
        <w:t>dibahas</w:t>
      </w:r>
      <w:proofErr w:type="spellEnd"/>
      <w:r>
        <w:t xml:space="preserve"> </w:t>
      </w:r>
      <w:proofErr w:type="spellStart"/>
      <w:r>
        <w:t>sesuai</w:t>
      </w:r>
      <w:proofErr w:type="spellEnd"/>
      <w:r>
        <w:t xml:space="preserve"> </w:t>
      </w:r>
      <w:proofErr w:type="spellStart"/>
      <w:r>
        <w:t>ruang</w:t>
      </w:r>
      <w:proofErr w:type="spellEnd"/>
      <w:r>
        <w:t xml:space="preserve"> </w:t>
      </w:r>
      <w:proofErr w:type="spellStart"/>
      <w:r>
        <w:t>lingkup</w:t>
      </w:r>
      <w:proofErr w:type="spellEnd"/>
      <w:r>
        <w:t xml:space="preserve"> SNI 9459:2026 yang </w:t>
      </w:r>
      <w:proofErr w:type="spellStart"/>
      <w:r>
        <w:t>relevan</w:t>
      </w:r>
      <w:proofErr w:type="spellEnd"/>
      <w:r>
        <w:t>.</w:t>
      </w:r>
    </w:p>
    <w:p w14:paraId="6B3E3085" w14:textId="77777777" w:rsidR="003D05DA" w:rsidRDefault="003D05DA" w:rsidP="003D05DA">
      <w:pPr>
        <w:rPr>
          <w:rFonts w:hint="eastAsia"/>
        </w:rPr>
      </w:pPr>
      <w:r>
        <w:br w:type="page"/>
      </w:r>
    </w:p>
    <w:p w14:paraId="4BD85B39" w14:textId="77777777" w:rsidR="003D05DA" w:rsidRDefault="003D05DA" w:rsidP="003D05DA">
      <w:pPr>
        <w:pStyle w:val="SectionTag"/>
        <w:rPr>
          <w:rFonts w:hint="eastAsia"/>
        </w:rPr>
      </w:pPr>
      <w:r>
        <w:rPr>
          <w:b w:val="0"/>
        </w:rPr>
        <w:lastRenderedPageBreak/>
        <w:t>9 / KATALOG B - SMART HOSPITAL</w:t>
      </w:r>
    </w:p>
    <w:p w14:paraId="46306BC1" w14:textId="77777777" w:rsidR="003D05DA" w:rsidRDefault="003D05DA" w:rsidP="003D05DA">
      <w:pPr>
        <w:pStyle w:val="MainTitle"/>
        <w:rPr>
          <w:rFonts w:hint="eastAsia"/>
        </w:rPr>
      </w:pPr>
      <w:r>
        <w:rPr>
          <w:b w:val="0"/>
        </w:rPr>
        <w:t>B.05-B.06 | Smart Hospital</w:t>
      </w:r>
    </w:p>
    <w:p w14:paraId="4AA2A0FB"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5C069D2A" w14:textId="77777777" w:rsidR="003D05DA" w:rsidRPr="003D05DA" w:rsidRDefault="003D05DA" w:rsidP="003D05DA">
      <w:pPr>
        <w:pStyle w:val="SectionTitle"/>
        <w:rPr>
          <w:rFonts w:hint="eastAsia"/>
          <w:lang w:val="it-IT"/>
        </w:rPr>
      </w:pPr>
      <w:r w:rsidRPr="003D05DA">
        <w:rPr>
          <w:b w:val="0"/>
          <w:lang w:val="it-IT"/>
        </w:rPr>
        <w:t>B.05 Instalasi dan konstruksi</w:t>
      </w:r>
    </w:p>
    <w:p w14:paraId="04C84840" w14:textId="77777777" w:rsidR="003D05DA" w:rsidRPr="003D05DA" w:rsidRDefault="003D05DA" w:rsidP="003D05DA">
      <w:pPr>
        <w:pStyle w:val="NoteText"/>
        <w:rPr>
          <w:rFonts w:hint="eastAsia"/>
          <w:lang w:val="it-IT"/>
        </w:rPr>
      </w:pPr>
      <w:r w:rsidRPr="003D05DA">
        <w:rPr>
          <w:b/>
          <w:lang w:val="it-IT"/>
        </w:rPr>
        <w:t>Subtopik:</w:t>
      </w:r>
      <w:r w:rsidRPr="003D05DA">
        <w:rPr>
          <w:lang w:val="it-IT"/>
        </w:rPr>
        <w:t xml:space="preserve"> Implementasi, keselamatan konstruksi, integrasi sistem</w:t>
      </w:r>
    </w:p>
    <w:tbl>
      <w:tblPr>
        <w:tblW w:w="0" w:type="auto"/>
        <w:jc w:val="center"/>
        <w:tblLayout w:type="fixed"/>
        <w:tblLook w:val="04A0" w:firstRow="1" w:lastRow="0" w:firstColumn="1" w:lastColumn="0" w:noHBand="0" w:noVBand="1"/>
      </w:tblPr>
      <w:tblGrid>
        <w:gridCol w:w="1540"/>
        <w:gridCol w:w="3699"/>
        <w:gridCol w:w="2259"/>
        <w:gridCol w:w="2679"/>
      </w:tblGrid>
      <w:tr w:rsidR="003D05DA" w14:paraId="2DF03480"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1288799F"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18AE8F59"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7BBE00DA"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43339BE3"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739EAF1F" w14:textId="77777777" w:rsidTr="00426D0A">
        <w:trPr>
          <w:cantSplit/>
          <w:jc w:val="center"/>
        </w:trPr>
        <w:tc>
          <w:tcPr>
            <w:tcW w:w="1540" w:type="dxa"/>
            <w:tcMar>
              <w:top w:w="75" w:type="dxa"/>
              <w:left w:w="85" w:type="dxa"/>
              <w:bottom w:w="70" w:type="dxa"/>
              <w:right w:w="85" w:type="dxa"/>
            </w:tcMar>
            <w:vAlign w:val="center"/>
          </w:tcPr>
          <w:p w14:paraId="731ACE97" w14:textId="77777777" w:rsidR="003D05DA" w:rsidRDefault="003D05DA" w:rsidP="00426D0A">
            <w:pPr>
              <w:spacing w:after="0" w:line="259" w:lineRule="auto"/>
              <w:rPr>
                <w:rFonts w:hint="eastAsia"/>
              </w:rPr>
            </w:pPr>
            <w:r>
              <w:rPr>
                <w:b/>
                <w:color w:val="135DB4"/>
                <w:sz w:val="14"/>
              </w:rPr>
              <w:t>B.05.02</w:t>
            </w:r>
          </w:p>
        </w:tc>
        <w:tc>
          <w:tcPr>
            <w:tcW w:w="3699" w:type="dxa"/>
            <w:tcMar>
              <w:top w:w="75" w:type="dxa"/>
              <w:left w:w="85" w:type="dxa"/>
              <w:bottom w:w="70" w:type="dxa"/>
              <w:right w:w="85" w:type="dxa"/>
            </w:tcMar>
            <w:vAlign w:val="center"/>
          </w:tcPr>
          <w:p w14:paraId="66746A9E"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1B2B21AB"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60B750AC"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5C6097BF" w14:textId="77777777" w:rsidTr="00426D0A">
        <w:trPr>
          <w:cantSplit/>
          <w:jc w:val="center"/>
        </w:trPr>
        <w:tc>
          <w:tcPr>
            <w:tcW w:w="1540" w:type="dxa"/>
            <w:shd w:val="clear" w:color="auto" w:fill="F0F6FC"/>
            <w:tcMar>
              <w:top w:w="75" w:type="dxa"/>
              <w:left w:w="85" w:type="dxa"/>
              <w:bottom w:w="70" w:type="dxa"/>
              <w:right w:w="85" w:type="dxa"/>
            </w:tcMar>
            <w:vAlign w:val="center"/>
          </w:tcPr>
          <w:p w14:paraId="29B133E5" w14:textId="77777777" w:rsidR="003D05DA" w:rsidRDefault="003D05DA" w:rsidP="00426D0A">
            <w:pPr>
              <w:spacing w:after="0" w:line="259" w:lineRule="auto"/>
              <w:rPr>
                <w:rFonts w:hint="eastAsia"/>
              </w:rPr>
            </w:pPr>
            <w:r>
              <w:rPr>
                <w:b/>
                <w:color w:val="135DB4"/>
                <w:sz w:val="14"/>
              </w:rPr>
              <w:t>B.05.15</w:t>
            </w:r>
          </w:p>
        </w:tc>
        <w:tc>
          <w:tcPr>
            <w:tcW w:w="3699" w:type="dxa"/>
            <w:shd w:val="clear" w:color="auto" w:fill="F0F6FC"/>
            <w:tcMar>
              <w:top w:w="75" w:type="dxa"/>
              <w:left w:w="85" w:type="dxa"/>
              <w:bottom w:w="70" w:type="dxa"/>
              <w:right w:w="85" w:type="dxa"/>
            </w:tcMar>
            <w:vAlign w:val="center"/>
          </w:tcPr>
          <w:p w14:paraId="0E20A6F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15B141B9"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4C330556"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2F9DDD7D" w14:textId="77777777" w:rsidTr="00426D0A">
        <w:trPr>
          <w:cantSplit/>
          <w:jc w:val="center"/>
        </w:trPr>
        <w:tc>
          <w:tcPr>
            <w:tcW w:w="1540" w:type="dxa"/>
            <w:tcMar>
              <w:top w:w="75" w:type="dxa"/>
              <w:left w:w="85" w:type="dxa"/>
              <w:bottom w:w="70" w:type="dxa"/>
              <w:right w:w="85" w:type="dxa"/>
            </w:tcMar>
            <w:vAlign w:val="center"/>
          </w:tcPr>
          <w:p w14:paraId="00AA5C9F" w14:textId="77777777" w:rsidR="003D05DA" w:rsidRDefault="003D05DA" w:rsidP="00426D0A">
            <w:pPr>
              <w:spacing w:after="0" w:line="259" w:lineRule="auto"/>
              <w:rPr>
                <w:rFonts w:hint="eastAsia"/>
              </w:rPr>
            </w:pPr>
            <w:r>
              <w:rPr>
                <w:b/>
                <w:color w:val="135DB4"/>
                <w:sz w:val="14"/>
              </w:rPr>
              <w:t>B.05.12</w:t>
            </w:r>
          </w:p>
        </w:tc>
        <w:tc>
          <w:tcPr>
            <w:tcW w:w="3699" w:type="dxa"/>
            <w:tcMar>
              <w:top w:w="75" w:type="dxa"/>
              <w:left w:w="85" w:type="dxa"/>
              <w:bottom w:w="70" w:type="dxa"/>
              <w:right w:w="85" w:type="dxa"/>
            </w:tcMar>
            <w:vAlign w:val="center"/>
          </w:tcPr>
          <w:p w14:paraId="22AFF84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53D3D42B"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007F52F3"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3356127F" w14:textId="77777777" w:rsidTr="00426D0A">
        <w:trPr>
          <w:cantSplit/>
          <w:jc w:val="center"/>
        </w:trPr>
        <w:tc>
          <w:tcPr>
            <w:tcW w:w="1540" w:type="dxa"/>
            <w:shd w:val="clear" w:color="auto" w:fill="F0F6FC"/>
            <w:tcMar>
              <w:top w:w="75" w:type="dxa"/>
              <w:left w:w="85" w:type="dxa"/>
              <w:bottom w:w="70" w:type="dxa"/>
              <w:right w:w="85" w:type="dxa"/>
            </w:tcMar>
            <w:vAlign w:val="center"/>
          </w:tcPr>
          <w:p w14:paraId="5646DA81" w14:textId="77777777" w:rsidR="003D05DA" w:rsidRDefault="003D05DA" w:rsidP="00426D0A">
            <w:pPr>
              <w:spacing w:after="0" w:line="259" w:lineRule="auto"/>
              <w:rPr>
                <w:rFonts w:hint="eastAsia"/>
              </w:rPr>
            </w:pPr>
            <w:r>
              <w:rPr>
                <w:b/>
                <w:color w:val="135DB4"/>
                <w:sz w:val="14"/>
              </w:rPr>
              <w:t>B.05.16</w:t>
            </w:r>
          </w:p>
        </w:tc>
        <w:tc>
          <w:tcPr>
            <w:tcW w:w="3699" w:type="dxa"/>
            <w:shd w:val="clear" w:color="auto" w:fill="F0F6FC"/>
            <w:tcMar>
              <w:top w:w="75" w:type="dxa"/>
              <w:left w:w="85" w:type="dxa"/>
              <w:bottom w:w="70" w:type="dxa"/>
              <w:right w:w="85" w:type="dxa"/>
            </w:tcMar>
            <w:vAlign w:val="center"/>
          </w:tcPr>
          <w:p w14:paraId="773960E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6F46DAB3"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0C40F726"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533CA0E0" w14:textId="77777777" w:rsidTr="00426D0A">
        <w:trPr>
          <w:cantSplit/>
          <w:jc w:val="center"/>
        </w:trPr>
        <w:tc>
          <w:tcPr>
            <w:tcW w:w="1540" w:type="dxa"/>
            <w:tcMar>
              <w:top w:w="75" w:type="dxa"/>
              <w:left w:w="85" w:type="dxa"/>
              <w:bottom w:w="70" w:type="dxa"/>
              <w:right w:w="85" w:type="dxa"/>
            </w:tcMar>
            <w:vAlign w:val="center"/>
          </w:tcPr>
          <w:p w14:paraId="081053A1" w14:textId="77777777" w:rsidR="003D05DA" w:rsidRDefault="003D05DA" w:rsidP="00426D0A">
            <w:pPr>
              <w:spacing w:after="0" w:line="259" w:lineRule="auto"/>
              <w:rPr>
                <w:rFonts w:hint="eastAsia"/>
              </w:rPr>
            </w:pPr>
            <w:r>
              <w:rPr>
                <w:b/>
                <w:color w:val="135DB4"/>
                <w:sz w:val="14"/>
              </w:rPr>
              <w:t>B.05.04</w:t>
            </w:r>
          </w:p>
        </w:tc>
        <w:tc>
          <w:tcPr>
            <w:tcW w:w="3699" w:type="dxa"/>
            <w:tcMar>
              <w:top w:w="75" w:type="dxa"/>
              <w:left w:w="85" w:type="dxa"/>
              <w:bottom w:w="70" w:type="dxa"/>
              <w:right w:w="85" w:type="dxa"/>
            </w:tcMar>
            <w:vAlign w:val="center"/>
          </w:tcPr>
          <w:p w14:paraId="7564F185"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3C9277B3"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5A06D59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57F492DB" w14:textId="77777777" w:rsidR="003D05DA" w:rsidRDefault="003D05DA" w:rsidP="003D05DA">
      <w:pPr>
        <w:spacing w:after="0"/>
        <w:rPr>
          <w:rFonts w:hint="eastAsia"/>
        </w:rPr>
      </w:pPr>
    </w:p>
    <w:p w14:paraId="5CB2C176" w14:textId="77777777" w:rsidR="003D05DA" w:rsidRDefault="003D05DA" w:rsidP="003D05DA">
      <w:pPr>
        <w:spacing w:after="180"/>
        <w:rPr>
          <w:rFonts w:hint="eastAsia"/>
        </w:rPr>
      </w:pPr>
    </w:p>
    <w:p w14:paraId="50B4A6E8" w14:textId="77777777" w:rsidR="003D05DA" w:rsidRDefault="003D05DA" w:rsidP="003D05DA">
      <w:pPr>
        <w:pStyle w:val="SectionTitle"/>
        <w:rPr>
          <w:rFonts w:hint="eastAsia"/>
        </w:rPr>
      </w:pPr>
      <w:r>
        <w:rPr>
          <w:b w:val="0"/>
        </w:rPr>
        <w:t xml:space="preserve">B.06 </w:t>
      </w:r>
      <w:proofErr w:type="spellStart"/>
      <w:r>
        <w:rPr>
          <w:b w:val="0"/>
        </w:rPr>
        <w:t>Pengujian</w:t>
      </w:r>
      <w:proofErr w:type="spellEnd"/>
    </w:p>
    <w:p w14:paraId="3D73E05B"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Komisioning</w:t>
      </w:r>
      <w:proofErr w:type="spellEnd"/>
      <w:r>
        <w:t xml:space="preserve">, </w:t>
      </w:r>
      <w:proofErr w:type="spellStart"/>
      <w:r>
        <w:t>validasi</w:t>
      </w:r>
      <w:proofErr w:type="spellEnd"/>
      <w:r>
        <w:t xml:space="preserve">, </w:t>
      </w:r>
      <w:proofErr w:type="spellStart"/>
      <w:r>
        <w:t>pengujian</w:t>
      </w:r>
      <w:proofErr w:type="spellEnd"/>
      <w:r>
        <w:t xml:space="preserve"> </w:t>
      </w:r>
      <w:proofErr w:type="spellStart"/>
      <w:r>
        <w:t>fungsi</w:t>
      </w:r>
      <w:proofErr w:type="spellEnd"/>
      <w:r>
        <w:t xml:space="preserve"> dan </w:t>
      </w:r>
      <w:proofErr w:type="spellStart"/>
      <w:r>
        <w:t>kinerja</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586F4964"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2172E73D"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501DE361"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25A8E060"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5AB47813"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6B3AFA96" w14:textId="77777777" w:rsidTr="00426D0A">
        <w:trPr>
          <w:cantSplit/>
          <w:jc w:val="center"/>
        </w:trPr>
        <w:tc>
          <w:tcPr>
            <w:tcW w:w="1540" w:type="dxa"/>
            <w:tcMar>
              <w:top w:w="75" w:type="dxa"/>
              <w:left w:w="85" w:type="dxa"/>
              <w:bottom w:w="70" w:type="dxa"/>
              <w:right w:w="85" w:type="dxa"/>
            </w:tcMar>
            <w:vAlign w:val="center"/>
          </w:tcPr>
          <w:p w14:paraId="405F6F06" w14:textId="77777777" w:rsidR="003D05DA" w:rsidRDefault="003D05DA" w:rsidP="00426D0A">
            <w:pPr>
              <w:spacing w:after="0" w:line="259" w:lineRule="auto"/>
              <w:rPr>
                <w:rFonts w:hint="eastAsia"/>
              </w:rPr>
            </w:pPr>
            <w:r>
              <w:rPr>
                <w:b/>
                <w:color w:val="135DB4"/>
                <w:sz w:val="14"/>
              </w:rPr>
              <w:t>B.06.02</w:t>
            </w:r>
          </w:p>
        </w:tc>
        <w:tc>
          <w:tcPr>
            <w:tcW w:w="3699" w:type="dxa"/>
            <w:tcMar>
              <w:top w:w="75" w:type="dxa"/>
              <w:left w:w="85" w:type="dxa"/>
              <w:bottom w:w="70" w:type="dxa"/>
              <w:right w:w="85" w:type="dxa"/>
            </w:tcMar>
            <w:vAlign w:val="center"/>
          </w:tcPr>
          <w:p w14:paraId="28331006"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49FA7DA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29B3A12D"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AC11A9A" w14:textId="77777777" w:rsidTr="00426D0A">
        <w:trPr>
          <w:cantSplit/>
          <w:jc w:val="center"/>
        </w:trPr>
        <w:tc>
          <w:tcPr>
            <w:tcW w:w="1540" w:type="dxa"/>
            <w:shd w:val="clear" w:color="auto" w:fill="F0F6FC"/>
            <w:tcMar>
              <w:top w:w="75" w:type="dxa"/>
              <w:left w:w="85" w:type="dxa"/>
              <w:bottom w:w="70" w:type="dxa"/>
              <w:right w:w="85" w:type="dxa"/>
            </w:tcMar>
            <w:vAlign w:val="center"/>
          </w:tcPr>
          <w:p w14:paraId="50AC3205" w14:textId="77777777" w:rsidR="003D05DA" w:rsidRDefault="003D05DA" w:rsidP="00426D0A">
            <w:pPr>
              <w:spacing w:after="0" w:line="259" w:lineRule="auto"/>
              <w:rPr>
                <w:rFonts w:hint="eastAsia"/>
              </w:rPr>
            </w:pPr>
            <w:r>
              <w:rPr>
                <w:b/>
                <w:color w:val="135DB4"/>
                <w:sz w:val="14"/>
              </w:rPr>
              <w:t>B.06.15</w:t>
            </w:r>
          </w:p>
        </w:tc>
        <w:tc>
          <w:tcPr>
            <w:tcW w:w="3699" w:type="dxa"/>
            <w:shd w:val="clear" w:color="auto" w:fill="F0F6FC"/>
            <w:tcMar>
              <w:top w:w="75" w:type="dxa"/>
              <w:left w:w="85" w:type="dxa"/>
              <w:bottom w:w="70" w:type="dxa"/>
              <w:right w:w="85" w:type="dxa"/>
            </w:tcMar>
            <w:vAlign w:val="center"/>
          </w:tcPr>
          <w:p w14:paraId="7907C87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3AA1CD6D"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6C52ACEE"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110F3332" w14:textId="77777777" w:rsidTr="00426D0A">
        <w:trPr>
          <w:cantSplit/>
          <w:jc w:val="center"/>
        </w:trPr>
        <w:tc>
          <w:tcPr>
            <w:tcW w:w="1540" w:type="dxa"/>
            <w:tcMar>
              <w:top w:w="75" w:type="dxa"/>
              <w:left w:w="85" w:type="dxa"/>
              <w:bottom w:w="70" w:type="dxa"/>
              <w:right w:w="85" w:type="dxa"/>
            </w:tcMar>
            <w:vAlign w:val="center"/>
          </w:tcPr>
          <w:p w14:paraId="1D264E67" w14:textId="77777777" w:rsidR="003D05DA" w:rsidRDefault="003D05DA" w:rsidP="00426D0A">
            <w:pPr>
              <w:spacing w:after="0" w:line="259" w:lineRule="auto"/>
              <w:rPr>
                <w:rFonts w:hint="eastAsia"/>
              </w:rPr>
            </w:pPr>
            <w:r>
              <w:rPr>
                <w:b/>
                <w:color w:val="135DB4"/>
                <w:sz w:val="14"/>
              </w:rPr>
              <w:t>B.06.12</w:t>
            </w:r>
          </w:p>
        </w:tc>
        <w:tc>
          <w:tcPr>
            <w:tcW w:w="3699" w:type="dxa"/>
            <w:tcMar>
              <w:top w:w="75" w:type="dxa"/>
              <w:left w:w="85" w:type="dxa"/>
              <w:bottom w:w="70" w:type="dxa"/>
              <w:right w:w="85" w:type="dxa"/>
            </w:tcMar>
            <w:vAlign w:val="center"/>
          </w:tcPr>
          <w:p w14:paraId="619A91B1"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01D4300F"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4444737C"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5BCE69CE" w14:textId="77777777" w:rsidTr="00426D0A">
        <w:trPr>
          <w:cantSplit/>
          <w:jc w:val="center"/>
        </w:trPr>
        <w:tc>
          <w:tcPr>
            <w:tcW w:w="1540" w:type="dxa"/>
            <w:shd w:val="clear" w:color="auto" w:fill="F0F6FC"/>
            <w:tcMar>
              <w:top w:w="75" w:type="dxa"/>
              <w:left w:w="85" w:type="dxa"/>
              <w:bottom w:w="70" w:type="dxa"/>
              <w:right w:w="85" w:type="dxa"/>
            </w:tcMar>
            <w:vAlign w:val="center"/>
          </w:tcPr>
          <w:p w14:paraId="0F2BB2CC" w14:textId="77777777" w:rsidR="003D05DA" w:rsidRDefault="003D05DA" w:rsidP="00426D0A">
            <w:pPr>
              <w:spacing w:after="0" w:line="259" w:lineRule="auto"/>
              <w:rPr>
                <w:rFonts w:hint="eastAsia"/>
              </w:rPr>
            </w:pPr>
            <w:r>
              <w:rPr>
                <w:b/>
                <w:color w:val="135DB4"/>
                <w:sz w:val="14"/>
              </w:rPr>
              <w:t>B.06.16</w:t>
            </w:r>
          </w:p>
        </w:tc>
        <w:tc>
          <w:tcPr>
            <w:tcW w:w="3699" w:type="dxa"/>
            <w:shd w:val="clear" w:color="auto" w:fill="F0F6FC"/>
            <w:tcMar>
              <w:top w:w="75" w:type="dxa"/>
              <w:left w:w="85" w:type="dxa"/>
              <w:bottom w:w="70" w:type="dxa"/>
              <w:right w:w="85" w:type="dxa"/>
            </w:tcMar>
            <w:vAlign w:val="center"/>
          </w:tcPr>
          <w:p w14:paraId="1A770757"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6361562A"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283386FD"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0D2C8FAD" w14:textId="77777777" w:rsidTr="00426D0A">
        <w:trPr>
          <w:cantSplit/>
          <w:jc w:val="center"/>
        </w:trPr>
        <w:tc>
          <w:tcPr>
            <w:tcW w:w="1540" w:type="dxa"/>
            <w:tcMar>
              <w:top w:w="75" w:type="dxa"/>
              <w:left w:w="85" w:type="dxa"/>
              <w:bottom w:w="70" w:type="dxa"/>
              <w:right w:w="85" w:type="dxa"/>
            </w:tcMar>
            <w:vAlign w:val="center"/>
          </w:tcPr>
          <w:p w14:paraId="18BDF222" w14:textId="77777777" w:rsidR="003D05DA" w:rsidRDefault="003D05DA" w:rsidP="00426D0A">
            <w:pPr>
              <w:spacing w:after="0" w:line="259" w:lineRule="auto"/>
              <w:rPr>
                <w:rFonts w:hint="eastAsia"/>
              </w:rPr>
            </w:pPr>
            <w:r>
              <w:rPr>
                <w:b/>
                <w:color w:val="135DB4"/>
                <w:sz w:val="14"/>
              </w:rPr>
              <w:t>B.06.04</w:t>
            </w:r>
          </w:p>
        </w:tc>
        <w:tc>
          <w:tcPr>
            <w:tcW w:w="3699" w:type="dxa"/>
            <w:tcMar>
              <w:top w:w="75" w:type="dxa"/>
              <w:left w:w="85" w:type="dxa"/>
              <w:bottom w:w="70" w:type="dxa"/>
              <w:right w:w="85" w:type="dxa"/>
            </w:tcMar>
            <w:vAlign w:val="center"/>
          </w:tcPr>
          <w:p w14:paraId="49FEC437"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4DBA3EDB"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7D0A3F5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019093A1" w14:textId="77777777" w:rsidR="003D05DA" w:rsidRDefault="003D05DA" w:rsidP="003D05DA">
      <w:pPr>
        <w:spacing w:after="0"/>
        <w:rPr>
          <w:rFonts w:hint="eastAsia"/>
        </w:rPr>
      </w:pPr>
    </w:p>
    <w:p w14:paraId="227C284F" w14:textId="77777777" w:rsidR="003D05DA" w:rsidRDefault="003D05DA" w:rsidP="003D05DA">
      <w:pPr>
        <w:spacing w:after="180"/>
        <w:rPr>
          <w:rFonts w:hint="eastAsia"/>
        </w:rPr>
      </w:pPr>
    </w:p>
    <w:p w14:paraId="1023279C" w14:textId="77777777" w:rsidR="003D05DA" w:rsidRDefault="003D05DA" w:rsidP="003D05DA">
      <w:pPr>
        <w:pStyle w:val="NoteText"/>
        <w:rPr>
          <w:rFonts w:hint="eastAsia"/>
        </w:rPr>
      </w:pPr>
      <w:proofErr w:type="spellStart"/>
      <w:r>
        <w:t>Untuk</w:t>
      </w:r>
      <w:proofErr w:type="spellEnd"/>
      <w:r>
        <w:t xml:space="preserve"> </w:t>
      </w:r>
      <w:proofErr w:type="spellStart"/>
      <w:r>
        <w:t>pelatihan</w:t>
      </w:r>
      <w:proofErr w:type="spellEnd"/>
      <w:r>
        <w:t xml:space="preserve"> </w:t>
      </w:r>
      <w:proofErr w:type="spellStart"/>
      <w:r>
        <w:t>penilaian</w:t>
      </w:r>
      <w:proofErr w:type="spellEnd"/>
      <w:r>
        <w:t xml:space="preserve"> Smart Hospital, parameter </w:t>
      </w:r>
      <w:proofErr w:type="spellStart"/>
      <w:r>
        <w:t>teknis</w:t>
      </w:r>
      <w:proofErr w:type="spellEnd"/>
      <w:r>
        <w:t xml:space="preserve"> dan </w:t>
      </w:r>
      <w:proofErr w:type="spellStart"/>
      <w:r>
        <w:t>administrasi</w:t>
      </w:r>
      <w:proofErr w:type="spellEnd"/>
      <w:r>
        <w:t xml:space="preserve"> </w:t>
      </w:r>
      <w:proofErr w:type="spellStart"/>
      <w:r>
        <w:t>dibahas</w:t>
      </w:r>
      <w:proofErr w:type="spellEnd"/>
      <w:r>
        <w:t xml:space="preserve"> </w:t>
      </w:r>
      <w:proofErr w:type="spellStart"/>
      <w:r>
        <w:t>sesuai</w:t>
      </w:r>
      <w:proofErr w:type="spellEnd"/>
      <w:r>
        <w:t xml:space="preserve"> </w:t>
      </w:r>
      <w:proofErr w:type="spellStart"/>
      <w:r>
        <w:t>ruang</w:t>
      </w:r>
      <w:proofErr w:type="spellEnd"/>
      <w:r>
        <w:t xml:space="preserve"> </w:t>
      </w:r>
      <w:proofErr w:type="spellStart"/>
      <w:r>
        <w:t>lingkup</w:t>
      </w:r>
      <w:proofErr w:type="spellEnd"/>
      <w:r>
        <w:t xml:space="preserve"> SNI 9459:2026 yang </w:t>
      </w:r>
      <w:proofErr w:type="spellStart"/>
      <w:r>
        <w:t>relevan</w:t>
      </w:r>
      <w:proofErr w:type="spellEnd"/>
      <w:r>
        <w:t>.</w:t>
      </w:r>
    </w:p>
    <w:p w14:paraId="2FB34089" w14:textId="77777777" w:rsidR="003D05DA" w:rsidRDefault="003D05DA" w:rsidP="003D05DA">
      <w:pPr>
        <w:rPr>
          <w:rFonts w:hint="eastAsia"/>
        </w:rPr>
      </w:pPr>
      <w:r>
        <w:br w:type="page"/>
      </w:r>
    </w:p>
    <w:p w14:paraId="0ABF9416" w14:textId="77777777" w:rsidR="003D05DA" w:rsidRDefault="003D05DA" w:rsidP="003D05DA">
      <w:pPr>
        <w:pStyle w:val="SectionTag"/>
        <w:rPr>
          <w:rFonts w:hint="eastAsia"/>
        </w:rPr>
      </w:pPr>
      <w:r>
        <w:rPr>
          <w:b w:val="0"/>
        </w:rPr>
        <w:lastRenderedPageBreak/>
        <w:t>9 / KATALOG B - SMART HOSPITAL</w:t>
      </w:r>
    </w:p>
    <w:p w14:paraId="72A0D6AF" w14:textId="77777777" w:rsidR="003D05DA" w:rsidRDefault="003D05DA" w:rsidP="003D05DA">
      <w:pPr>
        <w:pStyle w:val="MainTitle"/>
        <w:rPr>
          <w:rFonts w:hint="eastAsia"/>
        </w:rPr>
      </w:pPr>
      <w:r>
        <w:rPr>
          <w:b w:val="0"/>
        </w:rPr>
        <w:t>B.07-B.08 | Smart Hospital</w:t>
      </w:r>
    </w:p>
    <w:p w14:paraId="1F58F319"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3272B729" w14:textId="77777777" w:rsidR="003D05DA" w:rsidRDefault="003D05DA" w:rsidP="003D05DA">
      <w:pPr>
        <w:pStyle w:val="SectionTitle"/>
        <w:rPr>
          <w:rFonts w:hint="eastAsia"/>
        </w:rPr>
      </w:pPr>
      <w:r>
        <w:rPr>
          <w:b w:val="0"/>
        </w:rPr>
        <w:t xml:space="preserve">B.07 </w:t>
      </w:r>
      <w:proofErr w:type="spellStart"/>
      <w:r>
        <w:rPr>
          <w:b w:val="0"/>
        </w:rPr>
        <w:t>Penilaian</w:t>
      </w:r>
      <w:proofErr w:type="spellEnd"/>
    </w:p>
    <w:p w14:paraId="75E978C2" w14:textId="77777777" w:rsidR="003D05DA" w:rsidRDefault="003D05DA" w:rsidP="003D05DA">
      <w:pPr>
        <w:pStyle w:val="NoteText"/>
        <w:rPr>
          <w:rFonts w:hint="eastAsia"/>
        </w:rPr>
      </w:pPr>
      <w:proofErr w:type="spellStart"/>
      <w:r>
        <w:rPr>
          <w:b/>
        </w:rPr>
        <w:t>Subtopik</w:t>
      </w:r>
      <w:proofErr w:type="spellEnd"/>
      <w:r>
        <w:rPr>
          <w:b/>
        </w:rPr>
        <w:t>:</w:t>
      </w:r>
      <w:r>
        <w:t xml:space="preserve"> Audit </w:t>
      </w:r>
      <w:proofErr w:type="spellStart"/>
      <w:r>
        <w:t>kesiapan</w:t>
      </w:r>
      <w:proofErr w:type="spellEnd"/>
      <w:r>
        <w:t xml:space="preserve">, </w:t>
      </w:r>
      <w:proofErr w:type="spellStart"/>
      <w:r>
        <w:t>asesmen</w:t>
      </w:r>
      <w:proofErr w:type="spellEnd"/>
      <w:r>
        <w:t xml:space="preserve"> </w:t>
      </w:r>
      <w:proofErr w:type="spellStart"/>
      <w:r>
        <w:t>kesenjangan</w:t>
      </w:r>
      <w:proofErr w:type="spellEnd"/>
      <w:r>
        <w:t xml:space="preserve"> dan </w:t>
      </w:r>
      <w:proofErr w:type="spellStart"/>
      <w:r>
        <w:t>indikator</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4BCAA278"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18CA94A7"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2EB58CFB"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05EE4983"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2186CF47"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1E550DAB" w14:textId="77777777" w:rsidTr="00426D0A">
        <w:trPr>
          <w:cantSplit/>
          <w:jc w:val="center"/>
        </w:trPr>
        <w:tc>
          <w:tcPr>
            <w:tcW w:w="1540" w:type="dxa"/>
            <w:tcMar>
              <w:top w:w="75" w:type="dxa"/>
              <w:left w:w="85" w:type="dxa"/>
              <w:bottom w:w="70" w:type="dxa"/>
              <w:right w:w="85" w:type="dxa"/>
            </w:tcMar>
            <w:vAlign w:val="center"/>
          </w:tcPr>
          <w:p w14:paraId="37C7C0F8" w14:textId="77777777" w:rsidR="003D05DA" w:rsidRDefault="003D05DA" w:rsidP="00426D0A">
            <w:pPr>
              <w:spacing w:after="0" w:line="259" w:lineRule="auto"/>
              <w:rPr>
                <w:rFonts w:hint="eastAsia"/>
              </w:rPr>
            </w:pPr>
            <w:r>
              <w:rPr>
                <w:b/>
                <w:color w:val="135DB4"/>
                <w:sz w:val="14"/>
              </w:rPr>
              <w:t>B.07.02</w:t>
            </w:r>
          </w:p>
        </w:tc>
        <w:tc>
          <w:tcPr>
            <w:tcW w:w="3699" w:type="dxa"/>
            <w:tcMar>
              <w:top w:w="75" w:type="dxa"/>
              <w:left w:w="85" w:type="dxa"/>
              <w:bottom w:w="70" w:type="dxa"/>
              <w:right w:w="85" w:type="dxa"/>
            </w:tcMar>
            <w:vAlign w:val="center"/>
          </w:tcPr>
          <w:p w14:paraId="0542A8BD"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69500870"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3E60B037"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15BC8CDE" w14:textId="77777777" w:rsidTr="00426D0A">
        <w:trPr>
          <w:cantSplit/>
          <w:jc w:val="center"/>
        </w:trPr>
        <w:tc>
          <w:tcPr>
            <w:tcW w:w="1540" w:type="dxa"/>
            <w:shd w:val="clear" w:color="auto" w:fill="F0F6FC"/>
            <w:tcMar>
              <w:top w:w="75" w:type="dxa"/>
              <w:left w:w="85" w:type="dxa"/>
              <w:bottom w:w="70" w:type="dxa"/>
              <w:right w:w="85" w:type="dxa"/>
            </w:tcMar>
            <w:vAlign w:val="center"/>
          </w:tcPr>
          <w:p w14:paraId="3FFA0AE0" w14:textId="77777777" w:rsidR="003D05DA" w:rsidRDefault="003D05DA" w:rsidP="00426D0A">
            <w:pPr>
              <w:spacing w:after="0" w:line="259" w:lineRule="auto"/>
              <w:rPr>
                <w:rFonts w:hint="eastAsia"/>
              </w:rPr>
            </w:pPr>
            <w:r>
              <w:rPr>
                <w:b/>
                <w:color w:val="135DB4"/>
                <w:sz w:val="14"/>
              </w:rPr>
              <w:t>B.07.15</w:t>
            </w:r>
          </w:p>
        </w:tc>
        <w:tc>
          <w:tcPr>
            <w:tcW w:w="3699" w:type="dxa"/>
            <w:shd w:val="clear" w:color="auto" w:fill="F0F6FC"/>
            <w:tcMar>
              <w:top w:w="75" w:type="dxa"/>
              <w:left w:w="85" w:type="dxa"/>
              <w:bottom w:w="70" w:type="dxa"/>
              <w:right w:w="85" w:type="dxa"/>
            </w:tcMar>
            <w:vAlign w:val="center"/>
          </w:tcPr>
          <w:p w14:paraId="767FFE3A"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2748E285"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3226CE13"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2E6E74C2" w14:textId="77777777" w:rsidTr="00426D0A">
        <w:trPr>
          <w:cantSplit/>
          <w:jc w:val="center"/>
        </w:trPr>
        <w:tc>
          <w:tcPr>
            <w:tcW w:w="1540" w:type="dxa"/>
            <w:tcMar>
              <w:top w:w="75" w:type="dxa"/>
              <w:left w:w="85" w:type="dxa"/>
              <w:bottom w:w="70" w:type="dxa"/>
              <w:right w:w="85" w:type="dxa"/>
            </w:tcMar>
            <w:vAlign w:val="center"/>
          </w:tcPr>
          <w:p w14:paraId="7D74CB94" w14:textId="77777777" w:rsidR="003D05DA" w:rsidRDefault="003D05DA" w:rsidP="00426D0A">
            <w:pPr>
              <w:spacing w:after="0" w:line="259" w:lineRule="auto"/>
              <w:rPr>
                <w:rFonts w:hint="eastAsia"/>
              </w:rPr>
            </w:pPr>
            <w:r>
              <w:rPr>
                <w:b/>
                <w:color w:val="135DB4"/>
                <w:sz w:val="14"/>
              </w:rPr>
              <w:t>B.07.12</w:t>
            </w:r>
          </w:p>
        </w:tc>
        <w:tc>
          <w:tcPr>
            <w:tcW w:w="3699" w:type="dxa"/>
            <w:tcMar>
              <w:top w:w="75" w:type="dxa"/>
              <w:left w:w="85" w:type="dxa"/>
              <w:bottom w:w="70" w:type="dxa"/>
              <w:right w:w="85" w:type="dxa"/>
            </w:tcMar>
            <w:vAlign w:val="center"/>
          </w:tcPr>
          <w:p w14:paraId="04B2F00B"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5FAF9276"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6D92A91B"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323CB179" w14:textId="77777777" w:rsidTr="00426D0A">
        <w:trPr>
          <w:cantSplit/>
          <w:jc w:val="center"/>
        </w:trPr>
        <w:tc>
          <w:tcPr>
            <w:tcW w:w="1540" w:type="dxa"/>
            <w:shd w:val="clear" w:color="auto" w:fill="F0F6FC"/>
            <w:tcMar>
              <w:top w:w="75" w:type="dxa"/>
              <w:left w:w="85" w:type="dxa"/>
              <w:bottom w:w="70" w:type="dxa"/>
              <w:right w:w="85" w:type="dxa"/>
            </w:tcMar>
            <w:vAlign w:val="center"/>
          </w:tcPr>
          <w:p w14:paraId="5E820B5E" w14:textId="77777777" w:rsidR="003D05DA" w:rsidRDefault="003D05DA" w:rsidP="00426D0A">
            <w:pPr>
              <w:spacing w:after="0" w:line="259" w:lineRule="auto"/>
              <w:rPr>
                <w:rFonts w:hint="eastAsia"/>
              </w:rPr>
            </w:pPr>
            <w:r>
              <w:rPr>
                <w:b/>
                <w:color w:val="135DB4"/>
                <w:sz w:val="14"/>
              </w:rPr>
              <w:t>B.07.16</w:t>
            </w:r>
          </w:p>
        </w:tc>
        <w:tc>
          <w:tcPr>
            <w:tcW w:w="3699" w:type="dxa"/>
            <w:shd w:val="clear" w:color="auto" w:fill="F0F6FC"/>
            <w:tcMar>
              <w:top w:w="75" w:type="dxa"/>
              <w:left w:w="85" w:type="dxa"/>
              <w:bottom w:w="70" w:type="dxa"/>
              <w:right w:w="85" w:type="dxa"/>
            </w:tcMar>
            <w:vAlign w:val="center"/>
          </w:tcPr>
          <w:p w14:paraId="3DFB0DA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6346DCB0"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308D27CD"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47E0ACD9" w14:textId="77777777" w:rsidTr="00426D0A">
        <w:trPr>
          <w:cantSplit/>
          <w:jc w:val="center"/>
        </w:trPr>
        <w:tc>
          <w:tcPr>
            <w:tcW w:w="1540" w:type="dxa"/>
            <w:tcMar>
              <w:top w:w="75" w:type="dxa"/>
              <w:left w:w="85" w:type="dxa"/>
              <w:bottom w:w="70" w:type="dxa"/>
              <w:right w:w="85" w:type="dxa"/>
            </w:tcMar>
            <w:vAlign w:val="center"/>
          </w:tcPr>
          <w:p w14:paraId="5D714C2B" w14:textId="77777777" w:rsidR="003D05DA" w:rsidRDefault="003D05DA" w:rsidP="00426D0A">
            <w:pPr>
              <w:spacing w:after="0" w:line="259" w:lineRule="auto"/>
              <w:rPr>
                <w:rFonts w:hint="eastAsia"/>
              </w:rPr>
            </w:pPr>
            <w:r>
              <w:rPr>
                <w:b/>
                <w:color w:val="135DB4"/>
                <w:sz w:val="14"/>
              </w:rPr>
              <w:t>B.07.04</w:t>
            </w:r>
          </w:p>
        </w:tc>
        <w:tc>
          <w:tcPr>
            <w:tcW w:w="3699" w:type="dxa"/>
            <w:tcMar>
              <w:top w:w="75" w:type="dxa"/>
              <w:left w:w="85" w:type="dxa"/>
              <w:bottom w:w="70" w:type="dxa"/>
              <w:right w:w="85" w:type="dxa"/>
            </w:tcMar>
            <w:vAlign w:val="center"/>
          </w:tcPr>
          <w:p w14:paraId="5E83E5F6"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0519EE21"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4ED120B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1153ECA8" w14:textId="77777777" w:rsidR="003D05DA" w:rsidRDefault="003D05DA" w:rsidP="003D05DA">
      <w:pPr>
        <w:spacing w:after="0"/>
        <w:rPr>
          <w:rFonts w:hint="eastAsia"/>
        </w:rPr>
      </w:pPr>
    </w:p>
    <w:p w14:paraId="5BAAAB1E" w14:textId="77777777" w:rsidR="003D05DA" w:rsidRDefault="003D05DA" w:rsidP="003D05DA">
      <w:pPr>
        <w:spacing w:after="180"/>
        <w:rPr>
          <w:rFonts w:hint="eastAsia"/>
        </w:rPr>
      </w:pPr>
    </w:p>
    <w:p w14:paraId="3D737FAE" w14:textId="77777777" w:rsidR="003D05DA" w:rsidRDefault="003D05DA" w:rsidP="003D05DA">
      <w:pPr>
        <w:pStyle w:val="SectionTitle"/>
        <w:rPr>
          <w:rFonts w:hint="eastAsia"/>
        </w:rPr>
      </w:pPr>
      <w:r>
        <w:rPr>
          <w:b w:val="0"/>
        </w:rPr>
        <w:t xml:space="preserve">B.08 </w:t>
      </w:r>
      <w:proofErr w:type="spellStart"/>
      <w:r>
        <w:rPr>
          <w:b w:val="0"/>
        </w:rPr>
        <w:t>Pemanfaatan</w:t>
      </w:r>
      <w:proofErr w:type="spellEnd"/>
    </w:p>
    <w:p w14:paraId="12F611A0"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Operasi</w:t>
      </w:r>
      <w:proofErr w:type="spellEnd"/>
      <w:r>
        <w:t xml:space="preserve">, </w:t>
      </w:r>
      <w:proofErr w:type="spellStart"/>
      <w:r>
        <w:t>produktivitas</w:t>
      </w:r>
      <w:proofErr w:type="spellEnd"/>
      <w:r>
        <w:t xml:space="preserve">, </w:t>
      </w:r>
      <w:proofErr w:type="spellStart"/>
      <w:r>
        <w:t>pemanfaatan</w:t>
      </w:r>
      <w:proofErr w:type="spellEnd"/>
      <w:r>
        <w:t xml:space="preserve"> </w:t>
      </w:r>
      <w:proofErr w:type="spellStart"/>
      <w:r>
        <w:t>aset</w:t>
      </w:r>
      <w:proofErr w:type="spellEnd"/>
      <w:r>
        <w:t xml:space="preserve"> dan </w:t>
      </w:r>
      <w:proofErr w:type="spellStart"/>
      <w:r>
        <w:t>layanan</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452BDA13"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050EF1AF"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295A6FC9"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0D7F481E"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66FE4F0F"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3EBA844C" w14:textId="77777777" w:rsidTr="00426D0A">
        <w:trPr>
          <w:cantSplit/>
          <w:jc w:val="center"/>
        </w:trPr>
        <w:tc>
          <w:tcPr>
            <w:tcW w:w="1540" w:type="dxa"/>
            <w:tcMar>
              <w:top w:w="75" w:type="dxa"/>
              <w:left w:w="85" w:type="dxa"/>
              <w:bottom w:w="70" w:type="dxa"/>
              <w:right w:w="85" w:type="dxa"/>
            </w:tcMar>
            <w:vAlign w:val="center"/>
          </w:tcPr>
          <w:p w14:paraId="3E59ECC2" w14:textId="77777777" w:rsidR="003D05DA" w:rsidRDefault="003D05DA" w:rsidP="00426D0A">
            <w:pPr>
              <w:spacing w:after="0" w:line="259" w:lineRule="auto"/>
              <w:rPr>
                <w:rFonts w:hint="eastAsia"/>
              </w:rPr>
            </w:pPr>
            <w:r>
              <w:rPr>
                <w:b/>
                <w:color w:val="135DB4"/>
                <w:sz w:val="14"/>
              </w:rPr>
              <w:t>B.08.02</w:t>
            </w:r>
          </w:p>
        </w:tc>
        <w:tc>
          <w:tcPr>
            <w:tcW w:w="3699" w:type="dxa"/>
            <w:tcMar>
              <w:top w:w="75" w:type="dxa"/>
              <w:left w:w="85" w:type="dxa"/>
              <w:bottom w:w="70" w:type="dxa"/>
              <w:right w:w="85" w:type="dxa"/>
            </w:tcMar>
            <w:vAlign w:val="center"/>
          </w:tcPr>
          <w:p w14:paraId="1ADCB0DC"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1F79AE5B"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1A22A902"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2D5F2C31" w14:textId="77777777" w:rsidTr="00426D0A">
        <w:trPr>
          <w:cantSplit/>
          <w:jc w:val="center"/>
        </w:trPr>
        <w:tc>
          <w:tcPr>
            <w:tcW w:w="1540" w:type="dxa"/>
            <w:shd w:val="clear" w:color="auto" w:fill="F0F6FC"/>
            <w:tcMar>
              <w:top w:w="75" w:type="dxa"/>
              <w:left w:w="85" w:type="dxa"/>
              <w:bottom w:w="70" w:type="dxa"/>
              <w:right w:w="85" w:type="dxa"/>
            </w:tcMar>
            <w:vAlign w:val="center"/>
          </w:tcPr>
          <w:p w14:paraId="147237E5" w14:textId="77777777" w:rsidR="003D05DA" w:rsidRDefault="003D05DA" w:rsidP="00426D0A">
            <w:pPr>
              <w:spacing w:after="0" w:line="259" w:lineRule="auto"/>
              <w:rPr>
                <w:rFonts w:hint="eastAsia"/>
              </w:rPr>
            </w:pPr>
            <w:r>
              <w:rPr>
                <w:b/>
                <w:color w:val="135DB4"/>
                <w:sz w:val="14"/>
              </w:rPr>
              <w:t>B.08.15</w:t>
            </w:r>
          </w:p>
        </w:tc>
        <w:tc>
          <w:tcPr>
            <w:tcW w:w="3699" w:type="dxa"/>
            <w:shd w:val="clear" w:color="auto" w:fill="F0F6FC"/>
            <w:tcMar>
              <w:top w:w="75" w:type="dxa"/>
              <w:left w:w="85" w:type="dxa"/>
              <w:bottom w:w="70" w:type="dxa"/>
              <w:right w:w="85" w:type="dxa"/>
            </w:tcMar>
            <w:vAlign w:val="center"/>
          </w:tcPr>
          <w:p w14:paraId="7CD70F5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6173D9C3"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3475FC5C"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4F5932DE" w14:textId="77777777" w:rsidTr="00426D0A">
        <w:trPr>
          <w:cantSplit/>
          <w:jc w:val="center"/>
        </w:trPr>
        <w:tc>
          <w:tcPr>
            <w:tcW w:w="1540" w:type="dxa"/>
            <w:tcMar>
              <w:top w:w="75" w:type="dxa"/>
              <w:left w:w="85" w:type="dxa"/>
              <w:bottom w:w="70" w:type="dxa"/>
              <w:right w:w="85" w:type="dxa"/>
            </w:tcMar>
            <w:vAlign w:val="center"/>
          </w:tcPr>
          <w:p w14:paraId="372F1451" w14:textId="77777777" w:rsidR="003D05DA" w:rsidRDefault="003D05DA" w:rsidP="00426D0A">
            <w:pPr>
              <w:spacing w:after="0" w:line="259" w:lineRule="auto"/>
              <w:rPr>
                <w:rFonts w:hint="eastAsia"/>
              </w:rPr>
            </w:pPr>
            <w:r>
              <w:rPr>
                <w:b/>
                <w:color w:val="135DB4"/>
                <w:sz w:val="14"/>
              </w:rPr>
              <w:t>B.08.12</w:t>
            </w:r>
          </w:p>
        </w:tc>
        <w:tc>
          <w:tcPr>
            <w:tcW w:w="3699" w:type="dxa"/>
            <w:tcMar>
              <w:top w:w="75" w:type="dxa"/>
              <w:left w:w="85" w:type="dxa"/>
              <w:bottom w:w="70" w:type="dxa"/>
              <w:right w:w="85" w:type="dxa"/>
            </w:tcMar>
            <w:vAlign w:val="center"/>
          </w:tcPr>
          <w:p w14:paraId="242B29F7"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26F5A799"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392B5B45"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00190525" w14:textId="77777777" w:rsidTr="00426D0A">
        <w:trPr>
          <w:cantSplit/>
          <w:jc w:val="center"/>
        </w:trPr>
        <w:tc>
          <w:tcPr>
            <w:tcW w:w="1540" w:type="dxa"/>
            <w:shd w:val="clear" w:color="auto" w:fill="F0F6FC"/>
            <w:tcMar>
              <w:top w:w="75" w:type="dxa"/>
              <w:left w:w="85" w:type="dxa"/>
              <w:bottom w:w="70" w:type="dxa"/>
              <w:right w:w="85" w:type="dxa"/>
            </w:tcMar>
            <w:vAlign w:val="center"/>
          </w:tcPr>
          <w:p w14:paraId="2C014F75" w14:textId="77777777" w:rsidR="003D05DA" w:rsidRDefault="003D05DA" w:rsidP="00426D0A">
            <w:pPr>
              <w:spacing w:after="0" w:line="259" w:lineRule="auto"/>
              <w:rPr>
                <w:rFonts w:hint="eastAsia"/>
              </w:rPr>
            </w:pPr>
            <w:r>
              <w:rPr>
                <w:b/>
                <w:color w:val="135DB4"/>
                <w:sz w:val="14"/>
              </w:rPr>
              <w:t>B.08.16</w:t>
            </w:r>
          </w:p>
        </w:tc>
        <w:tc>
          <w:tcPr>
            <w:tcW w:w="3699" w:type="dxa"/>
            <w:shd w:val="clear" w:color="auto" w:fill="F0F6FC"/>
            <w:tcMar>
              <w:top w:w="75" w:type="dxa"/>
              <w:left w:w="85" w:type="dxa"/>
              <w:bottom w:w="70" w:type="dxa"/>
              <w:right w:w="85" w:type="dxa"/>
            </w:tcMar>
            <w:vAlign w:val="center"/>
          </w:tcPr>
          <w:p w14:paraId="4952090E"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6B3237D9"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009570E7"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4FD24147" w14:textId="77777777" w:rsidTr="00426D0A">
        <w:trPr>
          <w:cantSplit/>
          <w:jc w:val="center"/>
        </w:trPr>
        <w:tc>
          <w:tcPr>
            <w:tcW w:w="1540" w:type="dxa"/>
            <w:tcMar>
              <w:top w:w="75" w:type="dxa"/>
              <w:left w:w="85" w:type="dxa"/>
              <w:bottom w:w="70" w:type="dxa"/>
              <w:right w:w="85" w:type="dxa"/>
            </w:tcMar>
            <w:vAlign w:val="center"/>
          </w:tcPr>
          <w:p w14:paraId="5AE70AE6" w14:textId="77777777" w:rsidR="003D05DA" w:rsidRDefault="003D05DA" w:rsidP="00426D0A">
            <w:pPr>
              <w:spacing w:after="0" w:line="259" w:lineRule="auto"/>
              <w:rPr>
                <w:rFonts w:hint="eastAsia"/>
              </w:rPr>
            </w:pPr>
            <w:r>
              <w:rPr>
                <w:b/>
                <w:color w:val="135DB4"/>
                <w:sz w:val="14"/>
              </w:rPr>
              <w:t>B.08.04</w:t>
            </w:r>
          </w:p>
        </w:tc>
        <w:tc>
          <w:tcPr>
            <w:tcW w:w="3699" w:type="dxa"/>
            <w:tcMar>
              <w:top w:w="75" w:type="dxa"/>
              <w:left w:w="85" w:type="dxa"/>
              <w:bottom w:w="70" w:type="dxa"/>
              <w:right w:w="85" w:type="dxa"/>
            </w:tcMar>
            <w:vAlign w:val="center"/>
          </w:tcPr>
          <w:p w14:paraId="6C99F034"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68A0FBFD"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02F017EB"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501F0F65" w14:textId="77777777" w:rsidR="003D05DA" w:rsidRDefault="003D05DA" w:rsidP="003D05DA">
      <w:pPr>
        <w:spacing w:after="0"/>
        <w:rPr>
          <w:rFonts w:hint="eastAsia"/>
        </w:rPr>
      </w:pPr>
    </w:p>
    <w:p w14:paraId="529E74ED" w14:textId="77777777" w:rsidR="003D05DA" w:rsidRDefault="003D05DA" w:rsidP="003D05DA">
      <w:pPr>
        <w:spacing w:after="180"/>
        <w:rPr>
          <w:rFonts w:hint="eastAsia"/>
        </w:rPr>
      </w:pPr>
    </w:p>
    <w:p w14:paraId="23F87CC5" w14:textId="77777777" w:rsidR="003D05DA" w:rsidRDefault="003D05DA" w:rsidP="003D05DA">
      <w:pPr>
        <w:pStyle w:val="NoteText"/>
        <w:rPr>
          <w:rFonts w:hint="eastAsia"/>
        </w:rPr>
      </w:pPr>
      <w:proofErr w:type="spellStart"/>
      <w:r>
        <w:t>Untuk</w:t>
      </w:r>
      <w:proofErr w:type="spellEnd"/>
      <w:r>
        <w:t xml:space="preserve"> </w:t>
      </w:r>
      <w:proofErr w:type="spellStart"/>
      <w:r>
        <w:t>pelatihan</w:t>
      </w:r>
      <w:proofErr w:type="spellEnd"/>
      <w:r>
        <w:t xml:space="preserve"> </w:t>
      </w:r>
      <w:proofErr w:type="spellStart"/>
      <w:r>
        <w:t>penilaian</w:t>
      </w:r>
      <w:proofErr w:type="spellEnd"/>
      <w:r>
        <w:t xml:space="preserve"> Smart Hospital, parameter </w:t>
      </w:r>
      <w:proofErr w:type="spellStart"/>
      <w:r>
        <w:t>teknis</w:t>
      </w:r>
      <w:proofErr w:type="spellEnd"/>
      <w:r>
        <w:t xml:space="preserve"> dan </w:t>
      </w:r>
      <w:proofErr w:type="spellStart"/>
      <w:r>
        <w:t>administrasi</w:t>
      </w:r>
      <w:proofErr w:type="spellEnd"/>
      <w:r>
        <w:t xml:space="preserve"> </w:t>
      </w:r>
      <w:proofErr w:type="spellStart"/>
      <w:r>
        <w:t>dibahas</w:t>
      </w:r>
      <w:proofErr w:type="spellEnd"/>
      <w:r>
        <w:t xml:space="preserve"> </w:t>
      </w:r>
      <w:proofErr w:type="spellStart"/>
      <w:r>
        <w:t>sesuai</w:t>
      </w:r>
      <w:proofErr w:type="spellEnd"/>
      <w:r>
        <w:t xml:space="preserve"> </w:t>
      </w:r>
      <w:proofErr w:type="spellStart"/>
      <w:r>
        <w:t>ruang</w:t>
      </w:r>
      <w:proofErr w:type="spellEnd"/>
      <w:r>
        <w:t xml:space="preserve"> </w:t>
      </w:r>
      <w:proofErr w:type="spellStart"/>
      <w:r>
        <w:t>lingkup</w:t>
      </w:r>
      <w:proofErr w:type="spellEnd"/>
      <w:r>
        <w:t xml:space="preserve"> SNI 9459:2026 yang </w:t>
      </w:r>
      <w:proofErr w:type="spellStart"/>
      <w:r>
        <w:t>relevan</w:t>
      </w:r>
      <w:proofErr w:type="spellEnd"/>
      <w:r>
        <w:t>.</w:t>
      </w:r>
    </w:p>
    <w:p w14:paraId="0ED74EC9" w14:textId="77777777" w:rsidR="003D05DA" w:rsidRDefault="003D05DA" w:rsidP="003D05DA">
      <w:pPr>
        <w:rPr>
          <w:rFonts w:hint="eastAsia"/>
        </w:rPr>
      </w:pPr>
      <w:r>
        <w:br w:type="page"/>
      </w:r>
    </w:p>
    <w:p w14:paraId="74F637DA" w14:textId="77777777" w:rsidR="003D05DA" w:rsidRDefault="003D05DA" w:rsidP="003D05DA">
      <w:pPr>
        <w:pStyle w:val="SectionTag"/>
        <w:rPr>
          <w:rFonts w:hint="eastAsia"/>
        </w:rPr>
      </w:pPr>
      <w:r>
        <w:rPr>
          <w:b w:val="0"/>
        </w:rPr>
        <w:lastRenderedPageBreak/>
        <w:t>9 / KATALOG B - SMART HOSPITAL</w:t>
      </w:r>
    </w:p>
    <w:p w14:paraId="24C9A74C" w14:textId="77777777" w:rsidR="003D05DA" w:rsidRDefault="003D05DA" w:rsidP="003D05DA">
      <w:pPr>
        <w:pStyle w:val="MainTitle"/>
        <w:rPr>
          <w:rFonts w:hint="eastAsia"/>
        </w:rPr>
      </w:pPr>
      <w:r>
        <w:rPr>
          <w:b w:val="0"/>
        </w:rPr>
        <w:t>B.09-B.10 | Smart Hospital</w:t>
      </w:r>
    </w:p>
    <w:p w14:paraId="6723E73F"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676B5784" w14:textId="77777777" w:rsidR="003D05DA" w:rsidRDefault="003D05DA" w:rsidP="003D05DA">
      <w:pPr>
        <w:pStyle w:val="SectionTitle"/>
        <w:rPr>
          <w:rFonts w:hint="eastAsia"/>
        </w:rPr>
      </w:pPr>
      <w:r>
        <w:rPr>
          <w:b w:val="0"/>
        </w:rPr>
        <w:t xml:space="preserve">B.09 </w:t>
      </w:r>
      <w:proofErr w:type="spellStart"/>
      <w:r>
        <w:rPr>
          <w:b w:val="0"/>
        </w:rPr>
        <w:t>Pengelolaan</w:t>
      </w:r>
      <w:proofErr w:type="spellEnd"/>
    </w:p>
    <w:p w14:paraId="1C0957EB" w14:textId="77777777" w:rsidR="003D05DA" w:rsidRDefault="003D05DA" w:rsidP="003D05DA">
      <w:pPr>
        <w:pStyle w:val="NoteText"/>
        <w:rPr>
          <w:rFonts w:hint="eastAsia"/>
        </w:rPr>
      </w:pPr>
      <w:proofErr w:type="spellStart"/>
      <w:r>
        <w:rPr>
          <w:b/>
        </w:rPr>
        <w:t>Subtopik</w:t>
      </w:r>
      <w:proofErr w:type="spellEnd"/>
      <w:r>
        <w:rPr>
          <w:b/>
        </w:rPr>
        <w:t>:</w:t>
      </w:r>
      <w:r>
        <w:t xml:space="preserve"> Tata </w:t>
      </w:r>
      <w:proofErr w:type="spellStart"/>
      <w:r>
        <w:t>kelola</w:t>
      </w:r>
      <w:proofErr w:type="spellEnd"/>
      <w:r>
        <w:t xml:space="preserve">, SOP, SDM, </w:t>
      </w:r>
      <w:proofErr w:type="spellStart"/>
      <w:r>
        <w:t>risiko</w:t>
      </w:r>
      <w:proofErr w:type="spellEnd"/>
      <w:r>
        <w:t xml:space="preserve"> dan </w:t>
      </w:r>
      <w:proofErr w:type="spellStart"/>
      <w:r>
        <w:t>pengukuran</w:t>
      </w:r>
      <w:proofErr w:type="spellEnd"/>
      <w:r>
        <w:t xml:space="preserve"> </w:t>
      </w:r>
      <w:proofErr w:type="spellStart"/>
      <w:r>
        <w:t>kinerja</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5828ACCF"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2D7E9A9A"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6CFDE3AE"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63146CF7"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21A52928"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3B6F47A2" w14:textId="77777777" w:rsidTr="00426D0A">
        <w:trPr>
          <w:cantSplit/>
          <w:jc w:val="center"/>
        </w:trPr>
        <w:tc>
          <w:tcPr>
            <w:tcW w:w="1540" w:type="dxa"/>
            <w:tcMar>
              <w:top w:w="75" w:type="dxa"/>
              <w:left w:w="85" w:type="dxa"/>
              <w:bottom w:w="70" w:type="dxa"/>
              <w:right w:w="85" w:type="dxa"/>
            </w:tcMar>
            <w:vAlign w:val="center"/>
          </w:tcPr>
          <w:p w14:paraId="2B7A73C4" w14:textId="77777777" w:rsidR="003D05DA" w:rsidRDefault="003D05DA" w:rsidP="00426D0A">
            <w:pPr>
              <w:spacing w:after="0" w:line="259" w:lineRule="auto"/>
              <w:rPr>
                <w:rFonts w:hint="eastAsia"/>
              </w:rPr>
            </w:pPr>
            <w:r>
              <w:rPr>
                <w:b/>
                <w:color w:val="135DB4"/>
                <w:sz w:val="14"/>
              </w:rPr>
              <w:t>B.09.02</w:t>
            </w:r>
          </w:p>
        </w:tc>
        <w:tc>
          <w:tcPr>
            <w:tcW w:w="3699" w:type="dxa"/>
            <w:tcMar>
              <w:top w:w="75" w:type="dxa"/>
              <w:left w:w="85" w:type="dxa"/>
              <w:bottom w:w="70" w:type="dxa"/>
              <w:right w:w="85" w:type="dxa"/>
            </w:tcMar>
            <w:vAlign w:val="center"/>
          </w:tcPr>
          <w:p w14:paraId="13B7F5A1"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1356E9A6"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084E35B6"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332E4D72" w14:textId="77777777" w:rsidTr="00426D0A">
        <w:trPr>
          <w:cantSplit/>
          <w:jc w:val="center"/>
        </w:trPr>
        <w:tc>
          <w:tcPr>
            <w:tcW w:w="1540" w:type="dxa"/>
            <w:shd w:val="clear" w:color="auto" w:fill="F0F6FC"/>
            <w:tcMar>
              <w:top w:w="75" w:type="dxa"/>
              <w:left w:w="85" w:type="dxa"/>
              <w:bottom w:w="70" w:type="dxa"/>
              <w:right w:w="85" w:type="dxa"/>
            </w:tcMar>
            <w:vAlign w:val="center"/>
          </w:tcPr>
          <w:p w14:paraId="371BD464" w14:textId="77777777" w:rsidR="003D05DA" w:rsidRDefault="003D05DA" w:rsidP="00426D0A">
            <w:pPr>
              <w:spacing w:after="0" w:line="259" w:lineRule="auto"/>
              <w:rPr>
                <w:rFonts w:hint="eastAsia"/>
              </w:rPr>
            </w:pPr>
            <w:r>
              <w:rPr>
                <w:b/>
                <w:color w:val="135DB4"/>
                <w:sz w:val="14"/>
              </w:rPr>
              <w:t>B.09.15</w:t>
            </w:r>
          </w:p>
        </w:tc>
        <w:tc>
          <w:tcPr>
            <w:tcW w:w="3699" w:type="dxa"/>
            <w:shd w:val="clear" w:color="auto" w:fill="F0F6FC"/>
            <w:tcMar>
              <w:top w:w="75" w:type="dxa"/>
              <w:left w:w="85" w:type="dxa"/>
              <w:bottom w:w="70" w:type="dxa"/>
              <w:right w:w="85" w:type="dxa"/>
            </w:tcMar>
            <w:vAlign w:val="center"/>
          </w:tcPr>
          <w:p w14:paraId="41AFBF31"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0E46A3DB"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4708AEFF"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69071A3F" w14:textId="77777777" w:rsidTr="00426D0A">
        <w:trPr>
          <w:cantSplit/>
          <w:jc w:val="center"/>
        </w:trPr>
        <w:tc>
          <w:tcPr>
            <w:tcW w:w="1540" w:type="dxa"/>
            <w:tcMar>
              <w:top w:w="75" w:type="dxa"/>
              <w:left w:w="85" w:type="dxa"/>
              <w:bottom w:w="70" w:type="dxa"/>
              <w:right w:w="85" w:type="dxa"/>
            </w:tcMar>
            <w:vAlign w:val="center"/>
          </w:tcPr>
          <w:p w14:paraId="125DDBF8" w14:textId="77777777" w:rsidR="003D05DA" w:rsidRDefault="003D05DA" w:rsidP="00426D0A">
            <w:pPr>
              <w:spacing w:after="0" w:line="259" w:lineRule="auto"/>
              <w:rPr>
                <w:rFonts w:hint="eastAsia"/>
              </w:rPr>
            </w:pPr>
            <w:r>
              <w:rPr>
                <w:b/>
                <w:color w:val="135DB4"/>
                <w:sz w:val="14"/>
              </w:rPr>
              <w:t>B.09.12</w:t>
            </w:r>
          </w:p>
        </w:tc>
        <w:tc>
          <w:tcPr>
            <w:tcW w:w="3699" w:type="dxa"/>
            <w:tcMar>
              <w:top w:w="75" w:type="dxa"/>
              <w:left w:w="85" w:type="dxa"/>
              <w:bottom w:w="70" w:type="dxa"/>
              <w:right w:w="85" w:type="dxa"/>
            </w:tcMar>
            <w:vAlign w:val="center"/>
          </w:tcPr>
          <w:p w14:paraId="35CC6C7F"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7E6B0ED6"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6C252B9D"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1A3C2DD2" w14:textId="77777777" w:rsidTr="00426D0A">
        <w:trPr>
          <w:cantSplit/>
          <w:jc w:val="center"/>
        </w:trPr>
        <w:tc>
          <w:tcPr>
            <w:tcW w:w="1540" w:type="dxa"/>
            <w:shd w:val="clear" w:color="auto" w:fill="F0F6FC"/>
            <w:tcMar>
              <w:top w:w="75" w:type="dxa"/>
              <w:left w:w="85" w:type="dxa"/>
              <w:bottom w:w="70" w:type="dxa"/>
              <w:right w:w="85" w:type="dxa"/>
            </w:tcMar>
            <w:vAlign w:val="center"/>
          </w:tcPr>
          <w:p w14:paraId="5086D899" w14:textId="77777777" w:rsidR="003D05DA" w:rsidRDefault="003D05DA" w:rsidP="00426D0A">
            <w:pPr>
              <w:spacing w:after="0" w:line="259" w:lineRule="auto"/>
              <w:rPr>
                <w:rFonts w:hint="eastAsia"/>
              </w:rPr>
            </w:pPr>
            <w:r>
              <w:rPr>
                <w:b/>
                <w:color w:val="135DB4"/>
                <w:sz w:val="14"/>
              </w:rPr>
              <w:t>B.09.16</w:t>
            </w:r>
          </w:p>
        </w:tc>
        <w:tc>
          <w:tcPr>
            <w:tcW w:w="3699" w:type="dxa"/>
            <w:shd w:val="clear" w:color="auto" w:fill="F0F6FC"/>
            <w:tcMar>
              <w:top w:w="75" w:type="dxa"/>
              <w:left w:w="85" w:type="dxa"/>
              <w:bottom w:w="70" w:type="dxa"/>
              <w:right w:w="85" w:type="dxa"/>
            </w:tcMar>
            <w:vAlign w:val="center"/>
          </w:tcPr>
          <w:p w14:paraId="60304D2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380BEC3E"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3C72C6AA"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2CDA0C5A" w14:textId="77777777" w:rsidTr="00426D0A">
        <w:trPr>
          <w:cantSplit/>
          <w:jc w:val="center"/>
        </w:trPr>
        <w:tc>
          <w:tcPr>
            <w:tcW w:w="1540" w:type="dxa"/>
            <w:tcMar>
              <w:top w:w="75" w:type="dxa"/>
              <w:left w:w="85" w:type="dxa"/>
              <w:bottom w:w="70" w:type="dxa"/>
              <w:right w:w="85" w:type="dxa"/>
            </w:tcMar>
            <w:vAlign w:val="center"/>
          </w:tcPr>
          <w:p w14:paraId="11B67E66" w14:textId="77777777" w:rsidR="003D05DA" w:rsidRDefault="003D05DA" w:rsidP="00426D0A">
            <w:pPr>
              <w:spacing w:after="0" w:line="259" w:lineRule="auto"/>
              <w:rPr>
                <w:rFonts w:hint="eastAsia"/>
              </w:rPr>
            </w:pPr>
            <w:r>
              <w:rPr>
                <w:b/>
                <w:color w:val="135DB4"/>
                <w:sz w:val="14"/>
              </w:rPr>
              <w:t>B.09.04</w:t>
            </w:r>
          </w:p>
        </w:tc>
        <w:tc>
          <w:tcPr>
            <w:tcW w:w="3699" w:type="dxa"/>
            <w:tcMar>
              <w:top w:w="75" w:type="dxa"/>
              <w:left w:w="85" w:type="dxa"/>
              <w:bottom w:w="70" w:type="dxa"/>
              <w:right w:w="85" w:type="dxa"/>
            </w:tcMar>
            <w:vAlign w:val="center"/>
          </w:tcPr>
          <w:p w14:paraId="211BCFDF"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4302560F"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4BAC5231"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44189769" w14:textId="77777777" w:rsidR="003D05DA" w:rsidRDefault="003D05DA" w:rsidP="003D05DA">
      <w:pPr>
        <w:spacing w:after="0"/>
        <w:rPr>
          <w:rFonts w:hint="eastAsia"/>
        </w:rPr>
      </w:pPr>
    </w:p>
    <w:p w14:paraId="7E757241" w14:textId="77777777" w:rsidR="003D05DA" w:rsidRDefault="003D05DA" w:rsidP="003D05DA">
      <w:pPr>
        <w:spacing w:after="180"/>
        <w:rPr>
          <w:rFonts w:hint="eastAsia"/>
        </w:rPr>
      </w:pPr>
    </w:p>
    <w:p w14:paraId="7AAD2304" w14:textId="77777777" w:rsidR="003D05DA" w:rsidRDefault="003D05DA" w:rsidP="003D05DA">
      <w:pPr>
        <w:pStyle w:val="SectionTitle"/>
        <w:rPr>
          <w:rFonts w:hint="eastAsia"/>
        </w:rPr>
      </w:pPr>
      <w:r>
        <w:rPr>
          <w:b w:val="0"/>
        </w:rPr>
        <w:t xml:space="preserve">B.10 </w:t>
      </w:r>
      <w:proofErr w:type="spellStart"/>
      <w:r>
        <w:rPr>
          <w:b w:val="0"/>
        </w:rPr>
        <w:t>Pemeliharaan</w:t>
      </w:r>
      <w:proofErr w:type="spellEnd"/>
    </w:p>
    <w:p w14:paraId="5F2556F3"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Pemeliharaan</w:t>
      </w:r>
      <w:proofErr w:type="spellEnd"/>
      <w:r>
        <w:t xml:space="preserve"> </w:t>
      </w:r>
      <w:proofErr w:type="spellStart"/>
      <w:r>
        <w:t>preventif</w:t>
      </w:r>
      <w:proofErr w:type="spellEnd"/>
      <w:r>
        <w:t xml:space="preserve">, </w:t>
      </w:r>
      <w:proofErr w:type="spellStart"/>
      <w:r>
        <w:t>prediktif</w:t>
      </w:r>
      <w:proofErr w:type="spellEnd"/>
      <w:r>
        <w:t xml:space="preserve">, </w:t>
      </w:r>
      <w:proofErr w:type="spellStart"/>
      <w:r>
        <w:t>korektif</w:t>
      </w:r>
      <w:proofErr w:type="spellEnd"/>
      <w:r>
        <w:t xml:space="preserve"> dan </w:t>
      </w:r>
      <w:proofErr w:type="spellStart"/>
      <w:r>
        <w:t>peremajaan</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1C81CC0C"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368583EA"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3B228778"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36B3C9CE"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2A51BB0E"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4AF5D8CF" w14:textId="77777777" w:rsidTr="00426D0A">
        <w:trPr>
          <w:cantSplit/>
          <w:jc w:val="center"/>
        </w:trPr>
        <w:tc>
          <w:tcPr>
            <w:tcW w:w="1540" w:type="dxa"/>
            <w:tcMar>
              <w:top w:w="75" w:type="dxa"/>
              <w:left w:w="85" w:type="dxa"/>
              <w:bottom w:w="70" w:type="dxa"/>
              <w:right w:w="85" w:type="dxa"/>
            </w:tcMar>
            <w:vAlign w:val="center"/>
          </w:tcPr>
          <w:p w14:paraId="3A7DB889" w14:textId="77777777" w:rsidR="003D05DA" w:rsidRDefault="003D05DA" w:rsidP="00426D0A">
            <w:pPr>
              <w:spacing w:after="0" w:line="259" w:lineRule="auto"/>
              <w:rPr>
                <w:rFonts w:hint="eastAsia"/>
              </w:rPr>
            </w:pPr>
            <w:r>
              <w:rPr>
                <w:b/>
                <w:color w:val="135DB4"/>
                <w:sz w:val="14"/>
              </w:rPr>
              <w:t>B.10.02</w:t>
            </w:r>
          </w:p>
        </w:tc>
        <w:tc>
          <w:tcPr>
            <w:tcW w:w="3699" w:type="dxa"/>
            <w:tcMar>
              <w:top w:w="75" w:type="dxa"/>
              <w:left w:w="85" w:type="dxa"/>
              <w:bottom w:w="70" w:type="dxa"/>
              <w:right w:w="85" w:type="dxa"/>
            </w:tcMar>
            <w:vAlign w:val="center"/>
          </w:tcPr>
          <w:p w14:paraId="041D20E3"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6C835205"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04EE7471"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78E9B49E" w14:textId="77777777" w:rsidTr="00426D0A">
        <w:trPr>
          <w:cantSplit/>
          <w:jc w:val="center"/>
        </w:trPr>
        <w:tc>
          <w:tcPr>
            <w:tcW w:w="1540" w:type="dxa"/>
            <w:shd w:val="clear" w:color="auto" w:fill="F0F6FC"/>
            <w:tcMar>
              <w:top w:w="75" w:type="dxa"/>
              <w:left w:w="85" w:type="dxa"/>
              <w:bottom w:w="70" w:type="dxa"/>
              <w:right w:w="85" w:type="dxa"/>
            </w:tcMar>
            <w:vAlign w:val="center"/>
          </w:tcPr>
          <w:p w14:paraId="548B5B29" w14:textId="77777777" w:rsidR="003D05DA" w:rsidRDefault="003D05DA" w:rsidP="00426D0A">
            <w:pPr>
              <w:spacing w:after="0" w:line="259" w:lineRule="auto"/>
              <w:rPr>
                <w:rFonts w:hint="eastAsia"/>
              </w:rPr>
            </w:pPr>
            <w:r>
              <w:rPr>
                <w:b/>
                <w:color w:val="135DB4"/>
                <w:sz w:val="14"/>
              </w:rPr>
              <w:t>B.10.15</w:t>
            </w:r>
          </w:p>
        </w:tc>
        <w:tc>
          <w:tcPr>
            <w:tcW w:w="3699" w:type="dxa"/>
            <w:shd w:val="clear" w:color="auto" w:fill="F0F6FC"/>
            <w:tcMar>
              <w:top w:w="75" w:type="dxa"/>
              <w:left w:w="85" w:type="dxa"/>
              <w:bottom w:w="70" w:type="dxa"/>
              <w:right w:w="85" w:type="dxa"/>
            </w:tcMar>
            <w:vAlign w:val="center"/>
          </w:tcPr>
          <w:p w14:paraId="01350532"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6A1505B6"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4388F9F3"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70B34FCC" w14:textId="77777777" w:rsidTr="00426D0A">
        <w:trPr>
          <w:cantSplit/>
          <w:jc w:val="center"/>
        </w:trPr>
        <w:tc>
          <w:tcPr>
            <w:tcW w:w="1540" w:type="dxa"/>
            <w:tcMar>
              <w:top w:w="75" w:type="dxa"/>
              <w:left w:w="85" w:type="dxa"/>
              <w:bottom w:w="70" w:type="dxa"/>
              <w:right w:w="85" w:type="dxa"/>
            </w:tcMar>
            <w:vAlign w:val="center"/>
          </w:tcPr>
          <w:p w14:paraId="38C30D55" w14:textId="77777777" w:rsidR="003D05DA" w:rsidRDefault="003D05DA" w:rsidP="00426D0A">
            <w:pPr>
              <w:spacing w:after="0" w:line="259" w:lineRule="auto"/>
              <w:rPr>
                <w:rFonts w:hint="eastAsia"/>
              </w:rPr>
            </w:pPr>
            <w:r>
              <w:rPr>
                <w:b/>
                <w:color w:val="135DB4"/>
                <w:sz w:val="14"/>
              </w:rPr>
              <w:t>B.10.12</w:t>
            </w:r>
          </w:p>
        </w:tc>
        <w:tc>
          <w:tcPr>
            <w:tcW w:w="3699" w:type="dxa"/>
            <w:tcMar>
              <w:top w:w="75" w:type="dxa"/>
              <w:left w:w="85" w:type="dxa"/>
              <w:bottom w:w="70" w:type="dxa"/>
              <w:right w:w="85" w:type="dxa"/>
            </w:tcMar>
            <w:vAlign w:val="center"/>
          </w:tcPr>
          <w:p w14:paraId="2DE33A24"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013A3CC4"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3239DBD5"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6A1C3CD0" w14:textId="77777777" w:rsidTr="00426D0A">
        <w:trPr>
          <w:cantSplit/>
          <w:jc w:val="center"/>
        </w:trPr>
        <w:tc>
          <w:tcPr>
            <w:tcW w:w="1540" w:type="dxa"/>
            <w:shd w:val="clear" w:color="auto" w:fill="F0F6FC"/>
            <w:tcMar>
              <w:top w:w="75" w:type="dxa"/>
              <w:left w:w="85" w:type="dxa"/>
              <w:bottom w:w="70" w:type="dxa"/>
              <w:right w:w="85" w:type="dxa"/>
            </w:tcMar>
            <w:vAlign w:val="center"/>
          </w:tcPr>
          <w:p w14:paraId="2A092D26" w14:textId="77777777" w:rsidR="003D05DA" w:rsidRDefault="003D05DA" w:rsidP="00426D0A">
            <w:pPr>
              <w:spacing w:after="0" w:line="259" w:lineRule="auto"/>
              <w:rPr>
                <w:rFonts w:hint="eastAsia"/>
              </w:rPr>
            </w:pPr>
            <w:r>
              <w:rPr>
                <w:b/>
                <w:color w:val="135DB4"/>
                <w:sz w:val="14"/>
              </w:rPr>
              <w:t>B.10.16</w:t>
            </w:r>
          </w:p>
        </w:tc>
        <w:tc>
          <w:tcPr>
            <w:tcW w:w="3699" w:type="dxa"/>
            <w:shd w:val="clear" w:color="auto" w:fill="F0F6FC"/>
            <w:tcMar>
              <w:top w:w="75" w:type="dxa"/>
              <w:left w:w="85" w:type="dxa"/>
              <w:bottom w:w="70" w:type="dxa"/>
              <w:right w:w="85" w:type="dxa"/>
            </w:tcMar>
            <w:vAlign w:val="center"/>
          </w:tcPr>
          <w:p w14:paraId="3D15D98E"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0A47F2C2"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0538AB9C"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3465CDFD" w14:textId="77777777" w:rsidTr="00426D0A">
        <w:trPr>
          <w:cantSplit/>
          <w:jc w:val="center"/>
        </w:trPr>
        <w:tc>
          <w:tcPr>
            <w:tcW w:w="1540" w:type="dxa"/>
            <w:tcMar>
              <w:top w:w="75" w:type="dxa"/>
              <w:left w:w="85" w:type="dxa"/>
              <w:bottom w:w="70" w:type="dxa"/>
              <w:right w:w="85" w:type="dxa"/>
            </w:tcMar>
            <w:vAlign w:val="center"/>
          </w:tcPr>
          <w:p w14:paraId="5855D9CB" w14:textId="77777777" w:rsidR="003D05DA" w:rsidRDefault="003D05DA" w:rsidP="00426D0A">
            <w:pPr>
              <w:spacing w:after="0" w:line="259" w:lineRule="auto"/>
              <w:rPr>
                <w:rFonts w:hint="eastAsia"/>
              </w:rPr>
            </w:pPr>
            <w:r>
              <w:rPr>
                <w:b/>
                <w:color w:val="135DB4"/>
                <w:sz w:val="14"/>
              </w:rPr>
              <w:t>B.10.04</w:t>
            </w:r>
          </w:p>
        </w:tc>
        <w:tc>
          <w:tcPr>
            <w:tcW w:w="3699" w:type="dxa"/>
            <w:tcMar>
              <w:top w:w="75" w:type="dxa"/>
              <w:left w:w="85" w:type="dxa"/>
              <w:bottom w:w="70" w:type="dxa"/>
              <w:right w:w="85" w:type="dxa"/>
            </w:tcMar>
            <w:vAlign w:val="center"/>
          </w:tcPr>
          <w:p w14:paraId="70911F9A"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0A765581"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78BAE165"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409C24C6" w14:textId="77777777" w:rsidR="003D05DA" w:rsidRDefault="003D05DA" w:rsidP="003D05DA">
      <w:pPr>
        <w:spacing w:after="0"/>
        <w:rPr>
          <w:rFonts w:hint="eastAsia"/>
        </w:rPr>
      </w:pPr>
    </w:p>
    <w:p w14:paraId="413B8CCE" w14:textId="77777777" w:rsidR="003D05DA" w:rsidRDefault="003D05DA" w:rsidP="003D05DA">
      <w:pPr>
        <w:spacing w:after="180"/>
        <w:rPr>
          <w:rFonts w:hint="eastAsia"/>
        </w:rPr>
      </w:pPr>
    </w:p>
    <w:p w14:paraId="2495A29D" w14:textId="77777777" w:rsidR="003D05DA" w:rsidRDefault="003D05DA" w:rsidP="003D05DA">
      <w:pPr>
        <w:pStyle w:val="NoteText"/>
        <w:rPr>
          <w:rFonts w:hint="eastAsia"/>
        </w:rPr>
      </w:pPr>
      <w:proofErr w:type="spellStart"/>
      <w:r>
        <w:t>Untuk</w:t>
      </w:r>
      <w:proofErr w:type="spellEnd"/>
      <w:r>
        <w:t xml:space="preserve"> </w:t>
      </w:r>
      <w:proofErr w:type="spellStart"/>
      <w:r>
        <w:t>pelatihan</w:t>
      </w:r>
      <w:proofErr w:type="spellEnd"/>
      <w:r>
        <w:t xml:space="preserve"> </w:t>
      </w:r>
      <w:proofErr w:type="spellStart"/>
      <w:r>
        <w:t>penilaian</w:t>
      </w:r>
      <w:proofErr w:type="spellEnd"/>
      <w:r>
        <w:t xml:space="preserve"> Smart Hospital, parameter </w:t>
      </w:r>
      <w:proofErr w:type="spellStart"/>
      <w:r>
        <w:t>teknis</w:t>
      </w:r>
      <w:proofErr w:type="spellEnd"/>
      <w:r>
        <w:t xml:space="preserve"> dan </w:t>
      </w:r>
      <w:proofErr w:type="spellStart"/>
      <w:r>
        <w:t>administrasi</w:t>
      </w:r>
      <w:proofErr w:type="spellEnd"/>
      <w:r>
        <w:t xml:space="preserve"> </w:t>
      </w:r>
      <w:proofErr w:type="spellStart"/>
      <w:r>
        <w:t>dibahas</w:t>
      </w:r>
      <w:proofErr w:type="spellEnd"/>
      <w:r>
        <w:t xml:space="preserve"> </w:t>
      </w:r>
      <w:proofErr w:type="spellStart"/>
      <w:r>
        <w:t>sesuai</w:t>
      </w:r>
      <w:proofErr w:type="spellEnd"/>
      <w:r>
        <w:t xml:space="preserve"> </w:t>
      </w:r>
      <w:proofErr w:type="spellStart"/>
      <w:r>
        <w:t>ruang</w:t>
      </w:r>
      <w:proofErr w:type="spellEnd"/>
      <w:r>
        <w:t xml:space="preserve"> </w:t>
      </w:r>
      <w:proofErr w:type="spellStart"/>
      <w:r>
        <w:t>lingkup</w:t>
      </w:r>
      <w:proofErr w:type="spellEnd"/>
      <w:r>
        <w:t xml:space="preserve"> SNI 9459:2026 yang </w:t>
      </w:r>
      <w:proofErr w:type="spellStart"/>
      <w:r>
        <w:t>relevan</w:t>
      </w:r>
      <w:proofErr w:type="spellEnd"/>
      <w:r>
        <w:t>.</w:t>
      </w:r>
    </w:p>
    <w:p w14:paraId="1B8C2A78" w14:textId="77777777" w:rsidR="003D05DA" w:rsidRDefault="003D05DA" w:rsidP="003D05DA">
      <w:pPr>
        <w:rPr>
          <w:rFonts w:hint="eastAsia"/>
        </w:rPr>
      </w:pPr>
      <w:r>
        <w:br w:type="page"/>
      </w:r>
    </w:p>
    <w:p w14:paraId="6B45F15E" w14:textId="77777777" w:rsidR="003D05DA" w:rsidRDefault="003D05DA" w:rsidP="003D05DA">
      <w:pPr>
        <w:pStyle w:val="SectionTag"/>
        <w:rPr>
          <w:rFonts w:hint="eastAsia"/>
        </w:rPr>
      </w:pPr>
      <w:r>
        <w:rPr>
          <w:b w:val="0"/>
        </w:rPr>
        <w:lastRenderedPageBreak/>
        <w:t>9 / KATALOG B - SMART HOSPITAL</w:t>
      </w:r>
    </w:p>
    <w:p w14:paraId="754990B1" w14:textId="77777777" w:rsidR="003D05DA" w:rsidRDefault="003D05DA" w:rsidP="003D05DA">
      <w:pPr>
        <w:pStyle w:val="MainTitle"/>
        <w:rPr>
          <w:rFonts w:hint="eastAsia"/>
        </w:rPr>
      </w:pPr>
      <w:r>
        <w:rPr>
          <w:b w:val="0"/>
        </w:rPr>
        <w:t xml:space="preserve">B.11 | </w:t>
      </w:r>
      <w:proofErr w:type="spellStart"/>
      <w:r>
        <w:rPr>
          <w:b w:val="0"/>
        </w:rPr>
        <w:t>Sertifikasi</w:t>
      </w:r>
      <w:proofErr w:type="spellEnd"/>
      <w:r>
        <w:rPr>
          <w:b w:val="0"/>
        </w:rPr>
        <w:t xml:space="preserve"> Smart Hospital</w:t>
      </w:r>
    </w:p>
    <w:p w14:paraId="2240C5B9" w14:textId="77777777" w:rsidR="003D05DA" w:rsidRDefault="003D05DA" w:rsidP="003D05DA">
      <w:pPr>
        <w:pStyle w:val="BodySmall"/>
        <w:rPr>
          <w:rFonts w:hint="eastAsia"/>
        </w:rPr>
      </w:pPr>
      <w:proofErr w:type="spellStart"/>
      <w:r>
        <w:t>Setiap</w:t>
      </w:r>
      <w:proofErr w:type="spellEnd"/>
      <w:r>
        <w:t xml:space="preserve"> </w:t>
      </w:r>
      <w:proofErr w:type="spellStart"/>
      <w:r>
        <w:t>aktivitas</w:t>
      </w:r>
      <w:proofErr w:type="spellEnd"/>
      <w:r>
        <w:t xml:space="preserve"> </w:t>
      </w:r>
      <w:proofErr w:type="spellStart"/>
      <w:r>
        <w:t>ditawarkan</w:t>
      </w:r>
      <w:proofErr w:type="spellEnd"/>
      <w:r>
        <w:t xml:space="preserve"> pada Smart Hospital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SFN, SFM, SMO, dan SDM.</w:t>
      </w:r>
    </w:p>
    <w:p w14:paraId="29EE0195" w14:textId="77777777" w:rsidR="003D05DA" w:rsidRDefault="003D05DA" w:rsidP="003D05DA">
      <w:pPr>
        <w:pStyle w:val="SectionTitle"/>
        <w:rPr>
          <w:rFonts w:hint="eastAsia"/>
        </w:rPr>
      </w:pPr>
      <w:r>
        <w:rPr>
          <w:b w:val="0"/>
        </w:rPr>
        <w:t xml:space="preserve">B.11 </w:t>
      </w:r>
      <w:proofErr w:type="spellStart"/>
      <w:r>
        <w:rPr>
          <w:b w:val="0"/>
        </w:rPr>
        <w:t>Sertifikasi</w:t>
      </w:r>
      <w:proofErr w:type="spellEnd"/>
    </w:p>
    <w:p w14:paraId="2ABF6D86" w14:textId="77777777" w:rsidR="003D05DA" w:rsidRDefault="003D05DA" w:rsidP="003D05DA">
      <w:pPr>
        <w:pStyle w:val="NoteText"/>
        <w:rPr>
          <w:rFonts w:hint="eastAsia"/>
        </w:rPr>
      </w:pPr>
      <w:proofErr w:type="spellStart"/>
      <w:r>
        <w:rPr>
          <w:b/>
        </w:rPr>
        <w:t>Subtopik</w:t>
      </w:r>
      <w:proofErr w:type="spellEnd"/>
      <w:r>
        <w:rPr>
          <w:b/>
        </w:rPr>
        <w:t>:</w:t>
      </w:r>
      <w:r>
        <w:t xml:space="preserve"> </w:t>
      </w:r>
      <w:proofErr w:type="spellStart"/>
      <w:r>
        <w:t>Persyaratan</w:t>
      </w:r>
      <w:proofErr w:type="spellEnd"/>
      <w:r>
        <w:t xml:space="preserve"> </w:t>
      </w:r>
      <w:proofErr w:type="spellStart"/>
      <w:r>
        <w:t>sertifikasi</w:t>
      </w:r>
      <w:proofErr w:type="spellEnd"/>
      <w:r>
        <w:t xml:space="preserve">; </w:t>
      </w:r>
      <w:proofErr w:type="spellStart"/>
      <w:r>
        <w:t>skema</w:t>
      </w:r>
      <w:proofErr w:type="spellEnd"/>
      <w:r>
        <w:t xml:space="preserve"> dan </w:t>
      </w:r>
      <w:proofErr w:type="spellStart"/>
      <w:r>
        <w:t>standar</w:t>
      </w:r>
      <w:proofErr w:type="spellEnd"/>
      <w:r>
        <w:t xml:space="preserve">; </w:t>
      </w:r>
      <w:proofErr w:type="spellStart"/>
      <w:r>
        <w:t>kesiapan</w:t>
      </w:r>
      <w:proofErr w:type="spellEnd"/>
      <w:r>
        <w:t xml:space="preserve"> </w:t>
      </w:r>
      <w:proofErr w:type="spellStart"/>
      <w:r>
        <w:t>dokumen</w:t>
      </w:r>
      <w:proofErr w:type="spellEnd"/>
      <w:r>
        <w:t xml:space="preserve"> </w:t>
      </w:r>
      <w:proofErr w:type="spellStart"/>
      <w:r>
        <w:t>serta</w:t>
      </w:r>
      <w:proofErr w:type="spellEnd"/>
      <w:r>
        <w:t xml:space="preserve"> </w:t>
      </w:r>
      <w:proofErr w:type="spellStart"/>
      <w:r>
        <w:t>bukti</w:t>
      </w:r>
      <w:proofErr w:type="spellEnd"/>
      <w:r>
        <w:t xml:space="preserve">; </w:t>
      </w:r>
      <w:proofErr w:type="spellStart"/>
      <w:r>
        <w:t>asesmen</w:t>
      </w:r>
      <w:proofErr w:type="spellEnd"/>
      <w:r>
        <w:t>/</w:t>
      </w:r>
      <w:proofErr w:type="spellStart"/>
      <w:r>
        <w:t>ujian</w:t>
      </w:r>
      <w:proofErr w:type="spellEnd"/>
      <w:r>
        <w:t xml:space="preserve"> </w:t>
      </w:r>
      <w:proofErr w:type="spellStart"/>
      <w:r>
        <w:t>melalui</w:t>
      </w:r>
      <w:proofErr w:type="spellEnd"/>
      <w:r>
        <w:t xml:space="preserve"> </w:t>
      </w:r>
      <w:proofErr w:type="spellStart"/>
      <w:r>
        <w:t>lembaga</w:t>
      </w:r>
      <w:proofErr w:type="spellEnd"/>
      <w:r>
        <w:t xml:space="preserve"> </w:t>
      </w:r>
      <w:proofErr w:type="spellStart"/>
      <w:r>
        <w:t>berwenang</w:t>
      </w:r>
      <w:proofErr w:type="spellEnd"/>
      <w:r>
        <w:t xml:space="preserve">; </w:t>
      </w:r>
      <w:proofErr w:type="spellStart"/>
      <w:r>
        <w:t>tindak</w:t>
      </w:r>
      <w:proofErr w:type="spellEnd"/>
      <w:r>
        <w:t xml:space="preserve"> </w:t>
      </w:r>
      <w:proofErr w:type="spellStart"/>
      <w:r>
        <w:t>lanjut</w:t>
      </w:r>
      <w:proofErr w:type="spellEnd"/>
    </w:p>
    <w:tbl>
      <w:tblPr>
        <w:tblW w:w="0" w:type="auto"/>
        <w:jc w:val="center"/>
        <w:tblLayout w:type="fixed"/>
        <w:tblLook w:val="04A0" w:firstRow="1" w:lastRow="0" w:firstColumn="1" w:lastColumn="0" w:noHBand="0" w:noVBand="1"/>
      </w:tblPr>
      <w:tblGrid>
        <w:gridCol w:w="1540"/>
        <w:gridCol w:w="3699"/>
        <w:gridCol w:w="2259"/>
        <w:gridCol w:w="2679"/>
      </w:tblGrid>
      <w:tr w:rsidR="003D05DA" w14:paraId="6251065E" w14:textId="77777777" w:rsidTr="00426D0A">
        <w:trPr>
          <w:cantSplit/>
          <w:tblHeader/>
          <w:jc w:val="center"/>
        </w:trPr>
        <w:tc>
          <w:tcPr>
            <w:tcW w:w="1540" w:type="dxa"/>
            <w:shd w:val="clear" w:color="auto" w:fill="103967"/>
            <w:tcMar>
              <w:top w:w="75" w:type="dxa"/>
              <w:left w:w="85" w:type="dxa"/>
              <w:bottom w:w="70" w:type="dxa"/>
              <w:right w:w="85" w:type="dxa"/>
            </w:tcMar>
            <w:vAlign w:val="center"/>
          </w:tcPr>
          <w:p w14:paraId="0CD97098" w14:textId="77777777" w:rsidR="003D05DA" w:rsidRDefault="003D05DA" w:rsidP="00426D0A">
            <w:pPr>
              <w:spacing w:after="0" w:line="259" w:lineRule="auto"/>
              <w:rPr>
                <w:rFonts w:hint="eastAsia"/>
              </w:rPr>
            </w:pPr>
            <w:r>
              <w:rPr>
                <w:b/>
                <w:color w:val="FFFFFF"/>
                <w:sz w:val="14"/>
              </w:rPr>
              <w:t>Kode</w:t>
            </w:r>
          </w:p>
        </w:tc>
        <w:tc>
          <w:tcPr>
            <w:tcW w:w="3699" w:type="dxa"/>
            <w:shd w:val="clear" w:color="auto" w:fill="103967"/>
            <w:tcMar>
              <w:top w:w="75" w:type="dxa"/>
              <w:left w:w="85" w:type="dxa"/>
              <w:bottom w:w="70" w:type="dxa"/>
              <w:right w:w="85" w:type="dxa"/>
            </w:tcMar>
            <w:vAlign w:val="center"/>
          </w:tcPr>
          <w:p w14:paraId="0CC13291" w14:textId="77777777" w:rsidR="003D05DA" w:rsidRDefault="003D05DA" w:rsidP="00426D0A">
            <w:pPr>
              <w:spacing w:after="0" w:line="259" w:lineRule="auto"/>
              <w:rPr>
                <w:rFonts w:hint="eastAsia"/>
              </w:rPr>
            </w:pPr>
            <w:proofErr w:type="spellStart"/>
            <w:r>
              <w:rPr>
                <w:b/>
                <w:color w:val="FFFFFF"/>
                <w:sz w:val="14"/>
              </w:rPr>
              <w:t>Objek</w:t>
            </w:r>
            <w:proofErr w:type="spellEnd"/>
          </w:p>
        </w:tc>
        <w:tc>
          <w:tcPr>
            <w:tcW w:w="2259" w:type="dxa"/>
            <w:shd w:val="clear" w:color="auto" w:fill="103967"/>
            <w:tcMar>
              <w:top w:w="75" w:type="dxa"/>
              <w:left w:w="85" w:type="dxa"/>
              <w:bottom w:w="70" w:type="dxa"/>
              <w:right w:w="85" w:type="dxa"/>
            </w:tcMar>
            <w:vAlign w:val="center"/>
          </w:tcPr>
          <w:p w14:paraId="6ABD92C1" w14:textId="77777777" w:rsidR="003D05DA" w:rsidRDefault="003D05DA" w:rsidP="00426D0A">
            <w:pPr>
              <w:spacing w:after="0" w:line="259" w:lineRule="auto"/>
              <w:rPr>
                <w:rFonts w:hint="eastAsia"/>
              </w:rPr>
            </w:pPr>
            <w:proofErr w:type="spellStart"/>
            <w:r>
              <w:rPr>
                <w:b/>
                <w:color w:val="FFFFFF"/>
                <w:sz w:val="14"/>
              </w:rPr>
              <w:t>Sasaran</w:t>
            </w:r>
            <w:proofErr w:type="spellEnd"/>
            <w:r>
              <w:rPr>
                <w:b/>
                <w:color w:val="FFFFFF"/>
                <w:sz w:val="14"/>
              </w:rPr>
              <w:t xml:space="preserve"> </w:t>
            </w:r>
            <w:proofErr w:type="spellStart"/>
            <w:r>
              <w:rPr>
                <w:b/>
                <w:color w:val="FFFFFF"/>
                <w:sz w:val="14"/>
              </w:rPr>
              <w:t>peserta</w:t>
            </w:r>
            <w:proofErr w:type="spellEnd"/>
          </w:p>
        </w:tc>
        <w:tc>
          <w:tcPr>
            <w:tcW w:w="2679" w:type="dxa"/>
            <w:shd w:val="clear" w:color="auto" w:fill="103967"/>
            <w:tcMar>
              <w:top w:w="75" w:type="dxa"/>
              <w:left w:w="85" w:type="dxa"/>
              <w:bottom w:w="70" w:type="dxa"/>
              <w:right w:w="85" w:type="dxa"/>
            </w:tcMar>
            <w:vAlign w:val="center"/>
          </w:tcPr>
          <w:p w14:paraId="05B3EB28" w14:textId="77777777" w:rsidR="003D05DA" w:rsidRDefault="003D05DA" w:rsidP="00426D0A">
            <w:pPr>
              <w:spacing w:after="0" w:line="259" w:lineRule="auto"/>
              <w:rPr>
                <w:rFonts w:hint="eastAsia"/>
              </w:rPr>
            </w:pPr>
            <w:proofErr w:type="spellStart"/>
            <w:r>
              <w:rPr>
                <w:b/>
                <w:color w:val="FFFFFF"/>
                <w:sz w:val="14"/>
              </w:rPr>
              <w:t>Narasumber</w:t>
            </w:r>
            <w:proofErr w:type="spellEnd"/>
            <w:r>
              <w:rPr>
                <w:b/>
                <w:color w:val="FFFFFF"/>
                <w:sz w:val="14"/>
              </w:rPr>
              <w:t xml:space="preserve"> </w:t>
            </w:r>
            <w:proofErr w:type="spellStart"/>
            <w:r>
              <w:rPr>
                <w:b/>
                <w:color w:val="FFFFFF"/>
                <w:sz w:val="14"/>
              </w:rPr>
              <w:t>usulan</w:t>
            </w:r>
            <w:proofErr w:type="spellEnd"/>
          </w:p>
        </w:tc>
      </w:tr>
      <w:tr w:rsidR="003D05DA" w14:paraId="538ECEE2" w14:textId="77777777" w:rsidTr="00426D0A">
        <w:trPr>
          <w:cantSplit/>
          <w:jc w:val="center"/>
        </w:trPr>
        <w:tc>
          <w:tcPr>
            <w:tcW w:w="1540" w:type="dxa"/>
            <w:tcMar>
              <w:top w:w="75" w:type="dxa"/>
              <w:left w:w="85" w:type="dxa"/>
              <w:bottom w:w="70" w:type="dxa"/>
              <w:right w:w="85" w:type="dxa"/>
            </w:tcMar>
            <w:vAlign w:val="center"/>
          </w:tcPr>
          <w:p w14:paraId="596E1DC3" w14:textId="77777777" w:rsidR="003D05DA" w:rsidRDefault="003D05DA" w:rsidP="00426D0A">
            <w:pPr>
              <w:spacing w:after="0" w:line="259" w:lineRule="auto"/>
              <w:rPr>
                <w:rFonts w:hint="eastAsia"/>
              </w:rPr>
            </w:pPr>
            <w:r>
              <w:rPr>
                <w:b/>
                <w:color w:val="135DB4"/>
                <w:sz w:val="14"/>
              </w:rPr>
              <w:t>B.11.02</w:t>
            </w:r>
          </w:p>
        </w:tc>
        <w:tc>
          <w:tcPr>
            <w:tcW w:w="3699" w:type="dxa"/>
            <w:tcMar>
              <w:top w:w="75" w:type="dxa"/>
              <w:left w:w="85" w:type="dxa"/>
              <w:bottom w:w="70" w:type="dxa"/>
              <w:right w:w="85" w:type="dxa"/>
            </w:tcMar>
            <w:vAlign w:val="center"/>
          </w:tcPr>
          <w:p w14:paraId="7078A4F8" w14:textId="77777777" w:rsidR="003D05DA" w:rsidRDefault="003D05DA" w:rsidP="00426D0A">
            <w:pPr>
              <w:spacing w:after="0" w:line="259" w:lineRule="auto"/>
              <w:rPr>
                <w:rFonts w:hint="eastAsia"/>
              </w:rPr>
            </w:pPr>
            <w:r>
              <w:rPr>
                <w:sz w:val="14"/>
              </w:rPr>
              <w:t>Smart Hospital</w:t>
            </w:r>
          </w:p>
        </w:tc>
        <w:tc>
          <w:tcPr>
            <w:tcW w:w="2259" w:type="dxa"/>
            <w:tcMar>
              <w:top w:w="75" w:type="dxa"/>
              <w:left w:w="85" w:type="dxa"/>
              <w:bottom w:w="70" w:type="dxa"/>
              <w:right w:w="85" w:type="dxa"/>
            </w:tcMar>
            <w:vAlign w:val="center"/>
          </w:tcPr>
          <w:p w14:paraId="5F5DA3D8"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tcMar>
              <w:top w:w="75" w:type="dxa"/>
              <w:left w:w="85" w:type="dxa"/>
              <w:bottom w:w="70" w:type="dxa"/>
              <w:right w:w="85" w:type="dxa"/>
            </w:tcMar>
            <w:vAlign w:val="center"/>
          </w:tcPr>
          <w:p w14:paraId="26638916" w14:textId="77777777" w:rsidR="003D05DA" w:rsidRDefault="003D05DA" w:rsidP="00426D0A">
            <w:pPr>
              <w:spacing w:after="0" w:line="259" w:lineRule="auto"/>
              <w:rPr>
                <w:rFonts w:hint="eastAsia"/>
              </w:rPr>
            </w:pPr>
            <w:r>
              <w:rPr>
                <w:sz w:val="14"/>
              </w:rPr>
              <w:t xml:space="preserve">Prof. Eko / Prof. </w:t>
            </w:r>
            <w:proofErr w:type="spellStart"/>
            <w:r>
              <w:rPr>
                <w:sz w:val="14"/>
              </w:rPr>
              <w:t>Suhono</w:t>
            </w:r>
            <w:proofErr w:type="spellEnd"/>
          </w:p>
        </w:tc>
      </w:tr>
      <w:tr w:rsidR="003D05DA" w14:paraId="61E64C18" w14:textId="77777777" w:rsidTr="00426D0A">
        <w:trPr>
          <w:cantSplit/>
          <w:jc w:val="center"/>
        </w:trPr>
        <w:tc>
          <w:tcPr>
            <w:tcW w:w="1540" w:type="dxa"/>
            <w:shd w:val="clear" w:color="auto" w:fill="F0F6FC"/>
            <w:tcMar>
              <w:top w:w="75" w:type="dxa"/>
              <w:left w:w="85" w:type="dxa"/>
              <w:bottom w:w="70" w:type="dxa"/>
              <w:right w:w="85" w:type="dxa"/>
            </w:tcMar>
            <w:vAlign w:val="center"/>
          </w:tcPr>
          <w:p w14:paraId="28A38F4B" w14:textId="77777777" w:rsidR="003D05DA" w:rsidRDefault="003D05DA" w:rsidP="00426D0A">
            <w:pPr>
              <w:spacing w:after="0" w:line="259" w:lineRule="auto"/>
              <w:rPr>
                <w:rFonts w:hint="eastAsia"/>
              </w:rPr>
            </w:pPr>
            <w:r>
              <w:rPr>
                <w:b/>
                <w:color w:val="135DB4"/>
                <w:sz w:val="14"/>
              </w:rPr>
              <w:t>B.11.15</w:t>
            </w:r>
          </w:p>
        </w:tc>
        <w:tc>
          <w:tcPr>
            <w:tcW w:w="3699" w:type="dxa"/>
            <w:shd w:val="clear" w:color="auto" w:fill="F0F6FC"/>
            <w:tcMar>
              <w:top w:w="75" w:type="dxa"/>
              <w:left w:w="85" w:type="dxa"/>
              <w:bottom w:w="70" w:type="dxa"/>
              <w:right w:w="85" w:type="dxa"/>
            </w:tcMar>
            <w:vAlign w:val="center"/>
          </w:tcPr>
          <w:p w14:paraId="25BCE5E6"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w:t>
            </w:r>
            <w:proofErr w:type="spellStart"/>
            <w:r>
              <w:rPr>
                <w:sz w:val="14"/>
              </w:rPr>
              <w:t>nyata</w:t>
            </w:r>
            <w:proofErr w:type="spellEnd"/>
            <w:r>
              <w:rPr>
                <w:sz w:val="14"/>
              </w:rPr>
              <w:t xml:space="preserve"> (SFN)</w:t>
            </w:r>
          </w:p>
        </w:tc>
        <w:tc>
          <w:tcPr>
            <w:tcW w:w="2259" w:type="dxa"/>
            <w:shd w:val="clear" w:color="auto" w:fill="F0F6FC"/>
            <w:tcMar>
              <w:top w:w="75" w:type="dxa"/>
              <w:left w:w="85" w:type="dxa"/>
              <w:bottom w:w="70" w:type="dxa"/>
              <w:right w:w="85" w:type="dxa"/>
            </w:tcMar>
            <w:vAlign w:val="center"/>
          </w:tcPr>
          <w:p w14:paraId="5ACC5E21" w14:textId="77777777" w:rsidR="003D05DA" w:rsidRDefault="003D05DA" w:rsidP="00426D0A">
            <w:pPr>
              <w:spacing w:after="0" w:line="259" w:lineRule="auto"/>
              <w:rPr>
                <w:rFonts w:hint="eastAsia"/>
              </w:rPr>
            </w:pPr>
            <w:r>
              <w:rPr>
                <w:sz w:val="14"/>
              </w:rPr>
              <w:t xml:space="preserve">IPSRS / </w:t>
            </w:r>
            <w:proofErr w:type="spellStart"/>
            <w:r>
              <w:rPr>
                <w:sz w:val="14"/>
              </w:rPr>
              <w:t>teknis</w:t>
            </w:r>
            <w:proofErr w:type="spellEnd"/>
            <w:r>
              <w:rPr>
                <w:sz w:val="14"/>
              </w:rPr>
              <w:t xml:space="preserve"> / </w:t>
            </w:r>
            <w:proofErr w:type="spellStart"/>
            <w:r>
              <w:rPr>
                <w:sz w:val="14"/>
              </w:rPr>
              <w:t>konsultan</w:t>
            </w:r>
            <w:proofErr w:type="spellEnd"/>
          </w:p>
        </w:tc>
        <w:tc>
          <w:tcPr>
            <w:tcW w:w="2679" w:type="dxa"/>
            <w:shd w:val="clear" w:color="auto" w:fill="F0F6FC"/>
            <w:tcMar>
              <w:top w:w="75" w:type="dxa"/>
              <w:left w:w="85" w:type="dxa"/>
              <w:bottom w:w="70" w:type="dxa"/>
              <w:right w:w="85" w:type="dxa"/>
            </w:tcMar>
            <w:vAlign w:val="center"/>
          </w:tcPr>
          <w:p w14:paraId="6D43ECF4" w14:textId="77777777" w:rsidR="003D05DA" w:rsidRDefault="003D05DA" w:rsidP="00426D0A">
            <w:pPr>
              <w:spacing w:after="0" w:line="259" w:lineRule="auto"/>
              <w:rPr>
                <w:rFonts w:hint="eastAsia"/>
              </w:rPr>
            </w:pPr>
            <w:r>
              <w:rPr>
                <w:sz w:val="14"/>
              </w:rPr>
              <w:t xml:space="preserve">Prof. </w:t>
            </w:r>
            <w:proofErr w:type="spellStart"/>
            <w:r>
              <w:rPr>
                <w:sz w:val="14"/>
              </w:rPr>
              <w:t>Manlian</w:t>
            </w:r>
            <w:proofErr w:type="spellEnd"/>
            <w:r>
              <w:rPr>
                <w:sz w:val="14"/>
              </w:rPr>
              <w:t xml:space="preserve"> / Hilman Hamid</w:t>
            </w:r>
          </w:p>
        </w:tc>
      </w:tr>
      <w:tr w:rsidR="003D05DA" w14:paraId="6574D339" w14:textId="77777777" w:rsidTr="00426D0A">
        <w:trPr>
          <w:cantSplit/>
          <w:jc w:val="center"/>
        </w:trPr>
        <w:tc>
          <w:tcPr>
            <w:tcW w:w="1540" w:type="dxa"/>
            <w:tcMar>
              <w:top w:w="75" w:type="dxa"/>
              <w:left w:w="85" w:type="dxa"/>
              <w:bottom w:w="70" w:type="dxa"/>
              <w:right w:w="85" w:type="dxa"/>
            </w:tcMar>
            <w:vAlign w:val="center"/>
          </w:tcPr>
          <w:p w14:paraId="5B020D82" w14:textId="77777777" w:rsidR="003D05DA" w:rsidRDefault="003D05DA" w:rsidP="00426D0A">
            <w:pPr>
              <w:spacing w:after="0" w:line="259" w:lineRule="auto"/>
              <w:rPr>
                <w:rFonts w:hint="eastAsia"/>
              </w:rPr>
            </w:pPr>
            <w:r>
              <w:rPr>
                <w:b/>
                <w:color w:val="135DB4"/>
                <w:sz w:val="14"/>
              </w:rPr>
              <w:t>B.11.12</w:t>
            </w:r>
          </w:p>
        </w:tc>
        <w:tc>
          <w:tcPr>
            <w:tcW w:w="3699" w:type="dxa"/>
            <w:tcMar>
              <w:top w:w="75" w:type="dxa"/>
              <w:left w:w="85" w:type="dxa"/>
              <w:bottom w:w="70" w:type="dxa"/>
              <w:right w:w="85" w:type="dxa"/>
            </w:tcMar>
            <w:vAlign w:val="center"/>
          </w:tcPr>
          <w:p w14:paraId="78CD176E"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fisik</w:t>
            </w:r>
            <w:proofErr w:type="spellEnd"/>
            <w:r>
              <w:rPr>
                <w:sz w:val="14"/>
              </w:rPr>
              <w:t xml:space="preserve"> maya dan </w:t>
            </w:r>
            <w:proofErr w:type="spellStart"/>
            <w:r>
              <w:rPr>
                <w:sz w:val="14"/>
              </w:rPr>
              <w:t>sistem</w:t>
            </w:r>
            <w:proofErr w:type="spellEnd"/>
            <w:r>
              <w:rPr>
                <w:sz w:val="14"/>
              </w:rPr>
              <w:t xml:space="preserve"> </w:t>
            </w:r>
            <w:proofErr w:type="spellStart"/>
            <w:r>
              <w:rPr>
                <w:sz w:val="14"/>
              </w:rPr>
              <w:t>informasi</w:t>
            </w:r>
            <w:proofErr w:type="spellEnd"/>
          </w:p>
        </w:tc>
        <w:tc>
          <w:tcPr>
            <w:tcW w:w="2259" w:type="dxa"/>
            <w:tcMar>
              <w:top w:w="75" w:type="dxa"/>
              <w:left w:w="85" w:type="dxa"/>
              <w:bottom w:w="70" w:type="dxa"/>
              <w:right w:w="85" w:type="dxa"/>
            </w:tcMar>
            <w:vAlign w:val="center"/>
          </w:tcPr>
          <w:p w14:paraId="6F08C3AE" w14:textId="77777777" w:rsidR="003D05DA" w:rsidRDefault="003D05DA" w:rsidP="00426D0A">
            <w:pPr>
              <w:spacing w:after="0" w:line="259" w:lineRule="auto"/>
              <w:rPr>
                <w:rFonts w:hint="eastAsia"/>
              </w:rPr>
            </w:pPr>
            <w:r>
              <w:rPr>
                <w:sz w:val="14"/>
              </w:rPr>
              <w:t>IT / SIMRS / digital</w:t>
            </w:r>
          </w:p>
        </w:tc>
        <w:tc>
          <w:tcPr>
            <w:tcW w:w="2679" w:type="dxa"/>
            <w:tcMar>
              <w:top w:w="75" w:type="dxa"/>
              <w:left w:w="85" w:type="dxa"/>
              <w:bottom w:w="70" w:type="dxa"/>
              <w:right w:w="85" w:type="dxa"/>
            </w:tcMar>
            <w:vAlign w:val="center"/>
          </w:tcPr>
          <w:p w14:paraId="3E47D9A1" w14:textId="77777777" w:rsidR="003D05DA" w:rsidRDefault="003D05DA" w:rsidP="00426D0A">
            <w:pPr>
              <w:spacing w:after="0" w:line="259" w:lineRule="auto"/>
              <w:rPr>
                <w:rFonts w:hint="eastAsia"/>
              </w:rPr>
            </w:pPr>
            <w:r>
              <w:rPr>
                <w:sz w:val="14"/>
              </w:rPr>
              <w:t xml:space="preserve">Prof. </w:t>
            </w:r>
            <w:proofErr w:type="spellStart"/>
            <w:r>
              <w:rPr>
                <w:sz w:val="14"/>
              </w:rPr>
              <w:t>Suhono</w:t>
            </w:r>
            <w:proofErr w:type="spellEnd"/>
            <w:r>
              <w:rPr>
                <w:sz w:val="14"/>
              </w:rPr>
              <w:t xml:space="preserve"> / Ir. </w:t>
            </w:r>
            <w:proofErr w:type="spellStart"/>
            <w:r>
              <w:rPr>
                <w:sz w:val="14"/>
              </w:rPr>
              <w:t>Prando</w:t>
            </w:r>
            <w:proofErr w:type="spellEnd"/>
          </w:p>
        </w:tc>
      </w:tr>
      <w:tr w:rsidR="003D05DA" w14:paraId="069F2CE9" w14:textId="77777777" w:rsidTr="00426D0A">
        <w:trPr>
          <w:cantSplit/>
          <w:jc w:val="center"/>
        </w:trPr>
        <w:tc>
          <w:tcPr>
            <w:tcW w:w="1540" w:type="dxa"/>
            <w:shd w:val="clear" w:color="auto" w:fill="F0F6FC"/>
            <w:tcMar>
              <w:top w:w="75" w:type="dxa"/>
              <w:left w:w="85" w:type="dxa"/>
              <w:bottom w:w="70" w:type="dxa"/>
              <w:right w:w="85" w:type="dxa"/>
            </w:tcMar>
            <w:vAlign w:val="center"/>
          </w:tcPr>
          <w:p w14:paraId="4DD81476" w14:textId="77777777" w:rsidR="003D05DA" w:rsidRDefault="003D05DA" w:rsidP="00426D0A">
            <w:pPr>
              <w:spacing w:after="0" w:line="259" w:lineRule="auto"/>
              <w:rPr>
                <w:rFonts w:hint="eastAsia"/>
              </w:rPr>
            </w:pPr>
            <w:r>
              <w:rPr>
                <w:b/>
                <w:color w:val="135DB4"/>
                <w:sz w:val="14"/>
              </w:rPr>
              <w:t>B.11.16</w:t>
            </w:r>
          </w:p>
        </w:tc>
        <w:tc>
          <w:tcPr>
            <w:tcW w:w="3699" w:type="dxa"/>
            <w:shd w:val="clear" w:color="auto" w:fill="F0F6FC"/>
            <w:tcMar>
              <w:top w:w="75" w:type="dxa"/>
              <w:left w:w="85" w:type="dxa"/>
              <w:bottom w:w="70" w:type="dxa"/>
              <w:right w:w="85" w:type="dxa"/>
            </w:tcMar>
            <w:vAlign w:val="center"/>
          </w:tcPr>
          <w:p w14:paraId="7595DC23" w14:textId="77777777" w:rsidR="003D05DA" w:rsidRDefault="003D05DA" w:rsidP="00426D0A">
            <w:pPr>
              <w:spacing w:after="0" w:line="259" w:lineRule="auto"/>
              <w:rPr>
                <w:rFonts w:hint="eastAsia"/>
              </w:rPr>
            </w:pPr>
            <w:proofErr w:type="spellStart"/>
            <w:r>
              <w:rPr>
                <w:sz w:val="14"/>
              </w:rPr>
              <w:t>Sistem</w:t>
            </w:r>
            <w:proofErr w:type="spellEnd"/>
            <w:r>
              <w:rPr>
                <w:sz w:val="14"/>
              </w:rPr>
              <w:t xml:space="preserve"> </w:t>
            </w:r>
            <w:proofErr w:type="spellStart"/>
            <w:r>
              <w:rPr>
                <w:sz w:val="14"/>
              </w:rPr>
              <w:t>manajemen</w:t>
            </w:r>
            <w:proofErr w:type="spellEnd"/>
            <w:r>
              <w:rPr>
                <w:sz w:val="14"/>
              </w:rPr>
              <w:t xml:space="preserve"> </w:t>
            </w:r>
            <w:proofErr w:type="spellStart"/>
            <w:r>
              <w:rPr>
                <w:sz w:val="14"/>
              </w:rPr>
              <w:t>organisasi</w:t>
            </w:r>
            <w:proofErr w:type="spellEnd"/>
            <w:r>
              <w:rPr>
                <w:sz w:val="14"/>
              </w:rPr>
              <w:t xml:space="preserve"> (SMO)</w:t>
            </w:r>
          </w:p>
        </w:tc>
        <w:tc>
          <w:tcPr>
            <w:tcW w:w="2259" w:type="dxa"/>
            <w:shd w:val="clear" w:color="auto" w:fill="F0F6FC"/>
            <w:tcMar>
              <w:top w:w="75" w:type="dxa"/>
              <w:left w:w="85" w:type="dxa"/>
              <w:bottom w:w="70" w:type="dxa"/>
              <w:right w:w="85" w:type="dxa"/>
            </w:tcMar>
            <w:vAlign w:val="center"/>
          </w:tcPr>
          <w:p w14:paraId="112B32CA" w14:textId="77777777" w:rsidR="003D05DA" w:rsidRDefault="003D05DA" w:rsidP="00426D0A">
            <w:pPr>
              <w:spacing w:after="0" w:line="259" w:lineRule="auto"/>
              <w:rPr>
                <w:rFonts w:hint="eastAsia"/>
              </w:rPr>
            </w:pPr>
            <w:proofErr w:type="spellStart"/>
            <w:r>
              <w:rPr>
                <w:sz w:val="14"/>
              </w:rPr>
              <w:t>Direksi</w:t>
            </w:r>
            <w:proofErr w:type="spellEnd"/>
            <w:r>
              <w:rPr>
                <w:sz w:val="14"/>
              </w:rPr>
              <w:t xml:space="preserve"> / </w:t>
            </w:r>
            <w:proofErr w:type="spellStart"/>
            <w:r>
              <w:rPr>
                <w:sz w:val="14"/>
              </w:rPr>
              <w:t>manajemen</w:t>
            </w:r>
            <w:proofErr w:type="spellEnd"/>
            <w:r>
              <w:rPr>
                <w:sz w:val="14"/>
              </w:rPr>
              <w:t xml:space="preserve"> RS</w:t>
            </w:r>
          </w:p>
        </w:tc>
        <w:tc>
          <w:tcPr>
            <w:tcW w:w="2679" w:type="dxa"/>
            <w:shd w:val="clear" w:color="auto" w:fill="F0F6FC"/>
            <w:tcMar>
              <w:top w:w="75" w:type="dxa"/>
              <w:left w:w="85" w:type="dxa"/>
              <w:bottom w:w="70" w:type="dxa"/>
              <w:right w:w="85" w:type="dxa"/>
            </w:tcMar>
            <w:vAlign w:val="center"/>
          </w:tcPr>
          <w:p w14:paraId="41481D77" w14:textId="77777777" w:rsidR="003D05DA" w:rsidRDefault="003D05DA" w:rsidP="00426D0A">
            <w:pPr>
              <w:spacing w:after="0" w:line="259" w:lineRule="auto"/>
              <w:rPr>
                <w:rFonts w:hint="eastAsia"/>
              </w:rPr>
            </w:pPr>
            <w:r>
              <w:rPr>
                <w:sz w:val="14"/>
              </w:rPr>
              <w:t xml:space="preserve">Prof. Eko / Dr. </w:t>
            </w:r>
            <w:proofErr w:type="spellStart"/>
            <w:r>
              <w:rPr>
                <w:sz w:val="14"/>
              </w:rPr>
              <w:t>Puput</w:t>
            </w:r>
            <w:proofErr w:type="spellEnd"/>
          </w:p>
        </w:tc>
      </w:tr>
      <w:tr w:rsidR="003D05DA" w14:paraId="76A724C2" w14:textId="77777777" w:rsidTr="00426D0A">
        <w:trPr>
          <w:cantSplit/>
          <w:jc w:val="center"/>
        </w:trPr>
        <w:tc>
          <w:tcPr>
            <w:tcW w:w="1540" w:type="dxa"/>
            <w:tcMar>
              <w:top w:w="75" w:type="dxa"/>
              <w:left w:w="85" w:type="dxa"/>
              <w:bottom w:w="70" w:type="dxa"/>
              <w:right w:w="85" w:type="dxa"/>
            </w:tcMar>
            <w:vAlign w:val="center"/>
          </w:tcPr>
          <w:p w14:paraId="238A8F7C" w14:textId="77777777" w:rsidR="003D05DA" w:rsidRDefault="003D05DA" w:rsidP="00426D0A">
            <w:pPr>
              <w:spacing w:after="0" w:line="259" w:lineRule="auto"/>
              <w:rPr>
                <w:rFonts w:hint="eastAsia"/>
              </w:rPr>
            </w:pPr>
            <w:r>
              <w:rPr>
                <w:b/>
                <w:color w:val="135DB4"/>
                <w:sz w:val="14"/>
              </w:rPr>
              <w:t>B.11.04</w:t>
            </w:r>
          </w:p>
        </w:tc>
        <w:tc>
          <w:tcPr>
            <w:tcW w:w="3699" w:type="dxa"/>
            <w:tcMar>
              <w:top w:w="75" w:type="dxa"/>
              <w:left w:w="85" w:type="dxa"/>
              <w:bottom w:w="70" w:type="dxa"/>
              <w:right w:w="85" w:type="dxa"/>
            </w:tcMar>
            <w:vAlign w:val="center"/>
          </w:tcPr>
          <w:p w14:paraId="15AF3B4D" w14:textId="77777777" w:rsidR="003D05DA" w:rsidRDefault="003D05DA" w:rsidP="00426D0A">
            <w:pPr>
              <w:spacing w:after="0" w:line="259" w:lineRule="auto"/>
              <w:rPr>
                <w:rFonts w:hint="eastAsia"/>
              </w:rPr>
            </w:pPr>
            <w:r>
              <w:rPr>
                <w:sz w:val="14"/>
              </w:rPr>
              <w:t xml:space="preserve">SDM dan </w:t>
            </w:r>
            <w:proofErr w:type="spellStart"/>
            <w:r>
              <w:rPr>
                <w:sz w:val="14"/>
              </w:rPr>
              <w:t>manajemen</w:t>
            </w:r>
            <w:proofErr w:type="spellEnd"/>
            <w:r>
              <w:rPr>
                <w:sz w:val="14"/>
              </w:rPr>
              <w:t xml:space="preserve"> SDM</w:t>
            </w:r>
          </w:p>
        </w:tc>
        <w:tc>
          <w:tcPr>
            <w:tcW w:w="2259" w:type="dxa"/>
            <w:tcMar>
              <w:top w:w="75" w:type="dxa"/>
              <w:left w:w="85" w:type="dxa"/>
              <w:bottom w:w="70" w:type="dxa"/>
              <w:right w:w="85" w:type="dxa"/>
            </w:tcMar>
            <w:vAlign w:val="center"/>
          </w:tcPr>
          <w:p w14:paraId="7E82B5BC" w14:textId="77777777" w:rsidR="003D05DA" w:rsidRDefault="003D05DA" w:rsidP="00426D0A">
            <w:pPr>
              <w:spacing w:after="0" w:line="259" w:lineRule="auto"/>
              <w:rPr>
                <w:rFonts w:hint="eastAsia"/>
              </w:rPr>
            </w:pPr>
            <w:r>
              <w:rPr>
                <w:sz w:val="14"/>
              </w:rPr>
              <w:t xml:space="preserve">SDM / </w:t>
            </w:r>
            <w:proofErr w:type="spellStart"/>
            <w:r>
              <w:rPr>
                <w:sz w:val="14"/>
              </w:rPr>
              <w:t>diklat</w:t>
            </w:r>
            <w:proofErr w:type="spellEnd"/>
            <w:r>
              <w:rPr>
                <w:sz w:val="14"/>
              </w:rPr>
              <w:t xml:space="preserve"> / </w:t>
            </w:r>
            <w:proofErr w:type="spellStart"/>
            <w:r>
              <w:rPr>
                <w:sz w:val="14"/>
              </w:rPr>
              <w:t>pimpinan</w:t>
            </w:r>
            <w:proofErr w:type="spellEnd"/>
          </w:p>
        </w:tc>
        <w:tc>
          <w:tcPr>
            <w:tcW w:w="2679" w:type="dxa"/>
            <w:tcMar>
              <w:top w:w="75" w:type="dxa"/>
              <w:left w:w="85" w:type="dxa"/>
              <w:bottom w:w="70" w:type="dxa"/>
              <w:right w:w="85" w:type="dxa"/>
            </w:tcMar>
            <w:vAlign w:val="center"/>
          </w:tcPr>
          <w:p w14:paraId="7782F969" w14:textId="77777777" w:rsidR="003D05DA" w:rsidRDefault="003D05DA" w:rsidP="00426D0A">
            <w:pPr>
              <w:spacing w:after="0" w:line="259" w:lineRule="auto"/>
              <w:rPr>
                <w:rFonts w:hint="eastAsia"/>
              </w:rPr>
            </w:pPr>
            <w:r>
              <w:rPr>
                <w:sz w:val="14"/>
              </w:rPr>
              <w:t xml:space="preserve">Dr. </w:t>
            </w:r>
            <w:proofErr w:type="spellStart"/>
            <w:r>
              <w:rPr>
                <w:sz w:val="14"/>
              </w:rPr>
              <w:t>Puput</w:t>
            </w:r>
            <w:proofErr w:type="spellEnd"/>
            <w:r>
              <w:rPr>
                <w:sz w:val="14"/>
              </w:rPr>
              <w:t xml:space="preserve"> / Diah </w:t>
            </w:r>
            <w:proofErr w:type="spellStart"/>
            <w:r>
              <w:rPr>
                <w:sz w:val="14"/>
              </w:rPr>
              <w:t>Satyani</w:t>
            </w:r>
            <w:proofErr w:type="spellEnd"/>
          </w:p>
        </w:tc>
      </w:tr>
    </w:tbl>
    <w:p w14:paraId="053A0ACF" w14:textId="77777777" w:rsidR="003D05DA" w:rsidRDefault="003D05DA" w:rsidP="003D05DA">
      <w:pPr>
        <w:spacing w:after="0"/>
        <w:rPr>
          <w:rFonts w:hint="eastAsia"/>
        </w:rPr>
      </w:pPr>
    </w:p>
    <w:p w14:paraId="1EBD6312" w14:textId="77777777" w:rsidR="003D05DA" w:rsidRDefault="003D05DA" w:rsidP="003D05DA">
      <w:pPr>
        <w:spacing w:after="180"/>
        <w:rPr>
          <w:rFonts w:hint="eastAsia"/>
        </w:rPr>
      </w:pPr>
    </w:p>
    <w:p w14:paraId="628E6209" w14:textId="77777777" w:rsidR="003D05DA" w:rsidRDefault="003D05DA" w:rsidP="003D05DA">
      <w:pPr>
        <w:pStyle w:val="NoteText"/>
        <w:rPr>
          <w:rFonts w:hint="eastAsia"/>
        </w:rPr>
      </w:pPr>
      <w:proofErr w:type="spellStart"/>
      <w:r>
        <w:t>Aktivitas</w:t>
      </w:r>
      <w:proofErr w:type="spellEnd"/>
      <w:r>
        <w:t xml:space="preserve"> B.11 </w:t>
      </w:r>
      <w:proofErr w:type="spellStart"/>
      <w:r>
        <w:t>berfokus</w:t>
      </w:r>
      <w:proofErr w:type="spellEnd"/>
      <w:r>
        <w:t xml:space="preserve"> pada </w:t>
      </w:r>
      <w:proofErr w:type="spellStart"/>
      <w:r>
        <w:t>persiapan</w:t>
      </w:r>
      <w:proofErr w:type="spellEnd"/>
      <w:r>
        <w:t xml:space="preserve"> </w:t>
      </w:r>
      <w:proofErr w:type="spellStart"/>
      <w:r>
        <w:t>sertifikasi</w:t>
      </w:r>
      <w:proofErr w:type="spellEnd"/>
      <w:r>
        <w:t xml:space="preserve"> dan </w:t>
      </w:r>
      <w:proofErr w:type="spellStart"/>
      <w:r>
        <w:t>bukti</w:t>
      </w:r>
      <w:proofErr w:type="spellEnd"/>
      <w:r>
        <w:t xml:space="preserve"> </w:t>
      </w:r>
      <w:proofErr w:type="spellStart"/>
      <w:r>
        <w:t>kesesuaian</w:t>
      </w:r>
      <w:proofErr w:type="spellEnd"/>
      <w:r>
        <w:t xml:space="preserve">. </w:t>
      </w:r>
      <w:proofErr w:type="spellStart"/>
      <w:r>
        <w:t>Sertifikasi</w:t>
      </w:r>
      <w:proofErr w:type="spellEnd"/>
      <w:r>
        <w:t xml:space="preserve"> </w:t>
      </w:r>
      <w:proofErr w:type="spellStart"/>
      <w:r>
        <w:t>atau</w:t>
      </w:r>
      <w:proofErr w:type="spellEnd"/>
      <w:r>
        <w:t xml:space="preserve"> </w:t>
      </w:r>
      <w:proofErr w:type="spellStart"/>
      <w:r>
        <w:t>penilaian</w:t>
      </w:r>
      <w:proofErr w:type="spellEnd"/>
      <w:r>
        <w:t xml:space="preserve"> </w:t>
      </w:r>
      <w:proofErr w:type="spellStart"/>
      <w:r>
        <w:t>kesesuaian</w:t>
      </w:r>
      <w:proofErr w:type="spellEnd"/>
      <w:r>
        <w:t xml:space="preserve"> </w:t>
      </w:r>
      <w:proofErr w:type="spellStart"/>
      <w:r>
        <w:t>resmi</w:t>
      </w:r>
      <w:proofErr w:type="spellEnd"/>
      <w:r>
        <w:t xml:space="preserve"> </w:t>
      </w:r>
      <w:proofErr w:type="spellStart"/>
      <w:r>
        <w:t>hanya</w:t>
      </w:r>
      <w:proofErr w:type="spellEnd"/>
      <w:r>
        <w:t xml:space="preserve"> </w:t>
      </w:r>
      <w:proofErr w:type="spellStart"/>
      <w:r>
        <w:t>diterbitkan</w:t>
      </w:r>
      <w:proofErr w:type="spellEnd"/>
      <w:r>
        <w:t>/</w:t>
      </w:r>
      <w:proofErr w:type="spellStart"/>
      <w:r>
        <w:t>dilaksanakan</w:t>
      </w:r>
      <w:proofErr w:type="spellEnd"/>
      <w:r>
        <w:t xml:space="preserve"> oleh </w:t>
      </w:r>
      <w:proofErr w:type="spellStart"/>
      <w:r>
        <w:t>lembaga</w:t>
      </w:r>
      <w:proofErr w:type="spellEnd"/>
      <w:r>
        <w:t xml:space="preserve"> yang </w:t>
      </w:r>
      <w:proofErr w:type="spellStart"/>
      <w:r>
        <w:t>memiliki</w:t>
      </w:r>
      <w:proofErr w:type="spellEnd"/>
      <w:r>
        <w:t xml:space="preserve"> </w:t>
      </w:r>
      <w:proofErr w:type="spellStart"/>
      <w:r>
        <w:t>kewenangan</w:t>
      </w:r>
      <w:proofErr w:type="spellEnd"/>
      <w:r>
        <w:t xml:space="preserve"> </w:t>
      </w:r>
      <w:proofErr w:type="spellStart"/>
      <w:r>
        <w:t>sesuai</w:t>
      </w:r>
      <w:proofErr w:type="spellEnd"/>
      <w:r>
        <w:t xml:space="preserve"> </w:t>
      </w:r>
      <w:proofErr w:type="spellStart"/>
      <w:r>
        <w:t>peraturan</w:t>
      </w:r>
      <w:proofErr w:type="spellEnd"/>
      <w:r>
        <w:t xml:space="preserve"> dan </w:t>
      </w:r>
      <w:proofErr w:type="spellStart"/>
      <w:r>
        <w:t>skema</w:t>
      </w:r>
      <w:proofErr w:type="spellEnd"/>
      <w:r>
        <w:t xml:space="preserve"> yang </w:t>
      </w:r>
      <w:proofErr w:type="spellStart"/>
      <w:r>
        <w:t>relevan</w:t>
      </w:r>
      <w:proofErr w:type="spellEnd"/>
      <w:r>
        <w:t>.</w:t>
      </w:r>
    </w:p>
    <w:p w14:paraId="0B53CB77" w14:textId="77777777" w:rsidR="003D05DA" w:rsidRDefault="003D05DA" w:rsidP="003D05DA">
      <w:pPr>
        <w:rPr>
          <w:rFonts w:hint="eastAsia"/>
        </w:rPr>
      </w:pPr>
      <w:r>
        <w:br w:type="page"/>
      </w:r>
    </w:p>
    <w:p w14:paraId="7211F4D6" w14:textId="77777777" w:rsidR="003D05DA" w:rsidRDefault="003D05DA">
      <w:pPr>
        <w:keepNext/>
        <w:spacing w:after="60"/>
        <w:rPr>
          <w:b/>
          <w:color w:val="0FA27A"/>
          <w:sz w:val="17"/>
        </w:rPr>
      </w:pPr>
    </w:p>
    <w:p w14:paraId="058716F1" w14:textId="77777777" w:rsidR="003D05DA" w:rsidRDefault="003D05DA">
      <w:pPr>
        <w:keepNext/>
        <w:spacing w:after="60"/>
        <w:rPr>
          <w:b/>
          <w:color w:val="0FA27A"/>
          <w:sz w:val="17"/>
        </w:rPr>
      </w:pPr>
    </w:p>
    <w:p w14:paraId="727C942F" w14:textId="35EAA34A" w:rsidR="003B64CE" w:rsidRDefault="00000000">
      <w:pPr>
        <w:keepNext/>
        <w:spacing w:after="60"/>
      </w:pPr>
      <w:r>
        <w:rPr>
          <w:b/>
          <w:color w:val="0FA27A"/>
          <w:sz w:val="17"/>
        </w:rPr>
        <w:t>KALENDER INDIKATIF</w:t>
      </w:r>
    </w:p>
    <w:p w14:paraId="304DB6ED" w14:textId="77777777" w:rsidR="003B64CE" w:rsidRDefault="00000000">
      <w:pPr>
        <w:pStyle w:val="Heading1"/>
      </w:pPr>
      <w:r>
        <w:t>Rencana Program 2027</w:t>
      </w:r>
    </w:p>
    <w:p w14:paraId="306F72A6" w14:textId="77777777" w:rsidR="003B64CE" w:rsidRDefault="00000000">
      <w:pPr>
        <w:spacing w:after="100" w:line="259" w:lineRule="auto"/>
      </w:pPr>
      <w:r>
        <w:t>Jadwal berikut merupakan contoh prioritas bulanan. Seluruh menu program tetap dapat dibuka sebagai kelas permintaan institusi, open class, regional, atau in-house. Tanggal dan narasumber dikonfirmasi pada undangan kegiatan.</w:t>
      </w:r>
    </w:p>
    <w:tbl>
      <w:tblPr>
        <w:tblW w:w="0" w:type="auto"/>
        <w:jc w:val="center"/>
        <w:tblLayout w:type="fixed"/>
        <w:tblLook w:val="04A0" w:firstRow="1" w:lastRow="0" w:firstColumn="1" w:lastColumn="0" w:noHBand="0" w:noVBand="1"/>
      </w:tblPr>
      <w:tblGrid>
        <w:gridCol w:w="737"/>
        <w:gridCol w:w="3231"/>
        <w:gridCol w:w="3061"/>
        <w:gridCol w:w="3347"/>
        <w:gridCol w:w="211"/>
      </w:tblGrid>
      <w:tr w:rsidR="003B64CE" w14:paraId="2F2D89CB" w14:textId="77777777">
        <w:trPr>
          <w:cantSplit/>
          <w:tblHeader/>
          <w:jc w:val="center"/>
        </w:trPr>
        <w:tc>
          <w:tcPr>
            <w:tcW w:w="73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E8E07E5" w14:textId="77777777" w:rsidR="003B64CE" w:rsidRDefault="00000000">
            <w:pPr>
              <w:spacing w:after="0"/>
              <w:jc w:val="center"/>
            </w:pPr>
            <w:r>
              <w:rPr>
                <w:b/>
                <w:color w:val="FFFFFF"/>
                <w:sz w:val="15"/>
              </w:rPr>
              <w:t>Bulan</w:t>
            </w:r>
          </w:p>
        </w:tc>
        <w:tc>
          <w:tcPr>
            <w:tcW w:w="323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9D1C1DE" w14:textId="77777777" w:rsidR="003B64CE" w:rsidRDefault="00000000">
            <w:pPr>
              <w:spacing w:after="0"/>
              <w:jc w:val="center"/>
            </w:pPr>
            <w:r>
              <w:rPr>
                <w:b/>
                <w:color w:val="FFFFFF"/>
                <w:sz w:val="15"/>
              </w:rPr>
              <w:t>Teknik Pelayanan Kesehatan</w:t>
            </w:r>
          </w:p>
        </w:tc>
        <w:tc>
          <w:tcPr>
            <w:tcW w:w="3061"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2F074E25" w14:textId="77777777" w:rsidR="003B64CE" w:rsidRDefault="00000000">
            <w:pPr>
              <w:spacing w:after="0"/>
              <w:jc w:val="center"/>
            </w:pPr>
            <w:r>
              <w:rPr>
                <w:b/>
                <w:color w:val="FFFFFF"/>
                <w:sz w:val="15"/>
              </w:rPr>
              <w:t>Smart Hospital</w:t>
            </w:r>
          </w:p>
        </w:tc>
        <w:tc>
          <w:tcPr>
            <w:tcW w:w="3005" w:type="dxa"/>
            <w:gridSpan w:val="2"/>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464DBBE1" w14:textId="77777777" w:rsidR="003B64CE" w:rsidRDefault="00000000">
            <w:pPr>
              <w:spacing w:after="0"/>
              <w:jc w:val="center"/>
            </w:pPr>
            <w:r>
              <w:rPr>
                <w:b/>
                <w:color w:val="FFFFFF"/>
                <w:sz w:val="15"/>
              </w:rPr>
              <w:t>Topik Spesial</w:t>
            </w:r>
          </w:p>
        </w:tc>
      </w:tr>
      <w:tr w:rsidR="003B64CE" w14:paraId="385A9FBA"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10C0F89" w14:textId="77777777" w:rsidR="003B64CE" w:rsidRDefault="00000000">
            <w:pPr>
              <w:spacing w:after="0"/>
            </w:pPr>
            <w:r>
              <w:rPr>
                <w:sz w:val="15"/>
              </w:rPr>
              <w:t>Jan</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6BCA5A1" w14:textId="77777777" w:rsidR="003B64CE" w:rsidRDefault="00000000">
            <w:pPr>
              <w:spacing w:after="0"/>
            </w:pPr>
            <w:r>
              <w:rPr>
                <w:sz w:val="15"/>
              </w:rPr>
              <w:t>Perencanaan RS</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E2AE76F" w14:textId="77777777" w:rsidR="003B64CE" w:rsidRDefault="00000000">
            <w:pPr>
              <w:spacing w:after="0"/>
            </w:pPr>
            <w:r>
              <w:rPr>
                <w:sz w:val="15"/>
              </w:rPr>
              <w:t>Perencanaan Smart Hospital</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EFD5960" w14:textId="77777777" w:rsidR="003B64CE" w:rsidRDefault="00000000">
            <w:pPr>
              <w:spacing w:after="0"/>
            </w:pPr>
            <w:r>
              <w:rPr>
                <w:sz w:val="15"/>
              </w:rPr>
              <w:t>Studi kelayakan</w:t>
            </w:r>
          </w:p>
        </w:tc>
      </w:tr>
      <w:tr w:rsidR="003B64CE" w14:paraId="704C1EED"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7AE72F9" w14:textId="77777777" w:rsidR="003B64CE" w:rsidRDefault="00000000">
            <w:pPr>
              <w:spacing w:after="0"/>
            </w:pPr>
            <w:r>
              <w:rPr>
                <w:sz w:val="15"/>
              </w:rPr>
              <w:t>Feb</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A7D6A1C" w14:textId="77777777" w:rsidR="003B64CE" w:rsidRDefault="00000000">
            <w:pPr>
              <w:spacing w:after="0"/>
            </w:pPr>
            <w:r>
              <w:rPr>
                <w:sz w:val="15"/>
              </w:rPr>
              <w:t>Penganggaran RS - keuangan</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85CA217" w14:textId="77777777" w:rsidR="003B64CE" w:rsidRDefault="00000000">
            <w:pPr>
              <w:spacing w:after="0"/>
            </w:pPr>
            <w:r>
              <w:rPr>
                <w:sz w:val="15"/>
              </w:rPr>
              <w:t>Penganggaran SFN</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4C3381B" w14:textId="77777777" w:rsidR="003B64CE" w:rsidRDefault="00000000">
            <w:pPr>
              <w:spacing w:after="0"/>
            </w:pPr>
            <w:r>
              <w:rPr>
                <w:sz w:val="15"/>
              </w:rPr>
              <w:t>Pembiayaan</w:t>
            </w:r>
          </w:p>
        </w:tc>
      </w:tr>
      <w:tr w:rsidR="003B64CE" w14:paraId="6A4987C8"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34B5000" w14:textId="77777777" w:rsidR="003B64CE" w:rsidRDefault="00000000">
            <w:pPr>
              <w:spacing w:after="0"/>
            </w:pPr>
            <w:r>
              <w:rPr>
                <w:sz w:val="15"/>
              </w:rPr>
              <w:t>Mar</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B48EB09" w14:textId="77777777" w:rsidR="003B64CE" w:rsidRDefault="00000000">
            <w:pPr>
              <w:spacing w:after="0"/>
            </w:pPr>
            <w:r>
              <w:rPr>
                <w:sz w:val="15"/>
              </w:rPr>
              <w:t>Perancangan bangunan</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76DACB5" w14:textId="77777777" w:rsidR="003B64CE" w:rsidRDefault="00000000">
            <w:pPr>
              <w:spacing w:after="0"/>
            </w:pPr>
            <w:r>
              <w:rPr>
                <w:sz w:val="15"/>
              </w:rPr>
              <w:t>Perancangan SFM</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5878014" w14:textId="77777777" w:rsidR="003B64CE" w:rsidRDefault="00000000">
            <w:pPr>
              <w:spacing w:after="0"/>
            </w:pPr>
            <w:r>
              <w:rPr>
                <w:sz w:val="15"/>
              </w:rPr>
              <w:t>Master plan</w:t>
            </w:r>
          </w:p>
        </w:tc>
      </w:tr>
      <w:tr w:rsidR="003B64CE" w14:paraId="4A2BC873"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1EB0210" w14:textId="77777777" w:rsidR="003B64CE" w:rsidRDefault="00000000">
            <w:pPr>
              <w:spacing w:after="0"/>
            </w:pPr>
            <w:r>
              <w:rPr>
                <w:sz w:val="15"/>
              </w:rPr>
              <w:t>Apr</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FBAE3B2" w14:textId="77777777" w:rsidR="003B64CE" w:rsidRDefault="00000000">
            <w:pPr>
              <w:spacing w:after="0"/>
            </w:pPr>
            <w:r>
              <w:rPr>
                <w:sz w:val="15"/>
              </w:rPr>
              <w:t>Pengadaan alat kesehatan</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FBE133B" w14:textId="77777777" w:rsidR="003B64CE" w:rsidRDefault="00000000">
            <w:pPr>
              <w:spacing w:after="0"/>
            </w:pPr>
            <w:r>
              <w:rPr>
                <w:sz w:val="15"/>
              </w:rPr>
              <w:t>Pengadaan SMO</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9F4AA08" w14:textId="77777777" w:rsidR="003B64CE" w:rsidRDefault="00000000">
            <w:pPr>
              <w:spacing w:after="0"/>
            </w:pPr>
            <w:r>
              <w:rPr>
                <w:sz w:val="15"/>
              </w:rPr>
              <w:t>Penilaian teknologi kesehatan</w:t>
            </w:r>
          </w:p>
        </w:tc>
      </w:tr>
      <w:tr w:rsidR="003B64CE" w14:paraId="7702ABAF"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CB5D1ED" w14:textId="77777777" w:rsidR="003B64CE" w:rsidRDefault="00000000">
            <w:pPr>
              <w:spacing w:after="0"/>
            </w:pPr>
            <w:r>
              <w:rPr>
                <w:sz w:val="15"/>
              </w:rPr>
              <w:t>Mei</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6432506" w14:textId="77777777" w:rsidR="003B64CE" w:rsidRDefault="00000000">
            <w:pPr>
              <w:spacing w:after="0"/>
            </w:pPr>
            <w:r>
              <w:rPr>
                <w:sz w:val="15"/>
              </w:rPr>
              <w:t>Instalasi/konstruksi mekanikal</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8F02C4C" w14:textId="77777777" w:rsidR="003B64CE" w:rsidRDefault="00000000">
            <w:pPr>
              <w:spacing w:after="0"/>
            </w:pPr>
            <w:r>
              <w:rPr>
                <w:sz w:val="15"/>
              </w:rPr>
              <w:t>Instalasi/konstruksi SFN</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0E046A3" w14:textId="77777777" w:rsidR="003B64CE" w:rsidRDefault="00000000">
            <w:pPr>
              <w:spacing w:after="0"/>
            </w:pPr>
            <w:r>
              <w:rPr>
                <w:sz w:val="15"/>
              </w:rPr>
              <w:t>Manajemen perubahan</w:t>
            </w:r>
          </w:p>
        </w:tc>
      </w:tr>
      <w:tr w:rsidR="003B64CE" w14:paraId="4EB57FDD"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C815BED" w14:textId="77777777" w:rsidR="003B64CE" w:rsidRDefault="00000000">
            <w:pPr>
              <w:spacing w:after="0"/>
            </w:pPr>
            <w:r>
              <w:rPr>
                <w:sz w:val="15"/>
              </w:rPr>
              <w:t>Jun</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9B0569C" w14:textId="77777777" w:rsidR="003B64CE" w:rsidRDefault="00000000">
            <w:pPr>
              <w:spacing w:after="0"/>
            </w:pPr>
            <w:r>
              <w:rPr>
                <w:sz w:val="15"/>
              </w:rPr>
              <w:t>Pengujian elektrikal</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CF76B67" w14:textId="77777777" w:rsidR="003B64CE" w:rsidRDefault="00000000">
            <w:pPr>
              <w:spacing w:after="0"/>
            </w:pPr>
            <w:r>
              <w:rPr>
                <w:sz w:val="15"/>
              </w:rPr>
              <w:t>Pengujian SFM</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AE001E6" w14:textId="77777777" w:rsidR="003B64CE" w:rsidRDefault="00000000">
            <w:pPr>
              <w:spacing w:after="0"/>
            </w:pPr>
            <w:r>
              <w:rPr>
                <w:sz w:val="15"/>
              </w:rPr>
              <w:t>Strategi penerapan AI</w:t>
            </w:r>
          </w:p>
        </w:tc>
      </w:tr>
      <w:tr w:rsidR="003B64CE" w14:paraId="3536479C"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3F71AAD" w14:textId="77777777" w:rsidR="003B64CE" w:rsidRDefault="00000000">
            <w:pPr>
              <w:spacing w:after="0"/>
            </w:pPr>
            <w:r>
              <w:rPr>
                <w:sz w:val="15"/>
              </w:rPr>
              <w:t>Jul</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9C72D12" w14:textId="77777777" w:rsidR="003B64CE" w:rsidRDefault="00000000">
            <w:pPr>
              <w:spacing w:after="0"/>
            </w:pPr>
            <w:r>
              <w:rPr>
                <w:sz w:val="15"/>
              </w:rPr>
              <w:t>Penilaian manajemen fasilitas</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918FDA8" w14:textId="77777777" w:rsidR="003B64CE" w:rsidRDefault="00000000">
            <w:pPr>
              <w:spacing w:after="0"/>
            </w:pPr>
            <w:r>
              <w:rPr>
                <w:sz w:val="15"/>
              </w:rPr>
              <w:t>Penilaian Smart Hospital</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EC7E202" w14:textId="77777777" w:rsidR="003B64CE" w:rsidRDefault="00000000">
            <w:pPr>
              <w:spacing w:after="0"/>
            </w:pPr>
            <w:r>
              <w:rPr>
                <w:sz w:val="15"/>
              </w:rPr>
              <w:t>Analisis manfaat-biaya-risiko</w:t>
            </w:r>
          </w:p>
        </w:tc>
      </w:tr>
      <w:tr w:rsidR="003B64CE" w14:paraId="2F61327D"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E660030" w14:textId="77777777" w:rsidR="003B64CE" w:rsidRDefault="00000000">
            <w:pPr>
              <w:spacing w:after="0"/>
            </w:pPr>
            <w:r>
              <w:rPr>
                <w:sz w:val="15"/>
              </w:rPr>
              <w:t>Agu</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A222D72" w14:textId="77777777" w:rsidR="003B64CE" w:rsidRDefault="00000000">
            <w:pPr>
              <w:spacing w:after="0"/>
            </w:pPr>
            <w:r>
              <w:rPr>
                <w:sz w:val="15"/>
              </w:rPr>
              <w:t>Pemanfaatan layanan klinis</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7C363990" w14:textId="77777777" w:rsidR="003B64CE" w:rsidRDefault="00000000">
            <w:pPr>
              <w:spacing w:after="0"/>
            </w:pPr>
            <w:r>
              <w:rPr>
                <w:sz w:val="15"/>
              </w:rPr>
              <w:t>Pemanfaatan SDM Smart Hospital</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74B50A2" w14:textId="77777777" w:rsidR="003B64CE" w:rsidRDefault="00000000">
            <w:pPr>
              <w:spacing w:after="0"/>
            </w:pPr>
            <w:r>
              <w:rPr>
                <w:sz w:val="15"/>
              </w:rPr>
              <w:t>Rencana bisnis</w:t>
            </w:r>
          </w:p>
        </w:tc>
      </w:tr>
      <w:tr w:rsidR="003B64CE" w14:paraId="6CFC4AB2"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EDAC4DF" w14:textId="77777777" w:rsidR="003B64CE" w:rsidRDefault="00000000">
            <w:pPr>
              <w:spacing w:after="0"/>
            </w:pPr>
            <w:r>
              <w:rPr>
                <w:sz w:val="15"/>
              </w:rPr>
              <w:t>Sep</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9BF6238" w14:textId="77777777" w:rsidR="003B64CE" w:rsidRDefault="00000000">
            <w:pPr>
              <w:spacing w:after="0"/>
            </w:pPr>
            <w:r>
              <w:rPr>
                <w:sz w:val="15"/>
              </w:rPr>
              <w:t>Pengelolaan korporasi</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E27FBEC" w14:textId="77777777" w:rsidR="003B64CE" w:rsidRDefault="00000000">
            <w:pPr>
              <w:spacing w:after="0"/>
            </w:pPr>
            <w:r>
              <w:rPr>
                <w:sz w:val="15"/>
              </w:rPr>
              <w:t>Pengelolaan SMO</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EF87710" w14:textId="77777777" w:rsidR="003B64CE" w:rsidRDefault="00000000">
            <w:pPr>
              <w:spacing w:after="0"/>
            </w:pPr>
            <w:r>
              <w:rPr>
                <w:sz w:val="15"/>
              </w:rPr>
              <w:t>Jejaring nasional &amp; internasional</w:t>
            </w:r>
          </w:p>
        </w:tc>
      </w:tr>
      <w:tr w:rsidR="003B64CE" w14:paraId="789F81E4"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5CA7D1C" w14:textId="77777777" w:rsidR="003B64CE" w:rsidRDefault="00000000">
            <w:pPr>
              <w:spacing w:after="0"/>
            </w:pPr>
            <w:r>
              <w:rPr>
                <w:sz w:val="15"/>
              </w:rPr>
              <w:t>Okt</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42E6B1E" w14:textId="77777777" w:rsidR="003B64CE" w:rsidRDefault="00000000">
            <w:pPr>
              <w:spacing w:after="0"/>
            </w:pPr>
            <w:r>
              <w:rPr>
                <w:sz w:val="15"/>
              </w:rPr>
              <w:t>Pemeliharaan ekologi</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63D056D5" w14:textId="77777777" w:rsidR="003B64CE" w:rsidRDefault="00000000">
            <w:pPr>
              <w:spacing w:after="0"/>
            </w:pPr>
            <w:r>
              <w:rPr>
                <w:sz w:val="15"/>
              </w:rPr>
              <w:t>Pemeliharaan SFN</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AA009A9" w14:textId="77777777" w:rsidR="003B64CE" w:rsidRDefault="00000000">
            <w:pPr>
              <w:spacing w:after="0"/>
            </w:pPr>
            <w:r>
              <w:rPr>
                <w:sz w:val="15"/>
              </w:rPr>
              <w:t>Pengenalan teknologi baru</w:t>
            </w:r>
          </w:p>
        </w:tc>
      </w:tr>
      <w:tr w:rsidR="003B64CE" w14:paraId="206DB647"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A46FE71" w14:textId="77777777" w:rsidR="003B64CE" w:rsidRDefault="00000000">
            <w:pPr>
              <w:spacing w:after="0"/>
            </w:pPr>
            <w:r>
              <w:rPr>
                <w:sz w:val="15"/>
              </w:rPr>
              <w:t>Nov</w:t>
            </w:r>
          </w:p>
        </w:tc>
        <w:tc>
          <w:tcPr>
            <w:tcW w:w="323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309BFD35" w14:textId="77777777" w:rsidR="003B64CE" w:rsidRDefault="00000000">
            <w:pPr>
              <w:spacing w:after="0"/>
            </w:pPr>
            <w:r>
              <w:rPr>
                <w:sz w:val="15"/>
              </w:rPr>
              <w:t>Sertifikasi alat kesehatan</w:t>
            </w:r>
          </w:p>
        </w:tc>
        <w:tc>
          <w:tcPr>
            <w:tcW w:w="3061"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B4DB105" w14:textId="77777777" w:rsidR="003B64CE" w:rsidRDefault="00000000">
            <w:pPr>
              <w:spacing w:after="0"/>
            </w:pPr>
            <w:r>
              <w:rPr>
                <w:sz w:val="15"/>
              </w:rPr>
              <w:t>Sertifikasi SFM</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1E8CF3B2" w14:textId="77777777" w:rsidR="003B64CE" w:rsidRDefault="00000000">
            <w:pPr>
              <w:spacing w:after="0"/>
            </w:pPr>
            <w:r>
              <w:rPr>
                <w:sz w:val="15"/>
              </w:rPr>
              <w:t>Permasalahan &amp; solusi</w:t>
            </w:r>
          </w:p>
        </w:tc>
      </w:tr>
      <w:tr w:rsidR="003B64CE" w14:paraId="48C6EC6F" w14:textId="77777777">
        <w:trPr>
          <w:cantSplit/>
          <w:jc w:val="center"/>
        </w:trPr>
        <w:tc>
          <w:tcPr>
            <w:tcW w:w="73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BF687A1" w14:textId="77777777" w:rsidR="003B64CE" w:rsidRDefault="00000000">
            <w:pPr>
              <w:spacing w:after="0"/>
            </w:pPr>
            <w:r>
              <w:rPr>
                <w:sz w:val="15"/>
              </w:rPr>
              <w:t>Des</w:t>
            </w:r>
          </w:p>
        </w:tc>
        <w:tc>
          <w:tcPr>
            <w:tcW w:w="323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BBDEA0E" w14:textId="77777777" w:rsidR="003B64CE" w:rsidRDefault="00000000">
            <w:pPr>
              <w:spacing w:after="0"/>
            </w:pPr>
            <w:r>
              <w:rPr>
                <w:sz w:val="15"/>
              </w:rPr>
              <w:t>Sertifikasi lingkup RS</w:t>
            </w:r>
          </w:p>
        </w:tc>
        <w:tc>
          <w:tcPr>
            <w:tcW w:w="3061"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FC8E843" w14:textId="77777777" w:rsidR="003B64CE" w:rsidRDefault="00000000">
            <w:pPr>
              <w:spacing w:after="0"/>
            </w:pPr>
            <w:r>
              <w:rPr>
                <w:sz w:val="15"/>
              </w:rPr>
              <w:t>Sertifikasi Smart Hospital</w:t>
            </w:r>
          </w:p>
        </w:tc>
        <w:tc>
          <w:tcPr>
            <w:tcW w:w="3005" w:type="dxa"/>
            <w:gridSpan w:val="2"/>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9832FA0" w14:textId="77777777" w:rsidR="003B64CE" w:rsidRDefault="00000000">
            <w:pPr>
              <w:spacing w:after="0"/>
            </w:pPr>
            <w:r>
              <w:rPr>
                <w:sz w:val="15"/>
              </w:rPr>
              <w:t>Transformasi RS berkelanjutan</w:t>
            </w:r>
          </w:p>
        </w:tc>
      </w:tr>
      <w:tr w:rsidR="003B64CE" w14:paraId="08D8953B" w14:textId="77777777">
        <w:trPr>
          <w:gridAfter w:val="1"/>
          <w:wAfter w:w="211" w:type="dxa"/>
          <w:jc w:val="center"/>
        </w:trPr>
        <w:tc>
          <w:tcPr>
            <w:tcW w:w="10376" w:type="dxa"/>
            <w:gridSpan w:val="4"/>
            <w:tcBorders>
              <w:top w:val="single" w:sz="0" w:space="0" w:color="EAF3FA"/>
              <w:left w:val="single" w:sz="0" w:space="0" w:color="EAF3FA"/>
              <w:bottom w:val="single" w:sz="0" w:space="0" w:color="EAF3FA"/>
              <w:right w:val="single" w:sz="0" w:space="0" w:color="EAF3FA"/>
            </w:tcBorders>
            <w:shd w:val="clear" w:color="auto" w:fill="EAF3FA"/>
            <w:tcMar>
              <w:top w:w="100" w:type="dxa"/>
              <w:left w:w="110" w:type="dxa"/>
              <w:bottom w:w="100" w:type="dxa"/>
              <w:right w:w="110" w:type="dxa"/>
            </w:tcMar>
          </w:tcPr>
          <w:p w14:paraId="126939F7" w14:textId="77777777" w:rsidR="003B64CE" w:rsidRDefault="00000000">
            <w:pPr>
              <w:spacing w:after="60"/>
            </w:pPr>
            <w:r>
              <w:rPr>
                <w:b/>
                <w:color w:val="1B75BB"/>
                <w:sz w:val="21"/>
              </w:rPr>
              <w:t>International Program</w:t>
            </w:r>
          </w:p>
          <w:p w14:paraId="69E171D3" w14:textId="77777777" w:rsidR="003B64CE" w:rsidRDefault="00000000">
            <w:pPr>
              <w:spacing w:after="0"/>
            </w:pPr>
            <w:r>
              <w:t>International Certification Training Program &amp; Benchmarking dapat dijadwalkan per kuartal atau berdasarkan permintaan, dengan negara tujuan dan agenda mengikuti kesepakatan partner serta kebutuhan peserta.</w:t>
            </w:r>
          </w:p>
        </w:tc>
      </w:tr>
    </w:tbl>
    <w:p w14:paraId="77E1A949" w14:textId="77777777" w:rsidR="003B64CE" w:rsidRDefault="003B64CE">
      <w:pPr>
        <w:spacing w:after="0"/>
      </w:pPr>
    </w:p>
    <w:p w14:paraId="27283FD8" w14:textId="77777777" w:rsidR="003B64CE" w:rsidRDefault="00000000">
      <w:r>
        <w:br w:type="page"/>
      </w:r>
    </w:p>
    <w:p w14:paraId="4E2611B7" w14:textId="77777777" w:rsidR="003B64CE" w:rsidRDefault="00000000">
      <w:pPr>
        <w:keepNext/>
        <w:spacing w:after="60"/>
      </w:pPr>
      <w:r>
        <w:rPr>
          <w:b/>
          <w:color w:val="0FA27A"/>
          <w:sz w:val="17"/>
        </w:rPr>
        <w:lastRenderedPageBreak/>
        <w:t>KOLABORASI</w:t>
      </w:r>
    </w:p>
    <w:p w14:paraId="258287ED" w14:textId="77777777" w:rsidR="003B64CE" w:rsidRDefault="00000000">
      <w:pPr>
        <w:pStyle w:val="Heading1"/>
      </w:pPr>
      <w:r>
        <w:t>Kerja Sama Penyelenggaraan</w:t>
      </w:r>
    </w:p>
    <w:p w14:paraId="1BA55EE6" w14:textId="77777777" w:rsidR="003B64CE" w:rsidRDefault="00000000">
      <w:pPr>
        <w:spacing w:after="100" w:line="259" w:lineRule="auto"/>
      </w:pPr>
      <w:r>
        <w:t>PUSDITEK YANKES membuka kerja sama dengan rumah sakit, Pusdiklat/Diklat RS, Dinas Kesehatan, Pemerintah Daerah, asosiasi, institusi pendidikan, serta industri untuk penyelenggaraan program nasional, regional, maupun in-house.</w:t>
      </w:r>
    </w:p>
    <w:tbl>
      <w:tblPr>
        <w:tblW w:w="0" w:type="auto"/>
        <w:jc w:val="center"/>
        <w:tblLayout w:type="fixed"/>
        <w:tblLook w:val="04A0" w:firstRow="1" w:lastRow="0" w:firstColumn="1" w:lastColumn="0" w:noHBand="0" w:noVBand="1"/>
      </w:tblPr>
      <w:tblGrid>
        <w:gridCol w:w="3118"/>
        <w:gridCol w:w="6917"/>
      </w:tblGrid>
      <w:tr w:rsidR="003B64CE" w14:paraId="1E41CD1F" w14:textId="77777777">
        <w:trPr>
          <w:cantSplit/>
          <w:tblHeader/>
          <w:jc w:val="center"/>
        </w:trPr>
        <w:tc>
          <w:tcPr>
            <w:tcW w:w="3118"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2366231" w14:textId="77777777" w:rsidR="003B64CE" w:rsidRDefault="00000000">
            <w:pPr>
              <w:spacing w:after="0"/>
              <w:jc w:val="center"/>
            </w:pPr>
            <w:r>
              <w:rPr>
                <w:b/>
                <w:color w:val="FFFFFF"/>
                <w:sz w:val="16"/>
              </w:rPr>
              <w:t>Mitra</w:t>
            </w:r>
          </w:p>
        </w:tc>
        <w:tc>
          <w:tcPr>
            <w:tcW w:w="6917"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6B61B3F6" w14:textId="77777777" w:rsidR="003B64CE" w:rsidRDefault="00000000">
            <w:pPr>
              <w:spacing w:after="0"/>
              <w:jc w:val="center"/>
            </w:pPr>
            <w:r>
              <w:rPr>
                <w:b/>
                <w:color w:val="FFFFFF"/>
                <w:sz w:val="16"/>
              </w:rPr>
              <w:t>Peluang Kolaborasi</w:t>
            </w:r>
          </w:p>
        </w:tc>
      </w:tr>
      <w:tr w:rsidR="003B64CE" w14:paraId="789D86C4" w14:textId="77777777">
        <w:trPr>
          <w:cantSplit/>
          <w:jc w:val="center"/>
        </w:trPr>
        <w:tc>
          <w:tcPr>
            <w:tcW w:w="311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D66CF57" w14:textId="77777777" w:rsidR="003B64CE" w:rsidRDefault="00000000">
            <w:pPr>
              <w:spacing w:after="0"/>
            </w:pPr>
            <w:r>
              <w:rPr>
                <w:b/>
                <w:sz w:val="16"/>
              </w:rPr>
              <w:t>Rumah sakit / Pusdiklat RS</w:t>
            </w:r>
          </w:p>
        </w:tc>
        <w:tc>
          <w:tcPr>
            <w:tcW w:w="691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4C2D1578" w14:textId="77777777" w:rsidR="003B64CE" w:rsidRDefault="00000000">
            <w:pPr>
              <w:spacing w:after="0"/>
            </w:pPr>
            <w:r>
              <w:rPr>
                <w:sz w:val="16"/>
              </w:rPr>
              <w:t>Pemetaan kebutuhan, peserta, kelas in-house, lokasi praktik, dan studi kasus</w:t>
            </w:r>
          </w:p>
        </w:tc>
      </w:tr>
      <w:tr w:rsidR="003B64CE" w:rsidRPr="003D05DA" w14:paraId="56408FF8" w14:textId="77777777">
        <w:trPr>
          <w:cantSplit/>
          <w:jc w:val="center"/>
        </w:trPr>
        <w:tc>
          <w:tcPr>
            <w:tcW w:w="311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E47F5CD" w14:textId="77777777" w:rsidR="003B64CE" w:rsidRDefault="00000000">
            <w:pPr>
              <w:spacing w:after="0"/>
            </w:pPr>
            <w:r>
              <w:rPr>
                <w:b/>
                <w:sz w:val="16"/>
              </w:rPr>
              <w:t>Dinas Kesehatan</w:t>
            </w:r>
          </w:p>
        </w:tc>
        <w:tc>
          <w:tcPr>
            <w:tcW w:w="691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39ADA931" w14:textId="77777777" w:rsidR="003B64CE" w:rsidRPr="003D05DA" w:rsidRDefault="00000000">
            <w:pPr>
              <w:spacing w:after="0"/>
              <w:rPr>
                <w:lang w:val="it-IT"/>
              </w:rPr>
            </w:pPr>
            <w:r w:rsidRPr="003D05DA">
              <w:rPr>
                <w:sz w:val="16"/>
                <w:lang w:val="it-IT"/>
              </w:rPr>
              <w:t>Koordinasi jejaring RS, peserta lintas RS, prioritas kabupaten/kota/provinsi</w:t>
            </w:r>
          </w:p>
        </w:tc>
      </w:tr>
      <w:tr w:rsidR="003B64CE" w14:paraId="2EC46AC2" w14:textId="77777777">
        <w:trPr>
          <w:cantSplit/>
          <w:jc w:val="center"/>
        </w:trPr>
        <w:tc>
          <w:tcPr>
            <w:tcW w:w="311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5E00EC4" w14:textId="77777777" w:rsidR="003B64CE" w:rsidRDefault="00000000">
            <w:pPr>
              <w:spacing w:after="0"/>
            </w:pPr>
            <w:proofErr w:type="spellStart"/>
            <w:r>
              <w:rPr>
                <w:b/>
                <w:sz w:val="16"/>
              </w:rPr>
              <w:t>Pemerintah</w:t>
            </w:r>
            <w:proofErr w:type="spellEnd"/>
            <w:r>
              <w:rPr>
                <w:b/>
                <w:sz w:val="16"/>
              </w:rPr>
              <w:t xml:space="preserve"> Daerah</w:t>
            </w:r>
          </w:p>
        </w:tc>
        <w:tc>
          <w:tcPr>
            <w:tcW w:w="691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FA3175E" w14:textId="77777777" w:rsidR="003B64CE" w:rsidRDefault="00000000">
            <w:pPr>
              <w:spacing w:after="0"/>
            </w:pPr>
            <w:r>
              <w:rPr>
                <w:sz w:val="16"/>
              </w:rPr>
              <w:t>Fasilitasi kebijakan, prioritas pengembangan, dan dukungan peningkatan kompetensi</w:t>
            </w:r>
          </w:p>
        </w:tc>
      </w:tr>
      <w:tr w:rsidR="003B64CE" w:rsidRPr="003D05DA" w14:paraId="29CA9A68" w14:textId="77777777">
        <w:trPr>
          <w:cantSplit/>
          <w:jc w:val="center"/>
        </w:trPr>
        <w:tc>
          <w:tcPr>
            <w:tcW w:w="3118"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04066D3" w14:textId="77777777" w:rsidR="003B64CE" w:rsidRDefault="00000000">
            <w:pPr>
              <w:spacing w:after="0"/>
            </w:pPr>
            <w:r>
              <w:rPr>
                <w:b/>
                <w:sz w:val="16"/>
              </w:rPr>
              <w:t>Industri / asosiasi</w:t>
            </w:r>
          </w:p>
        </w:tc>
        <w:tc>
          <w:tcPr>
            <w:tcW w:w="6917"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01B57809" w14:textId="77777777" w:rsidR="003B64CE" w:rsidRPr="003D05DA" w:rsidRDefault="00000000">
            <w:pPr>
              <w:spacing w:after="0"/>
              <w:rPr>
                <w:lang w:val="it-IT"/>
              </w:rPr>
            </w:pPr>
            <w:r w:rsidRPr="003D05DA">
              <w:rPr>
                <w:sz w:val="16"/>
                <w:lang w:val="it-IT"/>
              </w:rPr>
              <w:t>Dukungan narasumber, modul, demonstrasi teknologi, dan biaya kegiatan sesuai ketentuan</w:t>
            </w:r>
          </w:p>
        </w:tc>
      </w:tr>
      <w:tr w:rsidR="003B64CE" w14:paraId="7193E7A5" w14:textId="77777777">
        <w:trPr>
          <w:cantSplit/>
          <w:jc w:val="center"/>
        </w:trPr>
        <w:tc>
          <w:tcPr>
            <w:tcW w:w="3118"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5C9256E8" w14:textId="77777777" w:rsidR="003B64CE" w:rsidRDefault="00000000">
            <w:pPr>
              <w:spacing w:after="0"/>
            </w:pPr>
            <w:proofErr w:type="spellStart"/>
            <w:r>
              <w:rPr>
                <w:b/>
                <w:sz w:val="16"/>
              </w:rPr>
              <w:t>Institusi</w:t>
            </w:r>
            <w:proofErr w:type="spellEnd"/>
            <w:r>
              <w:rPr>
                <w:b/>
                <w:sz w:val="16"/>
              </w:rPr>
              <w:t xml:space="preserve"> </w:t>
            </w:r>
            <w:proofErr w:type="spellStart"/>
            <w:r>
              <w:rPr>
                <w:b/>
                <w:sz w:val="16"/>
              </w:rPr>
              <w:t>pendidikan</w:t>
            </w:r>
            <w:proofErr w:type="spellEnd"/>
          </w:p>
        </w:tc>
        <w:tc>
          <w:tcPr>
            <w:tcW w:w="6917"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51CEBED" w14:textId="77777777" w:rsidR="003B64CE" w:rsidRDefault="00000000">
            <w:pPr>
              <w:spacing w:after="0"/>
            </w:pPr>
            <w:r>
              <w:rPr>
                <w:sz w:val="16"/>
              </w:rPr>
              <w:t>Penguatan akademik, narasumber, studi kasus, dan pengembangan kompetensi</w:t>
            </w:r>
          </w:p>
        </w:tc>
      </w:tr>
    </w:tbl>
    <w:p w14:paraId="522A8B38" w14:textId="77777777" w:rsidR="003B64CE" w:rsidRDefault="00000000">
      <w:pPr>
        <w:pStyle w:val="Heading2"/>
      </w:pPr>
      <w:r>
        <w:t>Manfaat bagi Peserta &amp; Institusi</w:t>
      </w:r>
    </w:p>
    <w:p w14:paraId="452BBAEF" w14:textId="77777777" w:rsidR="003B64CE" w:rsidRDefault="00000000">
      <w:pPr>
        <w:pStyle w:val="ListBullet"/>
        <w:spacing w:after="50"/>
        <w:ind w:left="198" w:hanging="102"/>
      </w:pPr>
      <w:r>
        <w:t>Penguatan kompetensi teknis-manajerial dan pemahaman standar/persyaratan tugas.</w:t>
      </w:r>
    </w:p>
    <w:p w14:paraId="39AF49A0" w14:textId="77777777" w:rsidR="003B64CE" w:rsidRDefault="00000000">
      <w:pPr>
        <w:pStyle w:val="ListBullet"/>
        <w:spacing w:after="50"/>
        <w:ind w:left="198" w:hanging="102"/>
      </w:pPr>
      <w:r>
        <w:t>Studi kasus, instrumen evaluasi, praktik baik, rekomendasi perbaikan, dan rencana aksi.</w:t>
      </w:r>
    </w:p>
    <w:p w14:paraId="14A8610F" w14:textId="77777777" w:rsidR="003B64CE" w:rsidRDefault="00000000">
      <w:pPr>
        <w:pStyle w:val="ListBullet"/>
        <w:spacing w:after="50"/>
        <w:ind w:left="198" w:hanging="102"/>
      </w:pPr>
      <w:r>
        <w:t>Peluang SKP/sertifikat sesuai ketentuan program dan lembaga yang berwenang.</w:t>
      </w:r>
    </w:p>
    <w:p w14:paraId="1AA03F70" w14:textId="77777777" w:rsidR="003B64CE" w:rsidRDefault="00000000">
      <w:pPr>
        <w:pStyle w:val="ListBullet"/>
        <w:spacing w:after="50"/>
        <w:ind w:left="198" w:hanging="102"/>
      </w:pPr>
      <w:r>
        <w:t>Networking lintas profesi dengan rumah sakit, regulator, konsultan, industri, dan akademisi.</w:t>
      </w:r>
    </w:p>
    <w:p w14:paraId="10AE6E01" w14:textId="77777777" w:rsidR="003B64CE" w:rsidRDefault="00000000">
      <w:pPr>
        <w:pStyle w:val="ListBullet"/>
        <w:spacing w:after="50"/>
        <w:ind w:left="198" w:hanging="102"/>
      </w:pPr>
      <w:r>
        <w:t>Dukungan penyusunan tindak lanjut untuk peningkatan mutu, keselamatan, produktivitas, efisiensi, dan keberlanjutan.</w:t>
      </w:r>
    </w:p>
    <w:p w14:paraId="0EBEC654" w14:textId="77777777" w:rsidR="003B64CE" w:rsidRDefault="00000000">
      <w:r>
        <w:br w:type="page"/>
      </w:r>
    </w:p>
    <w:p w14:paraId="47CB2D34" w14:textId="77777777" w:rsidR="003B64CE" w:rsidRDefault="00000000">
      <w:pPr>
        <w:keepNext/>
        <w:spacing w:after="60"/>
      </w:pPr>
      <w:r>
        <w:rPr>
          <w:b/>
          <w:color w:val="0FA27A"/>
          <w:sz w:val="17"/>
        </w:rPr>
        <w:lastRenderedPageBreak/>
        <w:t>PEMILIHAN PROGRAM</w:t>
      </w:r>
    </w:p>
    <w:p w14:paraId="5891EF91" w14:textId="77777777" w:rsidR="003B64CE" w:rsidRDefault="00000000">
      <w:pPr>
        <w:pStyle w:val="Heading1"/>
      </w:pPr>
      <w:r>
        <w:t>Pilih Program yang Sesuai</w:t>
      </w:r>
    </w:p>
    <w:tbl>
      <w:tblPr>
        <w:tblW w:w="0" w:type="auto"/>
        <w:jc w:val="center"/>
        <w:tblLayout w:type="fixed"/>
        <w:tblLook w:val="04A0" w:firstRow="1" w:lastRow="0" w:firstColumn="1" w:lastColumn="0" w:noHBand="0" w:noVBand="1"/>
      </w:tblPr>
      <w:tblGrid>
        <w:gridCol w:w="4195"/>
        <w:gridCol w:w="5839"/>
      </w:tblGrid>
      <w:tr w:rsidR="003B64CE" w14:paraId="150B11EF" w14:textId="77777777">
        <w:trPr>
          <w:cantSplit/>
          <w:tblHeader/>
          <w:jc w:val="center"/>
        </w:trPr>
        <w:tc>
          <w:tcPr>
            <w:tcW w:w="4195"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71A0790C" w14:textId="77777777" w:rsidR="003B64CE" w:rsidRDefault="00000000">
            <w:pPr>
              <w:spacing w:after="0"/>
              <w:jc w:val="center"/>
            </w:pPr>
            <w:r>
              <w:rPr>
                <w:b/>
                <w:color w:val="FFFFFF"/>
                <w:sz w:val="16"/>
              </w:rPr>
              <w:t>Kebutuhan</w:t>
            </w:r>
          </w:p>
        </w:tc>
        <w:tc>
          <w:tcPr>
            <w:tcW w:w="5839" w:type="dxa"/>
            <w:tcBorders>
              <w:top w:val="single" w:sz="5" w:space="0" w:color="0B477E"/>
              <w:left w:val="single" w:sz="5" w:space="0" w:color="0B477E"/>
              <w:bottom w:val="single" w:sz="5" w:space="0" w:color="0B477E"/>
              <w:right w:val="single" w:sz="5" w:space="0" w:color="0B477E"/>
            </w:tcBorders>
            <w:shd w:val="clear" w:color="auto" w:fill="0B477E"/>
            <w:tcMar>
              <w:top w:w="60" w:type="dxa"/>
              <w:left w:w="70" w:type="dxa"/>
              <w:bottom w:w="60" w:type="dxa"/>
              <w:right w:w="70" w:type="dxa"/>
            </w:tcMar>
            <w:vAlign w:val="center"/>
          </w:tcPr>
          <w:p w14:paraId="3450A65D" w14:textId="77777777" w:rsidR="003B64CE" w:rsidRDefault="00000000">
            <w:pPr>
              <w:spacing w:after="0"/>
              <w:jc w:val="center"/>
            </w:pPr>
            <w:r>
              <w:rPr>
                <w:b/>
                <w:color w:val="FFFFFF"/>
                <w:sz w:val="16"/>
              </w:rPr>
              <w:t>Program yang Direkomendasikan</w:t>
            </w:r>
          </w:p>
        </w:tc>
      </w:tr>
      <w:tr w:rsidR="003B64CE" w:rsidRPr="003D05DA" w14:paraId="6811E250"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4BBB0A0" w14:textId="77777777" w:rsidR="003B64CE" w:rsidRDefault="00000000">
            <w:pPr>
              <w:spacing w:after="0"/>
            </w:pPr>
            <w:r>
              <w:rPr>
                <w:sz w:val="16"/>
              </w:rPr>
              <w:t>Butuh kompetensi ahli teknik lintas bidang</w:t>
            </w:r>
          </w:p>
        </w:tc>
        <w:tc>
          <w:tcPr>
            <w:tcW w:w="58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F73C9D0" w14:textId="77777777" w:rsidR="003B64CE" w:rsidRPr="003D05DA" w:rsidRDefault="00000000">
            <w:pPr>
              <w:spacing w:after="0"/>
              <w:rPr>
                <w:lang w:val="it-IT"/>
              </w:rPr>
            </w:pPr>
            <w:r w:rsidRPr="003D05DA">
              <w:rPr>
                <w:b/>
                <w:sz w:val="16"/>
                <w:lang w:val="it-IT"/>
              </w:rPr>
              <w:t>Pelatihan ATPK - Rp6.000.000/peserta | min. 20 peserta</w:t>
            </w:r>
          </w:p>
        </w:tc>
      </w:tr>
      <w:tr w:rsidR="003B64CE" w:rsidRPr="003D05DA" w14:paraId="79114B21"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11240848" w14:textId="77777777" w:rsidR="003B64CE" w:rsidRDefault="00000000">
            <w:pPr>
              <w:spacing w:after="0"/>
            </w:pPr>
            <w:proofErr w:type="spellStart"/>
            <w:r>
              <w:rPr>
                <w:sz w:val="16"/>
              </w:rPr>
              <w:t>Butuh</w:t>
            </w:r>
            <w:proofErr w:type="spellEnd"/>
            <w:r>
              <w:rPr>
                <w:sz w:val="16"/>
              </w:rPr>
              <w:t xml:space="preserve"> ATPK </w:t>
            </w:r>
            <w:proofErr w:type="spellStart"/>
            <w:r>
              <w:rPr>
                <w:sz w:val="16"/>
              </w:rPr>
              <w:t>sekaligus</w:t>
            </w:r>
            <w:proofErr w:type="spellEnd"/>
            <w:r>
              <w:rPr>
                <w:sz w:val="16"/>
              </w:rPr>
              <w:t xml:space="preserve"> </w:t>
            </w:r>
            <w:proofErr w:type="spellStart"/>
            <w:r>
              <w:rPr>
                <w:sz w:val="16"/>
              </w:rPr>
              <w:t>sertifikasi</w:t>
            </w:r>
            <w:proofErr w:type="spellEnd"/>
          </w:p>
        </w:tc>
        <w:tc>
          <w:tcPr>
            <w:tcW w:w="58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E5E773E" w14:textId="77777777" w:rsidR="003B64CE" w:rsidRPr="003D05DA" w:rsidRDefault="00000000">
            <w:pPr>
              <w:spacing w:after="0"/>
              <w:rPr>
                <w:lang w:val="it-IT"/>
              </w:rPr>
            </w:pPr>
            <w:r w:rsidRPr="003D05DA">
              <w:rPr>
                <w:b/>
                <w:sz w:val="16"/>
                <w:lang w:val="it-IT"/>
              </w:rPr>
              <w:t>ATPK + Sertifikasi ATPK - Rp10.000.000/peserta | min. 15 peserta</w:t>
            </w:r>
          </w:p>
        </w:tc>
      </w:tr>
      <w:tr w:rsidR="003B64CE" w14:paraId="412F29AB"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77C2760" w14:textId="77777777" w:rsidR="003B64CE" w:rsidRDefault="00000000">
            <w:pPr>
              <w:spacing w:after="0"/>
            </w:pPr>
            <w:proofErr w:type="spellStart"/>
            <w:r>
              <w:rPr>
                <w:sz w:val="16"/>
              </w:rPr>
              <w:t>Butuh</w:t>
            </w:r>
            <w:proofErr w:type="spellEnd"/>
            <w:r>
              <w:rPr>
                <w:sz w:val="16"/>
              </w:rPr>
              <w:t xml:space="preserve"> </w:t>
            </w:r>
            <w:proofErr w:type="spellStart"/>
            <w:r>
              <w:rPr>
                <w:sz w:val="16"/>
              </w:rPr>
              <w:t>edukasi</w:t>
            </w:r>
            <w:proofErr w:type="spellEnd"/>
            <w:r>
              <w:rPr>
                <w:sz w:val="16"/>
              </w:rPr>
              <w:t xml:space="preserve"> </w:t>
            </w:r>
            <w:proofErr w:type="spellStart"/>
            <w:r>
              <w:rPr>
                <w:sz w:val="16"/>
              </w:rPr>
              <w:t>awal</w:t>
            </w:r>
            <w:proofErr w:type="spellEnd"/>
            <w:r>
              <w:rPr>
                <w:sz w:val="16"/>
              </w:rPr>
              <w:t xml:space="preserve"> </w:t>
            </w:r>
            <w:proofErr w:type="spellStart"/>
            <w:r>
              <w:rPr>
                <w:sz w:val="16"/>
              </w:rPr>
              <w:t>mengenai</w:t>
            </w:r>
            <w:proofErr w:type="spellEnd"/>
            <w:r>
              <w:rPr>
                <w:sz w:val="16"/>
              </w:rPr>
              <w:t xml:space="preserve"> SNI</w:t>
            </w:r>
          </w:p>
        </w:tc>
        <w:tc>
          <w:tcPr>
            <w:tcW w:w="58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60FF676A" w14:textId="77777777" w:rsidR="003B64CE" w:rsidRDefault="00000000">
            <w:pPr>
              <w:spacing w:after="0"/>
            </w:pPr>
            <w:r>
              <w:rPr>
                <w:b/>
                <w:sz w:val="16"/>
              </w:rPr>
              <w:t>Seminar SNI Smart Hospital - gratis/kontribusi min. Rp15.000</w:t>
            </w:r>
          </w:p>
        </w:tc>
      </w:tr>
      <w:tr w:rsidR="003B64CE" w14:paraId="736F3E9F"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95E6EFF" w14:textId="77777777" w:rsidR="003B64CE" w:rsidRDefault="00000000">
            <w:pPr>
              <w:spacing w:after="0"/>
            </w:pPr>
            <w:r>
              <w:rPr>
                <w:sz w:val="16"/>
              </w:rPr>
              <w:t>Butuh implementasi komponen/Juknis SNI</w:t>
            </w:r>
          </w:p>
        </w:tc>
        <w:tc>
          <w:tcPr>
            <w:tcW w:w="58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46D4F95D" w14:textId="77777777" w:rsidR="003B64CE" w:rsidRDefault="00000000">
            <w:pPr>
              <w:spacing w:after="0"/>
            </w:pPr>
            <w:r>
              <w:rPr>
                <w:b/>
                <w:sz w:val="16"/>
              </w:rPr>
              <w:t>Workshop/Pelatihan SNI - mulai Rp100.000.000; paket 8 JPL mulai Rp170.000.000/batch</w:t>
            </w:r>
          </w:p>
        </w:tc>
      </w:tr>
      <w:tr w:rsidR="003B64CE" w14:paraId="1E2C3478"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DC251CD" w14:textId="77777777" w:rsidR="003B64CE" w:rsidRDefault="00000000">
            <w:pPr>
              <w:spacing w:after="0"/>
            </w:pPr>
            <w:r>
              <w:rPr>
                <w:sz w:val="16"/>
              </w:rPr>
              <w:t>Butuh topik khusus di luar/lintas Juknis</w:t>
            </w:r>
          </w:p>
        </w:tc>
        <w:tc>
          <w:tcPr>
            <w:tcW w:w="58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72C8D8A5" w14:textId="77777777" w:rsidR="003B64CE" w:rsidRDefault="00000000">
            <w:pPr>
              <w:spacing w:after="0"/>
            </w:pPr>
            <w:r>
              <w:rPr>
                <w:b/>
                <w:sz w:val="16"/>
              </w:rPr>
              <w:t>Topik Spesial - mulai Rp100.000.000/program</w:t>
            </w:r>
          </w:p>
        </w:tc>
      </w:tr>
      <w:tr w:rsidR="003B64CE" w14:paraId="4780A864"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0E5A342" w14:textId="77777777" w:rsidR="003B64CE" w:rsidRDefault="00000000">
            <w:pPr>
              <w:spacing w:after="0"/>
            </w:pPr>
            <w:r>
              <w:rPr>
                <w:sz w:val="16"/>
              </w:rPr>
              <w:t>Butuh sertifikasi/pembelajaran internasional</w:t>
            </w:r>
          </w:p>
        </w:tc>
        <w:tc>
          <w:tcPr>
            <w:tcW w:w="5839" w:type="dxa"/>
            <w:tcBorders>
              <w:top w:val="single" w:sz="3" w:space="0" w:color="A7B2BE"/>
              <w:left w:val="single" w:sz="3" w:space="0" w:color="A7B2BE"/>
              <w:bottom w:val="single" w:sz="3" w:space="0" w:color="A7B2BE"/>
              <w:right w:val="single" w:sz="3" w:space="0" w:color="A7B2BE"/>
            </w:tcBorders>
            <w:shd w:val="clear" w:color="auto" w:fill="FFFFFF"/>
            <w:tcMar>
              <w:top w:w="60" w:type="dxa"/>
              <w:left w:w="70" w:type="dxa"/>
              <w:bottom w:w="60" w:type="dxa"/>
              <w:right w:w="70" w:type="dxa"/>
            </w:tcMar>
            <w:vAlign w:val="center"/>
          </w:tcPr>
          <w:p w14:paraId="24B4CF47" w14:textId="77777777" w:rsidR="003B64CE" w:rsidRDefault="00000000">
            <w:pPr>
              <w:spacing w:after="0"/>
            </w:pPr>
            <w:r>
              <w:rPr>
                <w:b/>
                <w:sz w:val="16"/>
              </w:rPr>
              <w:t>International Certification Training Program - by quotation</w:t>
            </w:r>
          </w:p>
        </w:tc>
      </w:tr>
      <w:tr w:rsidR="003B64CE" w14:paraId="086AC877" w14:textId="77777777">
        <w:trPr>
          <w:cantSplit/>
          <w:jc w:val="center"/>
        </w:trPr>
        <w:tc>
          <w:tcPr>
            <w:tcW w:w="4195"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2DC8D6C0" w14:textId="77777777" w:rsidR="003B64CE" w:rsidRDefault="00000000">
            <w:pPr>
              <w:spacing w:after="0"/>
            </w:pPr>
            <w:r>
              <w:rPr>
                <w:sz w:val="16"/>
              </w:rPr>
              <w:t>Butuh kelas khusus institusi</w:t>
            </w:r>
          </w:p>
        </w:tc>
        <w:tc>
          <w:tcPr>
            <w:tcW w:w="5839" w:type="dxa"/>
            <w:tcBorders>
              <w:top w:val="single" w:sz="3" w:space="0" w:color="A7B2BE"/>
              <w:left w:val="single" w:sz="3" w:space="0" w:color="A7B2BE"/>
              <w:bottom w:val="single" w:sz="3" w:space="0" w:color="A7B2BE"/>
              <w:right w:val="single" w:sz="3" w:space="0" w:color="A7B2BE"/>
            </w:tcBorders>
            <w:shd w:val="clear" w:color="auto" w:fill="F3F6F8"/>
            <w:tcMar>
              <w:top w:w="60" w:type="dxa"/>
              <w:left w:w="70" w:type="dxa"/>
              <w:bottom w:w="60" w:type="dxa"/>
              <w:right w:w="70" w:type="dxa"/>
            </w:tcMar>
            <w:vAlign w:val="center"/>
          </w:tcPr>
          <w:p w14:paraId="0CE3561A" w14:textId="77777777" w:rsidR="003B64CE" w:rsidRDefault="00000000">
            <w:pPr>
              <w:spacing w:after="0"/>
            </w:pPr>
            <w:r>
              <w:rPr>
                <w:b/>
                <w:sz w:val="16"/>
              </w:rPr>
              <w:t>In-House / Custom Program - quotation</w:t>
            </w:r>
          </w:p>
        </w:tc>
      </w:tr>
    </w:tbl>
    <w:p w14:paraId="0399265F" w14:textId="77777777" w:rsidR="003B64CE" w:rsidRDefault="00000000">
      <w:pPr>
        <w:pStyle w:val="Heading2"/>
      </w:pPr>
      <w:r>
        <w:t>Alur Pendaftaran / Kerja Sama</w:t>
      </w:r>
    </w:p>
    <w:p w14:paraId="2561B346" w14:textId="77777777" w:rsidR="003B64CE" w:rsidRDefault="00000000">
      <w:pPr>
        <w:spacing w:after="60"/>
      </w:pPr>
      <w:r>
        <w:rPr>
          <w:b/>
          <w:color w:val="1B75BB"/>
          <w:sz w:val="20"/>
        </w:rPr>
        <w:t xml:space="preserve">01  </w:t>
      </w:r>
      <w:r>
        <w:t>Pilih program/topik atau sampaikan kebutuhan institusi.</w:t>
      </w:r>
    </w:p>
    <w:p w14:paraId="30275714" w14:textId="77777777" w:rsidR="003B64CE" w:rsidRDefault="00000000">
      <w:pPr>
        <w:spacing w:after="60"/>
      </w:pPr>
      <w:r>
        <w:rPr>
          <w:b/>
          <w:color w:val="1B75BB"/>
          <w:sz w:val="20"/>
        </w:rPr>
        <w:t xml:space="preserve">02  </w:t>
      </w:r>
      <w:r>
        <w:t>Tentukan sasaran, jumlah peserta, format, lokasi, dan waktu pilihan.</w:t>
      </w:r>
    </w:p>
    <w:p w14:paraId="70445B27" w14:textId="77777777" w:rsidR="003B64CE" w:rsidRDefault="00000000">
      <w:pPr>
        <w:spacing w:after="60"/>
      </w:pPr>
      <w:r>
        <w:rPr>
          <w:b/>
          <w:color w:val="1B75BB"/>
          <w:sz w:val="20"/>
        </w:rPr>
        <w:t xml:space="preserve">03  </w:t>
      </w:r>
      <w:r>
        <w:t>PUSDITEK YANKES menyusun silabus, narasumber, skema biaya, sertifikat/SKP, dan kebutuhan teknis.</w:t>
      </w:r>
    </w:p>
    <w:p w14:paraId="0969CC8D" w14:textId="77777777" w:rsidR="003B64CE" w:rsidRPr="003D05DA" w:rsidRDefault="00000000">
      <w:pPr>
        <w:spacing w:after="60"/>
        <w:rPr>
          <w:lang w:val="it-IT"/>
        </w:rPr>
      </w:pPr>
      <w:r w:rsidRPr="003D05DA">
        <w:rPr>
          <w:b/>
          <w:color w:val="1B75BB"/>
          <w:sz w:val="20"/>
          <w:lang w:val="it-IT"/>
        </w:rPr>
        <w:t xml:space="preserve">04  </w:t>
      </w:r>
      <w:r w:rsidRPr="003D05DA">
        <w:rPr>
          <w:lang w:val="it-IT"/>
        </w:rPr>
        <w:t>Finalisasi proposal/quotation, undangan, dan kesepakatan pelaksanaan.</w:t>
      </w:r>
    </w:p>
    <w:p w14:paraId="3AD8E78F" w14:textId="77777777" w:rsidR="003B64CE" w:rsidRPr="003D05DA" w:rsidRDefault="00000000">
      <w:pPr>
        <w:spacing w:after="60"/>
        <w:rPr>
          <w:lang w:val="it-IT"/>
        </w:rPr>
      </w:pPr>
      <w:r w:rsidRPr="003D05DA">
        <w:rPr>
          <w:b/>
          <w:color w:val="1B75BB"/>
          <w:sz w:val="20"/>
          <w:lang w:val="it-IT"/>
        </w:rPr>
        <w:t xml:space="preserve">05  </w:t>
      </w:r>
      <w:r w:rsidRPr="003D05DA">
        <w:rPr>
          <w:lang w:val="it-IT"/>
        </w:rPr>
        <w:t>Pelaksanaan, evaluasi, dokumentasi, dan tindak lanjut.</w:t>
      </w:r>
    </w:p>
    <w:p w14:paraId="2E38247A" w14:textId="77777777" w:rsidR="003B64CE" w:rsidRPr="003D05DA" w:rsidRDefault="00000000">
      <w:pPr>
        <w:rPr>
          <w:lang w:val="it-IT"/>
        </w:rPr>
      </w:pPr>
      <w:r w:rsidRPr="003D05DA">
        <w:rPr>
          <w:lang w:val="it-IT"/>
        </w:rPr>
        <w:br w:type="page"/>
      </w:r>
    </w:p>
    <w:p w14:paraId="3ADC39C2" w14:textId="77777777" w:rsidR="003B64CE" w:rsidRDefault="00000000">
      <w:pPr>
        <w:keepNext/>
        <w:spacing w:after="60"/>
      </w:pPr>
      <w:r>
        <w:rPr>
          <w:b/>
          <w:color w:val="0FA27A"/>
          <w:sz w:val="17"/>
        </w:rPr>
        <w:lastRenderedPageBreak/>
        <w:t>HUBUNGI KAMI</w:t>
      </w:r>
    </w:p>
    <w:p w14:paraId="2DA08E5C" w14:textId="77777777" w:rsidR="003B64CE" w:rsidRDefault="00000000">
      <w:pPr>
        <w:pStyle w:val="Heading1"/>
      </w:pPr>
      <w:r>
        <w:t>Konsultasikan Kebutuhan Pelatihan Institusi Anda</w:t>
      </w:r>
    </w:p>
    <w:p w14:paraId="038232D2" w14:textId="77777777" w:rsidR="003B64CE" w:rsidRDefault="00000000">
      <w:pPr>
        <w:spacing w:after="100" w:line="259" w:lineRule="auto"/>
      </w:pPr>
      <w:r>
        <w:t>Tim PUSDITEK YANKES siap membantu memilih program, menyusun kelas in-house, merancang workshop regional, atau menyiapkan international certification training program sesuai kebutuhan institusi.</w:t>
      </w:r>
    </w:p>
    <w:tbl>
      <w:tblPr>
        <w:tblW w:w="0" w:type="auto"/>
        <w:jc w:val="center"/>
        <w:tblLayout w:type="fixed"/>
        <w:tblLook w:val="04A0" w:firstRow="1" w:lastRow="0" w:firstColumn="1" w:lastColumn="0" w:noHBand="0" w:noVBand="1"/>
      </w:tblPr>
      <w:tblGrid>
        <w:gridCol w:w="10376"/>
      </w:tblGrid>
      <w:tr w:rsidR="003B64CE" w14:paraId="5F0AC078" w14:textId="77777777">
        <w:trPr>
          <w:jc w:val="center"/>
        </w:trPr>
        <w:tc>
          <w:tcPr>
            <w:tcW w:w="10376" w:type="dxa"/>
            <w:tcBorders>
              <w:top w:val="single" w:sz="0" w:space="0" w:color="EAF6F1"/>
              <w:left w:val="single" w:sz="0" w:space="0" w:color="EAF6F1"/>
              <w:bottom w:val="single" w:sz="0" w:space="0" w:color="EAF6F1"/>
              <w:right w:val="single" w:sz="0" w:space="0" w:color="EAF6F1"/>
            </w:tcBorders>
            <w:shd w:val="clear" w:color="auto" w:fill="EAF6F1"/>
            <w:tcMar>
              <w:top w:w="100" w:type="dxa"/>
              <w:left w:w="110" w:type="dxa"/>
              <w:bottom w:w="100" w:type="dxa"/>
              <w:right w:w="110" w:type="dxa"/>
            </w:tcMar>
          </w:tcPr>
          <w:p w14:paraId="34E45C22" w14:textId="77777777" w:rsidR="003B64CE" w:rsidRDefault="00000000">
            <w:pPr>
              <w:spacing w:after="60"/>
            </w:pPr>
            <w:r>
              <w:rPr>
                <w:b/>
                <w:color w:val="0FA27A"/>
                <w:sz w:val="21"/>
              </w:rPr>
              <w:t>Fleksibilitas Program</w:t>
            </w:r>
          </w:p>
          <w:p w14:paraId="37AF66E2" w14:textId="77777777" w:rsidR="003B64CE" w:rsidRDefault="00000000">
            <w:pPr>
              <w:spacing w:after="0"/>
            </w:pPr>
            <w:r>
              <w:t>PUSDITEK YANKES dapat menyesuaikan topik, JPL, jumlah peserta, lokasi, narasumber, studi kasus, assessment awal, kebutuhan industri, dan tingkat kedalaman program.</w:t>
            </w:r>
          </w:p>
        </w:tc>
      </w:tr>
    </w:tbl>
    <w:p w14:paraId="3A86A9AA" w14:textId="77777777" w:rsidR="003B64CE" w:rsidRDefault="003B64CE">
      <w:pPr>
        <w:spacing w:after="0"/>
      </w:pPr>
    </w:p>
    <w:p w14:paraId="5B27B214" w14:textId="77777777" w:rsidR="003B64CE" w:rsidRDefault="00000000">
      <w:pPr>
        <w:pStyle w:val="Heading2"/>
      </w:pPr>
      <w:r>
        <w:t>Informasi Awal yang Dibutuhkan</w:t>
      </w:r>
    </w:p>
    <w:tbl>
      <w:tblPr>
        <w:tblW w:w="0" w:type="auto"/>
        <w:jc w:val="center"/>
        <w:tblLayout w:type="fixed"/>
        <w:tblLook w:val="04A0" w:firstRow="1" w:lastRow="0" w:firstColumn="1" w:lastColumn="0" w:noHBand="0" w:noVBand="1"/>
      </w:tblPr>
      <w:tblGrid>
        <w:gridCol w:w="3402"/>
        <w:gridCol w:w="6633"/>
      </w:tblGrid>
      <w:tr w:rsidR="003B64CE" w14:paraId="59571CF2"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1CE78282" w14:textId="77777777" w:rsidR="003B64CE" w:rsidRDefault="00000000">
            <w:pPr>
              <w:spacing w:after="0"/>
            </w:pPr>
            <w:r>
              <w:rPr>
                <w:b/>
                <w:color w:val="0B477E"/>
                <w:sz w:val="17"/>
              </w:rPr>
              <w:t>Nama institusi / rumah sakit</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78867583" w14:textId="77777777" w:rsidR="003B64CE" w:rsidRDefault="00000000">
            <w:pPr>
              <w:spacing w:after="0"/>
            </w:pPr>
            <w:r>
              <w:rPr>
                <w:sz w:val="17"/>
              </w:rPr>
              <w:t>........................................................................................................</w:t>
            </w:r>
          </w:p>
        </w:tc>
      </w:tr>
      <w:tr w:rsidR="003B64CE" w14:paraId="46667BA4"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7DFE6194" w14:textId="77777777" w:rsidR="003B64CE" w:rsidRDefault="00000000">
            <w:pPr>
              <w:spacing w:after="0"/>
            </w:pPr>
            <w:r>
              <w:rPr>
                <w:b/>
                <w:color w:val="0B477E"/>
                <w:sz w:val="17"/>
              </w:rPr>
              <w:t>Nama PIC &amp; jabatan</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22F259A9" w14:textId="77777777" w:rsidR="003B64CE" w:rsidRDefault="00000000">
            <w:pPr>
              <w:spacing w:after="0"/>
            </w:pPr>
            <w:r>
              <w:rPr>
                <w:sz w:val="17"/>
              </w:rPr>
              <w:t>........................................................................................................</w:t>
            </w:r>
          </w:p>
        </w:tc>
      </w:tr>
      <w:tr w:rsidR="003B64CE" w14:paraId="512514EE"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64A214D9" w14:textId="77777777" w:rsidR="003B64CE" w:rsidRDefault="00000000">
            <w:pPr>
              <w:spacing w:after="0"/>
            </w:pPr>
            <w:r>
              <w:rPr>
                <w:b/>
                <w:color w:val="0B477E"/>
                <w:sz w:val="17"/>
              </w:rPr>
              <w:t>Nomor HP / WhatsApp</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3906B39B" w14:textId="77777777" w:rsidR="003B64CE" w:rsidRDefault="00000000">
            <w:pPr>
              <w:spacing w:after="0"/>
            </w:pPr>
            <w:r>
              <w:rPr>
                <w:sz w:val="17"/>
              </w:rPr>
              <w:t>........................................................................................................</w:t>
            </w:r>
          </w:p>
        </w:tc>
      </w:tr>
      <w:tr w:rsidR="003B64CE" w14:paraId="7FB07282"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16A0BD37" w14:textId="77777777" w:rsidR="003B64CE" w:rsidRDefault="00000000">
            <w:pPr>
              <w:spacing w:after="0"/>
            </w:pPr>
            <w:r>
              <w:rPr>
                <w:b/>
                <w:color w:val="0B477E"/>
                <w:sz w:val="17"/>
              </w:rPr>
              <w:t>Email</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2F8796C9" w14:textId="77777777" w:rsidR="003B64CE" w:rsidRDefault="00000000">
            <w:pPr>
              <w:spacing w:after="0"/>
            </w:pPr>
            <w:r>
              <w:rPr>
                <w:sz w:val="17"/>
              </w:rPr>
              <w:t>........................................................................................................</w:t>
            </w:r>
          </w:p>
        </w:tc>
      </w:tr>
      <w:tr w:rsidR="003B64CE" w14:paraId="39854223"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2F25EF19" w14:textId="77777777" w:rsidR="003B64CE" w:rsidRDefault="00000000">
            <w:pPr>
              <w:spacing w:after="0"/>
            </w:pPr>
            <w:r>
              <w:rPr>
                <w:b/>
                <w:color w:val="0B477E"/>
                <w:sz w:val="17"/>
              </w:rPr>
              <w:t>Program/topik yang diminati</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5D524DF3" w14:textId="77777777" w:rsidR="003B64CE" w:rsidRDefault="00000000">
            <w:pPr>
              <w:spacing w:after="0"/>
            </w:pPr>
            <w:r>
              <w:rPr>
                <w:sz w:val="17"/>
              </w:rPr>
              <w:t>........................................................................................................</w:t>
            </w:r>
          </w:p>
        </w:tc>
      </w:tr>
      <w:tr w:rsidR="003B64CE" w14:paraId="3239DAC6"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484710E8" w14:textId="77777777" w:rsidR="003B64CE" w:rsidRDefault="00000000">
            <w:pPr>
              <w:spacing w:after="0"/>
            </w:pPr>
            <w:r>
              <w:rPr>
                <w:b/>
                <w:color w:val="0B477E"/>
                <w:sz w:val="17"/>
              </w:rPr>
              <w:t>Jumlah peserta</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6960661A" w14:textId="77777777" w:rsidR="003B64CE" w:rsidRDefault="00000000">
            <w:pPr>
              <w:spacing w:after="0"/>
            </w:pPr>
            <w:r>
              <w:rPr>
                <w:sz w:val="17"/>
              </w:rPr>
              <w:t>........................................................................................................</w:t>
            </w:r>
          </w:p>
        </w:tc>
      </w:tr>
      <w:tr w:rsidR="003B64CE" w14:paraId="6A82AA99"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708AA3E9" w14:textId="77777777" w:rsidR="003B64CE" w:rsidRDefault="00000000">
            <w:pPr>
              <w:spacing w:after="0"/>
            </w:pPr>
            <w:r>
              <w:rPr>
                <w:b/>
                <w:color w:val="0B477E"/>
                <w:sz w:val="17"/>
              </w:rPr>
              <w:t>Pilihan format (online/hybrid/in-house/regional/international)</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11BF1483" w14:textId="77777777" w:rsidR="003B64CE" w:rsidRDefault="00000000">
            <w:pPr>
              <w:spacing w:after="0"/>
            </w:pPr>
            <w:r>
              <w:rPr>
                <w:sz w:val="17"/>
              </w:rPr>
              <w:t>........................................................................................................</w:t>
            </w:r>
          </w:p>
        </w:tc>
      </w:tr>
      <w:tr w:rsidR="003B64CE" w14:paraId="6B13D061" w14:textId="77777777">
        <w:trPr>
          <w:jc w:val="center"/>
        </w:trPr>
        <w:tc>
          <w:tcPr>
            <w:tcW w:w="3402"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31D79496" w14:textId="77777777" w:rsidR="003B64CE" w:rsidRDefault="00000000">
            <w:pPr>
              <w:spacing w:after="0"/>
            </w:pPr>
            <w:r>
              <w:rPr>
                <w:b/>
                <w:color w:val="0B477E"/>
                <w:sz w:val="17"/>
              </w:rPr>
              <w:t>Perkiraan waktu pelaksanaan</w:t>
            </w:r>
          </w:p>
        </w:tc>
        <w:tc>
          <w:tcPr>
            <w:tcW w:w="6633" w:type="dxa"/>
            <w:tcBorders>
              <w:top w:val="single" w:sz="3" w:space="0" w:color="D9E2E8"/>
              <w:left w:val="single" w:sz="3" w:space="0" w:color="D9E2E8"/>
              <w:bottom w:val="single" w:sz="3" w:space="0" w:color="D9E2E8"/>
              <w:right w:val="single" w:sz="3" w:space="0" w:color="D9E2E8"/>
            </w:tcBorders>
            <w:tcMar>
              <w:top w:w="60" w:type="dxa"/>
              <w:left w:w="70" w:type="dxa"/>
              <w:bottom w:w="60" w:type="dxa"/>
              <w:right w:w="70" w:type="dxa"/>
            </w:tcMar>
            <w:vAlign w:val="center"/>
          </w:tcPr>
          <w:p w14:paraId="366C12A3" w14:textId="77777777" w:rsidR="003B64CE" w:rsidRDefault="00000000">
            <w:pPr>
              <w:spacing w:after="0"/>
            </w:pPr>
            <w:r>
              <w:rPr>
                <w:sz w:val="17"/>
              </w:rPr>
              <w:t>........................................................................................................</w:t>
            </w:r>
          </w:p>
        </w:tc>
      </w:tr>
    </w:tbl>
    <w:p w14:paraId="722DF8EB" w14:textId="77777777" w:rsidR="003B64CE" w:rsidRDefault="00000000">
      <w:pPr>
        <w:pStyle w:val="Heading2"/>
      </w:pPr>
      <w:r>
        <w:t>PUSDITEK YANKES</w:t>
      </w:r>
    </w:p>
    <w:p w14:paraId="68B34DEC" w14:textId="77777777" w:rsidR="003B64CE" w:rsidRDefault="00000000">
      <w:pPr>
        <w:spacing w:after="100" w:line="259" w:lineRule="auto"/>
      </w:pPr>
      <w:r>
        <w:rPr>
          <w:sz w:val="20"/>
        </w:rPr>
        <w:t>Pusat Pendidikan Teknik dan Manajemen Pelayanan Kesehatan</w:t>
      </w:r>
      <w:r>
        <w:rPr>
          <w:sz w:val="20"/>
        </w:rPr>
        <w:br/>
        <w:t>Gedung 2 BSN, Kel. Muncul, Kec. Setu, Kota Tangerang Selatan, Banten 15314</w:t>
      </w:r>
      <w:r>
        <w:rPr>
          <w:sz w:val="20"/>
        </w:rPr>
        <w:br/>
        <w:t>Kontak: 081280106585 | Email: pttpilsp@gmail.com</w:t>
      </w:r>
    </w:p>
    <w:p w14:paraId="41C14EFF" w14:textId="77777777" w:rsidR="003B64CE" w:rsidRDefault="00000000">
      <w:pPr>
        <w:spacing w:after="100" w:line="259" w:lineRule="auto"/>
      </w:pPr>
      <w:r>
        <w:rPr>
          <w:i/>
          <w:sz w:val="16"/>
        </w:rPr>
        <w:t>Harga, jadwal, kuota, narasumber, SKP, dan sertifikat bersifat mengikuti ketentuan masing-masing program serta dituangkan dalam proposal/undangan final.</w:t>
      </w:r>
    </w:p>
    <w:sectPr w:rsidR="003B64CE" w:rsidSect="00034616">
      <w:pgSz w:w="11906" w:h="16838"/>
      <w:pgMar w:top="850" w:right="765" w:bottom="765" w:left="765" w:header="198"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7C77" w14:textId="77777777" w:rsidR="000358F2" w:rsidRDefault="000358F2">
      <w:pPr>
        <w:spacing w:after="0" w:line="240" w:lineRule="auto"/>
      </w:pPr>
      <w:r>
        <w:separator/>
      </w:r>
    </w:p>
  </w:endnote>
  <w:endnote w:type="continuationSeparator" w:id="0">
    <w:p w14:paraId="2488E859" w14:textId="77777777" w:rsidR="000358F2" w:rsidRDefault="00035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1877" w14:textId="77777777" w:rsidR="003B64CE" w:rsidRDefault="003B64CE">
    <w:pPr>
      <w:pStyle w:val="Footer"/>
    </w:pPr>
  </w:p>
  <w:tbl>
    <w:tblPr>
      <w:tblW w:w="0" w:type="auto"/>
      <w:jc w:val="center"/>
      <w:tblLayout w:type="fixed"/>
      <w:tblLook w:val="04A0" w:firstRow="1" w:lastRow="0" w:firstColumn="1" w:lastColumn="0" w:noHBand="0" w:noVBand="1"/>
    </w:tblPr>
    <w:tblGrid>
      <w:gridCol w:w="3288"/>
      <w:gridCol w:w="3969"/>
      <w:gridCol w:w="3061"/>
    </w:tblGrid>
    <w:tr w:rsidR="003B64CE" w14:paraId="101E15B3" w14:textId="77777777">
      <w:trPr>
        <w:jc w:val="center"/>
      </w:trPr>
      <w:tc>
        <w:tcPr>
          <w:tcW w:w="3288" w:type="dxa"/>
          <w:tcMar>
            <w:top w:w="60" w:type="dxa"/>
            <w:left w:w="70" w:type="dxa"/>
            <w:bottom w:w="60" w:type="dxa"/>
            <w:right w:w="70" w:type="dxa"/>
          </w:tcMar>
          <w:vAlign w:val="center"/>
        </w:tcPr>
        <w:p w14:paraId="6D3263B2" w14:textId="77777777" w:rsidR="003B64CE" w:rsidRDefault="00000000">
          <w:pPr>
            <w:spacing w:after="0"/>
          </w:pPr>
          <w:r>
            <w:rPr>
              <w:b/>
              <w:color w:val="0B477E"/>
              <w:sz w:val="15"/>
            </w:rPr>
            <w:t>PUSDITEK YANKES</w:t>
          </w:r>
        </w:p>
      </w:tc>
      <w:tc>
        <w:tcPr>
          <w:tcW w:w="3969" w:type="dxa"/>
          <w:tcMar>
            <w:top w:w="60" w:type="dxa"/>
            <w:left w:w="70" w:type="dxa"/>
            <w:bottom w:w="60" w:type="dxa"/>
            <w:right w:w="70" w:type="dxa"/>
          </w:tcMar>
          <w:vAlign w:val="center"/>
        </w:tcPr>
        <w:p w14:paraId="41279508" w14:textId="77777777" w:rsidR="003B64CE" w:rsidRDefault="00000000">
          <w:pPr>
            <w:spacing w:after="0"/>
            <w:jc w:val="center"/>
          </w:pPr>
          <w:r>
            <w:rPr>
              <w:color w:val="5E6975"/>
              <w:sz w:val="15"/>
            </w:rPr>
            <w:t xml:space="preserve">Teknik &amp; </w:t>
          </w:r>
          <w:proofErr w:type="spellStart"/>
          <w:r>
            <w:rPr>
              <w:color w:val="5E6975"/>
              <w:sz w:val="15"/>
            </w:rPr>
            <w:t>Manajemen</w:t>
          </w:r>
          <w:proofErr w:type="spellEnd"/>
          <w:r>
            <w:rPr>
              <w:color w:val="5E6975"/>
              <w:sz w:val="15"/>
            </w:rPr>
            <w:t xml:space="preserve"> </w:t>
          </w:r>
          <w:proofErr w:type="spellStart"/>
          <w:r>
            <w:rPr>
              <w:color w:val="5E6975"/>
              <w:sz w:val="15"/>
            </w:rPr>
            <w:t>Pelayanan</w:t>
          </w:r>
          <w:proofErr w:type="spellEnd"/>
          <w:r>
            <w:rPr>
              <w:color w:val="5E6975"/>
              <w:sz w:val="15"/>
            </w:rPr>
            <w:t xml:space="preserve"> Kesehatan</w:t>
          </w:r>
        </w:p>
      </w:tc>
      <w:tc>
        <w:tcPr>
          <w:tcW w:w="3061" w:type="dxa"/>
        </w:tcPr>
        <w:p w14:paraId="268D2701" w14:textId="77777777" w:rsidR="003B64CE" w:rsidRDefault="00000000">
          <w:pPr>
            <w:jc w:val="right"/>
          </w:pPr>
          <w:r>
            <w:rPr>
              <w:color w:val="5E6975"/>
              <w:sz w:val="15"/>
            </w:rPr>
            <w:t xml:space="preserve">Halaman </w:t>
          </w:r>
          <w:r>
            <w:rPr>
              <w:color w:val="5E6975"/>
              <w:sz w:val="15"/>
            </w:rPr>
            <w:fldChar w:fldCharType="begin"/>
          </w:r>
          <w:r>
            <w:rPr>
              <w:color w:val="5E6975"/>
              <w:sz w:val="15"/>
            </w:rPr>
            <w:instrText>PAGE</w:instrText>
          </w:r>
          <w:r w:rsidR="003D05DA">
            <w:rPr>
              <w:color w:val="5E6975"/>
              <w:sz w:val="15"/>
            </w:rPr>
            <w:fldChar w:fldCharType="separate"/>
          </w:r>
          <w:r w:rsidR="003D05DA">
            <w:rPr>
              <w:noProof/>
              <w:color w:val="5E6975"/>
              <w:sz w:val="15"/>
            </w:rPr>
            <w:t>2</w:t>
          </w:r>
          <w:r>
            <w:rPr>
              <w:color w:val="5E6975"/>
              <w:sz w:val="15"/>
            </w:rPr>
            <w:fldChar w:fldCharType="end"/>
          </w:r>
          <w:r>
            <w:rPr>
              <w:color w:val="5E6975"/>
              <w:sz w:val="15"/>
            </w:rPr>
            <w:t xml:space="preserve"> </w:t>
          </w:r>
          <w:proofErr w:type="spellStart"/>
          <w:r>
            <w:rPr>
              <w:color w:val="5E6975"/>
              <w:sz w:val="15"/>
            </w:rPr>
            <w:t>dari</w:t>
          </w:r>
          <w:proofErr w:type="spellEnd"/>
          <w:r>
            <w:rPr>
              <w:color w:val="5E6975"/>
              <w:sz w:val="15"/>
            </w:rPr>
            <w:t xml:space="preserve"> </w:t>
          </w:r>
          <w:r>
            <w:rPr>
              <w:color w:val="5E6975"/>
              <w:sz w:val="15"/>
            </w:rPr>
            <w:fldChar w:fldCharType="begin"/>
          </w:r>
          <w:r>
            <w:rPr>
              <w:color w:val="5E6975"/>
              <w:sz w:val="15"/>
            </w:rPr>
            <w:instrText>NUMPAGES</w:instrText>
          </w:r>
          <w:r w:rsidR="003D05DA">
            <w:rPr>
              <w:color w:val="5E6975"/>
              <w:sz w:val="15"/>
            </w:rPr>
            <w:fldChar w:fldCharType="separate"/>
          </w:r>
          <w:r w:rsidR="003D05DA">
            <w:rPr>
              <w:noProof/>
              <w:color w:val="5E6975"/>
              <w:sz w:val="15"/>
            </w:rPr>
            <w:t>3</w:t>
          </w:r>
          <w:r>
            <w:rPr>
              <w:color w:val="5E6975"/>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8646" w14:textId="77777777" w:rsidR="000358F2" w:rsidRDefault="000358F2">
      <w:pPr>
        <w:spacing w:after="0" w:line="240" w:lineRule="auto"/>
      </w:pPr>
      <w:r>
        <w:separator/>
      </w:r>
    </w:p>
  </w:footnote>
  <w:footnote w:type="continuationSeparator" w:id="0">
    <w:p w14:paraId="2D7583C2" w14:textId="77777777" w:rsidR="000358F2" w:rsidRDefault="00035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6629" w14:textId="77777777" w:rsidR="003B64CE" w:rsidRDefault="003B64CE">
    <w:pPr>
      <w:pStyle w:val="Header"/>
    </w:pPr>
  </w:p>
  <w:tbl>
    <w:tblPr>
      <w:tblW w:w="0" w:type="auto"/>
      <w:jc w:val="center"/>
      <w:tblLayout w:type="fixed"/>
      <w:tblLook w:val="04A0" w:firstRow="1" w:lastRow="0" w:firstColumn="1" w:lastColumn="0" w:noHBand="0" w:noVBand="1"/>
    </w:tblPr>
    <w:tblGrid>
      <w:gridCol w:w="6803"/>
      <w:gridCol w:w="3515"/>
    </w:tblGrid>
    <w:tr w:rsidR="003B64CE" w14:paraId="7C12F10A" w14:textId="77777777">
      <w:trPr>
        <w:jc w:val="center"/>
      </w:trPr>
      <w:tc>
        <w:tcPr>
          <w:tcW w:w="6803" w:type="dxa"/>
        </w:tcPr>
        <w:p w14:paraId="6279E758" w14:textId="77777777" w:rsidR="003B64CE" w:rsidRDefault="00000000">
          <w:r>
            <w:rPr>
              <w:noProof/>
            </w:rPr>
            <w:drawing>
              <wp:inline distT="0" distB="0" distL="0" distR="0" wp14:anchorId="11D2C993" wp14:editId="5E8BCCFD">
                <wp:extent cx="234000" cy="234000"/>
                <wp:effectExtent l="0" t="0" r="0" b="0"/>
                <wp:docPr id="179047152" name="Picture 17904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ditek_logo.png"/>
                        <pic:cNvPicPr/>
                      </pic:nvPicPr>
                      <pic:blipFill>
                        <a:blip r:embed="rId1"/>
                        <a:stretch>
                          <a:fillRect/>
                        </a:stretch>
                      </pic:blipFill>
                      <pic:spPr>
                        <a:xfrm>
                          <a:off x="0" y="0"/>
                          <a:ext cx="234000" cy="234000"/>
                        </a:xfrm>
                        <a:prstGeom prst="rect">
                          <a:avLst/>
                        </a:prstGeom>
                      </pic:spPr>
                    </pic:pic>
                  </a:graphicData>
                </a:graphic>
              </wp:inline>
            </w:drawing>
          </w:r>
          <w:r>
            <w:rPr>
              <w:b/>
              <w:color w:val="0B477E"/>
              <w:sz w:val="19"/>
            </w:rPr>
            <w:t xml:space="preserve">  PUSDITEK YANKES</w:t>
          </w:r>
        </w:p>
      </w:tc>
      <w:tc>
        <w:tcPr>
          <w:tcW w:w="3515" w:type="dxa"/>
          <w:tcMar>
            <w:top w:w="60" w:type="dxa"/>
            <w:left w:w="70" w:type="dxa"/>
            <w:bottom w:w="60" w:type="dxa"/>
            <w:right w:w="70" w:type="dxa"/>
          </w:tcMar>
          <w:vAlign w:val="center"/>
        </w:tcPr>
        <w:p w14:paraId="79ACFA80" w14:textId="77777777" w:rsidR="003B64CE" w:rsidRDefault="00000000">
          <w:pPr>
            <w:spacing w:after="0"/>
            <w:jc w:val="right"/>
          </w:pPr>
          <w:r>
            <w:rPr>
              <w:color w:val="5E6975"/>
              <w:sz w:val="17"/>
            </w:rPr>
            <w:t>KATALOG PROGRAM 2027</w:t>
          </w:r>
        </w:p>
      </w:tc>
    </w:tr>
  </w:tbl>
  <w:p w14:paraId="7DB6063D" w14:textId="77777777" w:rsidR="003B64CE" w:rsidRDefault="003B64CE">
    <w:pPr>
      <w:pBdr>
        <w:bottom w:val="single" w:sz="8" w:space="1" w:color="0FA27A"/>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C2287F0"/>
    <w:lvl w:ilvl="0">
      <w:start w:val="1"/>
      <w:numFmt w:val="bullet"/>
      <w:pStyle w:val="ListBullet"/>
      <w:lvlText w:val=""/>
      <w:lvlJc w:val="left"/>
      <w:pPr>
        <w:tabs>
          <w:tab w:val="num" w:pos="360"/>
        </w:tabs>
        <w:ind w:left="360" w:hanging="360"/>
      </w:pPr>
      <w:rPr>
        <w:rFonts w:ascii="Symbol" w:hAnsi="Symbol" w:hint="default"/>
      </w:rPr>
    </w:lvl>
  </w:abstractNum>
  <w:num w:numId="1" w16cid:durableId="1056318491">
    <w:abstractNumId w:val="8"/>
  </w:num>
  <w:num w:numId="2" w16cid:durableId="1722438983">
    <w:abstractNumId w:val="6"/>
  </w:num>
  <w:num w:numId="3" w16cid:durableId="597562700">
    <w:abstractNumId w:val="5"/>
  </w:num>
  <w:num w:numId="4" w16cid:durableId="677929905">
    <w:abstractNumId w:val="4"/>
  </w:num>
  <w:num w:numId="5" w16cid:durableId="1931307525">
    <w:abstractNumId w:val="7"/>
  </w:num>
  <w:num w:numId="6" w16cid:durableId="1184827081">
    <w:abstractNumId w:val="3"/>
  </w:num>
  <w:num w:numId="7" w16cid:durableId="975599296">
    <w:abstractNumId w:val="2"/>
  </w:num>
  <w:num w:numId="8" w16cid:durableId="1694959805">
    <w:abstractNumId w:val="1"/>
  </w:num>
  <w:num w:numId="9" w16cid:durableId="1655986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8F2"/>
    <w:rsid w:val="0006063C"/>
    <w:rsid w:val="00102F4C"/>
    <w:rsid w:val="0015074B"/>
    <w:rsid w:val="0029639D"/>
    <w:rsid w:val="00326F90"/>
    <w:rsid w:val="003B64CE"/>
    <w:rsid w:val="003D05DA"/>
    <w:rsid w:val="00AA1D8D"/>
    <w:rsid w:val="00B47730"/>
    <w:rsid w:val="00CB0664"/>
    <w:rsid w:val="00F070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32B5F7"/>
  <w14:defaultImageDpi w14:val="300"/>
  <w15:docId w15:val="{B6EF94AE-A59B-4F98-B633-4D2DAD09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27313A"/>
      <w:sz w:val="18"/>
    </w:rPr>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b/>
      <w:bCs/>
      <w:color w:val="0B477E"/>
      <w:sz w:val="40"/>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b/>
      <w:bCs/>
      <w:color w:val="1B75BB"/>
      <w:sz w:val="26"/>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b/>
      <w:bCs/>
      <w:color w:val="0FA27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rsid w:val="003D05DA"/>
    <w:pPr>
      <w:keepNext/>
      <w:spacing w:before="80" w:after="140"/>
    </w:pPr>
    <w:rPr>
      <w:rFonts w:ascii="Aptos" w:hAnsi="Aptos"/>
      <w:b/>
      <w:color w:val="082249"/>
      <w:sz w:val="40"/>
    </w:rPr>
  </w:style>
  <w:style w:type="paragraph" w:customStyle="1" w:styleId="SectionTitle">
    <w:name w:val="SectionTitle"/>
    <w:rsid w:val="003D05DA"/>
    <w:pPr>
      <w:keepNext/>
      <w:spacing w:before="80" w:after="140"/>
    </w:pPr>
    <w:rPr>
      <w:rFonts w:ascii="Aptos" w:hAnsi="Aptos"/>
      <w:b/>
      <w:color w:val="082249"/>
      <w:sz w:val="24"/>
    </w:rPr>
  </w:style>
  <w:style w:type="paragraph" w:customStyle="1" w:styleId="SectionTag">
    <w:name w:val="SectionTag"/>
    <w:rsid w:val="003D05DA"/>
    <w:pPr>
      <w:keepNext/>
      <w:spacing w:after="80"/>
    </w:pPr>
    <w:rPr>
      <w:rFonts w:ascii="Aptos" w:hAnsi="Aptos"/>
      <w:b/>
      <w:color w:val="135DB4"/>
      <w:sz w:val="16"/>
    </w:rPr>
  </w:style>
  <w:style w:type="paragraph" w:customStyle="1" w:styleId="NoteText">
    <w:name w:val="NoteText"/>
    <w:rsid w:val="003D05DA"/>
    <w:pPr>
      <w:spacing w:after="80"/>
    </w:pPr>
    <w:rPr>
      <w:rFonts w:ascii="Aptos" w:hAnsi="Aptos"/>
      <w:color w:val="4B5F79"/>
      <w:sz w:val="16"/>
    </w:rPr>
  </w:style>
  <w:style w:type="paragraph" w:customStyle="1" w:styleId="MicroText">
    <w:name w:val="MicroText"/>
    <w:rsid w:val="003D05DA"/>
    <w:pPr>
      <w:spacing w:after="80"/>
    </w:pPr>
    <w:rPr>
      <w:rFonts w:ascii="Aptos" w:hAnsi="Aptos"/>
      <w:color w:val="4B5F79"/>
      <w:sz w:val="14"/>
    </w:rPr>
  </w:style>
  <w:style w:type="paragraph" w:customStyle="1" w:styleId="BodySmall">
    <w:name w:val="BodySmall"/>
    <w:rsid w:val="003D05DA"/>
    <w:pPr>
      <w:spacing w:after="80"/>
    </w:pPr>
    <w:rPr>
      <w:rFonts w:ascii="Aptos" w:hAnsi="Aptos"/>
      <w:color w:val="08224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7860</Words>
  <Characters>44807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smk tmr</cp:lastModifiedBy>
  <cp:revision>2</cp:revision>
  <dcterms:created xsi:type="dcterms:W3CDTF">2026-11-05T11:20:00Z</dcterms:created>
  <dcterms:modified xsi:type="dcterms:W3CDTF">2026-11-05T11:20:00Z</dcterms:modified>
  <cp:category/>
</cp:coreProperties>
</file>